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38d29bd04b68a001bf4d40d61d455cdbfad180f"/>
    <w:p>
      <w:pPr>
        <w:pStyle w:val="Heading1"/>
      </w:pPr>
      <w:r>
        <w:rPr>
          <w:b/>
          <w:bCs/>
        </w:rPr>
        <w:t xml:space="preserve">All Quiet on the Western Front</w:t>
      </w:r>
      <w:r>
        <w:br/>
      </w:r>
      <w:r>
        <w:rPr>
          <w:i/>
          <w:iCs/>
        </w:rPr>
        <w:t xml:space="preserve">Erich Maria Remarque</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...there is a double</w:t>
      </w:r>
      <w:r>
        <w:rPr>
          <w:b/>
          <w:bCs/>
        </w:rPr>
        <w:t xml:space="preserve"> </w:t>
      </w:r>
      <w:r>
        <w:rPr>
          <w:b/>
          <w:bCs/>
          <w:u w:val="single"/>
        </w:rPr>
        <w:t xml:space="preserve">ration</w:t>
      </w:r>
      <w:r>
        <w:rPr>
          <w:b/>
          <w:bCs/>
        </w:rPr>
        <w:t xml:space="preserve"> </w:t>
      </w:r>
      <w:r>
        <w:rPr>
          <w:b/>
          <w:bCs/>
        </w:rPr>
        <w:t xml:space="preserve">of sausage and bread.</w:t>
      </w:r>
      <w:r>
        <w:br/>
      </w:r>
      <w:r>
        <w:t xml:space="preserve">    (a) price</w:t>
      </w:r>
      <w:r>
        <w:br/>
      </w:r>
      <w:r>
        <w:t xml:space="preserve">    (b) amount imported</w:t>
      </w:r>
      <w:r>
        <w:br/>
      </w:r>
      <w:r>
        <w:t xml:space="preserve">    (c) portion given to each person</w:t>
      </w:r>
    </w:p>
    <w:p>
      <w:pPr>
        <w:pStyle w:val="Compact"/>
        <w:numPr>
          <w:ilvl w:val="0"/>
          <w:numId w:val="1001"/>
        </w:numPr>
      </w:pPr>
      <w:r>
        <w:rPr>
          <w:b/>
          <w:bCs/>
        </w:rPr>
        <w:t xml:space="preserve">At the head of the</w:t>
      </w:r>
      <w:r>
        <w:rPr>
          <w:b/>
          <w:bCs/>
        </w:rPr>
        <w:t xml:space="preserve"> </w:t>
      </w:r>
      <w:r>
        <w:rPr>
          <w:b/>
          <w:bCs/>
          <w:u w:val="single"/>
        </w:rPr>
        <w:t xml:space="preserve">queue</w:t>
      </w:r>
      <w:r>
        <w:rPr>
          <w:b/>
          <w:bCs/>
        </w:rPr>
        <w:t xml:space="preserve"> </w:t>
      </w:r>
      <w:r>
        <w:rPr>
          <w:b/>
          <w:bCs/>
        </w:rPr>
        <w:t xml:space="preserve">of course were the hungriest—</w:t>
      </w:r>
      <w:r>
        <w:br/>
      </w:r>
      <w:r>
        <w:t xml:space="preserve">    (a) kitchen</w:t>
      </w:r>
      <w:r>
        <w:br/>
      </w:r>
      <w:r>
        <w:t xml:space="preserve">    (b) class</w:t>
      </w:r>
      <w:r>
        <w:br/>
      </w:r>
      <w:r>
        <w:t xml:space="preserve">    (c) line of people</w:t>
      </w:r>
    </w:p>
    <w:p>
      <w:pPr>
        <w:pStyle w:val="Compact"/>
        <w:numPr>
          <w:ilvl w:val="0"/>
          <w:numId w:val="1001"/>
        </w:numPr>
      </w:pPr>
      <w:r>
        <w:rPr>
          <w:b/>
          <w:bCs/>
        </w:rPr>
        <w:t xml:space="preserve">The wisest were just the poor and simple people. They knew the war to be a misfortune, whereas those who were better off, and should have been able to see more clearly what the</w:t>
      </w:r>
      <w:r>
        <w:rPr>
          <w:b/>
          <w:bCs/>
        </w:rPr>
        <w:t xml:space="preserve"> </w:t>
      </w:r>
      <w:r>
        <w:rPr>
          <w:b/>
          <w:bCs/>
          <w:u w:val="single"/>
        </w:rPr>
        <w:t xml:space="preserve">consequences</w:t>
      </w:r>
      <w:r>
        <w:rPr>
          <w:b/>
          <w:bCs/>
        </w:rPr>
        <w:t xml:space="preserve"> </w:t>
      </w:r>
      <w:r>
        <w:rPr>
          <w:b/>
          <w:bCs/>
        </w:rPr>
        <w:t xml:space="preserve">would be, were beside themselves with joy.</w:t>
      </w:r>
      <w:r>
        <w:br/>
      </w:r>
      <w:r>
        <w:t xml:space="preserve">    (a) rules</w:t>
      </w:r>
      <w:r>
        <w:br/>
      </w:r>
      <w:r>
        <w:t xml:space="preserve">    (b) memories</w:t>
      </w:r>
      <w:r>
        <w:br/>
      </w:r>
      <w:r>
        <w:t xml:space="preserve">    (c) effects</w:t>
      </w:r>
    </w:p>
    <w:p>
      <w:pPr>
        <w:pStyle w:val="Compact"/>
        <w:numPr>
          <w:ilvl w:val="0"/>
          <w:numId w:val="1001"/>
        </w:numPr>
      </w:pPr>
      <w:r>
        <w:rPr>
          <w:b/>
          <w:bCs/>
        </w:rPr>
        <w:t xml:space="preserve">I think no more of the dead man, he is of no</w:t>
      </w:r>
      <w:r>
        <w:rPr>
          <w:b/>
          <w:bCs/>
        </w:rPr>
        <w:t xml:space="preserve"> </w:t>
      </w:r>
      <w:r>
        <w:rPr>
          <w:b/>
          <w:bCs/>
          <w:u w:val="single"/>
        </w:rPr>
        <w:t xml:space="preserve">consequence</w:t>
      </w:r>
      <w:r>
        <w:rPr>
          <w:b/>
          <w:bCs/>
        </w:rPr>
        <w:t xml:space="preserve"> </w:t>
      </w:r>
      <w:r>
        <w:rPr>
          <w:b/>
          <w:bCs/>
        </w:rPr>
        <w:t xml:space="preserve">to me now.</w:t>
      </w:r>
      <w:r>
        <w:br/>
      </w:r>
      <w:r>
        <w:t xml:space="preserve">    (a) support</w:t>
      </w:r>
      <w:r>
        <w:br/>
      </w:r>
      <w:r>
        <w:t xml:space="preserve">    (b) comfort</w:t>
      </w:r>
      <w:r>
        <w:br/>
      </w:r>
      <w:r>
        <w:t xml:space="preserve">    (c) importance</w:t>
      </w:r>
    </w:p>
    <w:p>
      <w:pPr>
        <w:pStyle w:val="Compact"/>
        <w:numPr>
          <w:ilvl w:val="0"/>
          <w:numId w:val="1001"/>
        </w:numPr>
      </w:pPr>
      <w:r>
        <w:rPr>
          <w:b/>
          <w:bCs/>
        </w:rPr>
        <w:t xml:space="preserve">Kemmerich felt embarrassed, for she was the least</w:t>
      </w:r>
      <w:r>
        <w:rPr>
          <w:b/>
          <w:bCs/>
        </w:rPr>
        <w:t xml:space="preserve"> </w:t>
      </w:r>
      <w:r>
        <w:rPr>
          <w:b/>
          <w:bCs/>
          <w:u w:val="single"/>
        </w:rPr>
        <w:t xml:space="preserve">composed</w:t>
      </w:r>
      <w:r>
        <w:rPr>
          <w:b/>
          <w:bCs/>
        </w:rPr>
        <w:t xml:space="preserve"> </w:t>
      </w:r>
      <w:r>
        <w:rPr>
          <w:b/>
          <w:bCs/>
        </w:rPr>
        <w:t xml:space="preserve">of all;</w:t>
      </w:r>
      <w:r>
        <w:br/>
      </w:r>
      <w:r>
        <w:t xml:space="preserve">    (a) nervous</w:t>
      </w:r>
      <w:r>
        <w:br/>
      </w:r>
      <w:r>
        <w:t xml:space="preserve">    (b) calm</w:t>
      </w:r>
      <w:r>
        <w:br/>
      </w:r>
      <w:r>
        <w:t xml:space="preserve">    (c) excited</w:t>
      </w:r>
    </w:p>
    <w:p>
      <w:pPr>
        <w:pStyle w:val="Compact"/>
        <w:numPr>
          <w:ilvl w:val="0"/>
          <w:numId w:val="1001"/>
        </w:numPr>
      </w:pPr>
      <w:r>
        <w:rPr>
          <w:b/>
          <w:bCs/>
        </w:rPr>
        <w:t xml:space="preserve">They are one of the new regiments,</w:t>
      </w:r>
      <w:r>
        <w:rPr>
          <w:b/>
          <w:bCs/>
        </w:rPr>
        <w:t xml:space="preserve"> </w:t>
      </w:r>
      <w:r>
        <w:rPr>
          <w:b/>
          <w:bCs/>
          <w:u w:val="single"/>
        </w:rPr>
        <w:t xml:space="preserve">composed</w:t>
      </w:r>
      <w:r>
        <w:rPr>
          <w:b/>
          <w:bCs/>
        </w:rPr>
        <w:t xml:space="preserve"> </w:t>
      </w:r>
      <w:r>
        <w:rPr>
          <w:b/>
          <w:bCs/>
        </w:rPr>
        <w:t xml:space="preserve">almost entirely of young fellows just called up.</w:t>
      </w:r>
      <w:r>
        <w:br/>
      </w:r>
      <w:r>
        <w:t xml:space="preserve">    (a) made up</w:t>
      </w:r>
      <w:r>
        <w:br/>
      </w:r>
      <w:r>
        <w:t xml:space="preserve">    (b) calmed</w:t>
      </w:r>
      <w:r>
        <w:br/>
      </w:r>
      <w:r>
        <w:t xml:space="preserve">    (c) written</w:t>
      </w:r>
    </w:p>
    <w:p>
      <w:pPr>
        <w:pStyle w:val="Compact"/>
        <w:numPr>
          <w:ilvl w:val="0"/>
          <w:numId w:val="1001"/>
        </w:numPr>
      </w:pPr>
      <w:r>
        <w:rPr>
          <w:b/>
          <w:bCs/>
        </w:rPr>
        <w:t xml:space="preserve">He did indeed always refer to us as swine, but there was,</w:t>
      </w:r>
      <w:r>
        <w:rPr>
          <w:b/>
          <w:bCs/>
        </w:rPr>
        <w:t xml:space="preserve"> </w:t>
      </w:r>
      <w:r>
        <w:rPr>
          <w:b/>
          <w:bCs/>
          <w:u w:val="single"/>
        </w:rPr>
        <w:t xml:space="preserve">nevertheless</w:t>
      </w:r>
      <w:r>
        <w:rPr>
          <w:b/>
          <w:bCs/>
        </w:rPr>
        <w:t xml:space="preserve">, a certain respect in his tone.</w:t>
      </w:r>
      <w:r>
        <w:br/>
      </w:r>
      <w:r>
        <w:t xml:space="preserve">    (a) in addition</w:t>
      </w:r>
      <w:r>
        <w:br/>
      </w:r>
      <w:r>
        <w:t xml:space="preserve">    (b) also</w:t>
      </w:r>
      <w:r>
        <w:br/>
      </w:r>
      <w:r>
        <w:t xml:space="preserve">    (c) in spite of that</w:t>
      </w:r>
    </w:p>
    <w:p>
      <w:pPr>
        <w:pStyle w:val="Compact"/>
        <w:numPr>
          <w:ilvl w:val="0"/>
          <w:numId w:val="1001"/>
        </w:numPr>
      </w:pPr>
      <w:r>
        <w:rPr>
          <w:b/>
          <w:bCs/>
        </w:rPr>
        <w:t xml:space="preserve">Had we gone into the trenches without this period of training most of us would certainly have gone mad. Only thus were we prepared for what awaited us. We did not break down, but</w:t>
      </w:r>
      <w:r>
        <w:rPr>
          <w:b/>
          <w:bCs/>
        </w:rPr>
        <w:t xml:space="preserve"> </w:t>
      </w:r>
      <w:r>
        <w:rPr>
          <w:b/>
          <w:bCs/>
          <w:u w:val="single"/>
        </w:rPr>
        <w:t xml:space="preserve">adapted</w:t>
      </w:r>
      <w:r>
        <w:rPr>
          <w:b/>
          <w:bCs/>
        </w:rPr>
        <w:t xml:space="preserve"> </w:t>
      </w:r>
      <w:r>
        <w:rPr>
          <w:b/>
          <w:bCs/>
        </w:rPr>
        <w:t xml:space="preserve">ourselves;</w:t>
      </w:r>
      <w:r>
        <w:br/>
      </w:r>
      <w:r>
        <w:t xml:space="preserve">    (a) accepted a bad situation</w:t>
      </w:r>
      <w:r>
        <w:br/>
      </w:r>
      <w:r>
        <w:t xml:space="preserve">    (b) adjusted</w:t>
      </w:r>
      <w:r>
        <w:br/>
      </w:r>
      <w:r>
        <w:t xml:space="preserve">    (c) worked harder</w:t>
      </w:r>
    </w:p>
    <w:p>
      <w:pPr>
        <w:pStyle w:val="Compact"/>
        <w:numPr>
          <w:ilvl w:val="0"/>
          <w:numId w:val="1001"/>
        </w:numPr>
      </w:pPr>
      <w:r>
        <w:rPr>
          <w:b/>
          <w:bCs/>
        </w:rPr>
        <w:t xml:space="preserve">"That's none of your business,"</w:t>
      </w:r>
      <w:r>
        <w:rPr>
          <w:b/>
          <w:bCs/>
        </w:rPr>
        <w:t xml:space="preserve"> </w:t>
      </w:r>
      <w:r>
        <w:rPr>
          <w:b/>
          <w:bCs/>
          <w:u w:val="single"/>
        </w:rPr>
        <w:t xml:space="preserve">retorts</w:t>
      </w:r>
      <w:r>
        <w:rPr>
          <w:b/>
          <w:bCs/>
        </w:rPr>
        <w:t xml:space="preserve"> </w:t>
      </w:r>
      <w:r>
        <w:rPr>
          <w:b/>
          <w:bCs/>
        </w:rPr>
        <w:t xml:space="preserve">Himmelstoss.</w:t>
      </w:r>
      <w:r>
        <w:br/>
      </w:r>
      <w:r>
        <w:t xml:space="preserve">    (a) replies quickly</w:t>
      </w:r>
      <w:r>
        <w:br/>
      </w:r>
      <w:r>
        <w:t xml:space="preserve">    (b) replies angrily</w:t>
      </w:r>
      <w:r>
        <w:br/>
      </w:r>
      <w:r>
        <w:t xml:space="preserve">    (c) says loudly</w:t>
      </w:r>
    </w:p>
    <w:p>
      <w:pPr>
        <w:pStyle w:val="Compact"/>
        <w:numPr>
          <w:ilvl w:val="0"/>
          <w:numId w:val="1001"/>
        </w:numPr>
      </w:pPr>
      <w:r>
        <w:rPr>
          <w:b/>
          <w:bCs/>
        </w:rPr>
        <w:t xml:space="preserve">By evening the voice dwindles to a croaking. But it</w:t>
      </w:r>
      <w:r>
        <w:rPr>
          <w:b/>
          <w:bCs/>
        </w:rPr>
        <w:t xml:space="preserve"> </w:t>
      </w:r>
      <w:r>
        <w:rPr>
          <w:b/>
          <w:bCs/>
          <w:u w:val="single"/>
        </w:rPr>
        <w:t xml:space="preserve">persists</w:t>
      </w:r>
      <w:r>
        <w:rPr>
          <w:b/>
          <w:bCs/>
        </w:rPr>
        <w:t xml:space="preserve"> </w:t>
      </w:r>
      <w:r>
        <w:rPr>
          <w:b/>
          <w:bCs/>
        </w:rPr>
        <w:t xml:space="preserve">still through the whole night.</w:t>
      </w:r>
      <w:r>
        <w:br/>
      </w:r>
      <w:r>
        <w:t xml:space="preserve">    (a) is silent</w:t>
      </w:r>
      <w:r>
        <w:br/>
      </w:r>
      <w:r>
        <w:t xml:space="preserve">    (b) continues</w:t>
      </w:r>
      <w:r>
        <w:br/>
      </w:r>
      <w:r>
        <w:t xml:space="preserve">    (c) gets lower</w:t>
      </w:r>
    </w:p>
    <w:p>
      <w:pPr>
        <w:pStyle w:val="Compact"/>
        <w:numPr>
          <w:ilvl w:val="0"/>
          <w:numId w:val="1001"/>
        </w:numPr>
      </w:pPr>
      <w:r>
        <w:rPr>
          <w:b/>
          <w:bCs/>
        </w:rPr>
        <w:t xml:space="preserve">The birds too are just as carefree, they have long since</w:t>
      </w:r>
      <w:r>
        <w:rPr>
          <w:b/>
          <w:bCs/>
        </w:rPr>
        <w:t xml:space="preserve"> </w:t>
      </w:r>
      <w:r>
        <w:rPr>
          <w:b/>
          <w:bCs/>
          <w:u w:val="single"/>
        </w:rPr>
        <w:t xml:space="preserve">accustomed</w:t>
      </w:r>
      <w:r>
        <w:rPr>
          <w:b/>
          <w:bCs/>
        </w:rPr>
        <w:t xml:space="preserve"> </w:t>
      </w:r>
      <w:r>
        <w:rPr>
          <w:b/>
          <w:bCs/>
        </w:rPr>
        <w:t xml:space="preserve">themselves to the war.</w:t>
      </w:r>
      <w:r>
        <w:br/>
      </w:r>
      <w:r>
        <w:t xml:space="preserve">    (a) lost</w:t>
      </w:r>
      <w:r>
        <w:br/>
      </w:r>
      <w:r>
        <w:t xml:space="preserve">    (b) adapted</w:t>
      </w:r>
      <w:r>
        <w:br/>
      </w:r>
      <w:r>
        <w:t xml:space="preserve">    (c) left</w:t>
      </w:r>
    </w:p>
    <w:p>
      <w:pPr>
        <w:pStyle w:val="Compact"/>
        <w:numPr>
          <w:ilvl w:val="0"/>
          <w:numId w:val="1001"/>
        </w:numPr>
      </w:pPr>
      <w:r>
        <w:rPr>
          <w:b/>
          <w:bCs/>
        </w:rPr>
        <w:t xml:space="preserve">But so long as we have to stay here in the field, the front-line days, when they are past, sink down in us like a stone; they are too</w:t>
      </w:r>
      <w:r>
        <w:rPr>
          <w:b/>
          <w:bCs/>
        </w:rPr>
        <w:t xml:space="preserve"> </w:t>
      </w:r>
      <w:r>
        <w:rPr>
          <w:b/>
          <w:bCs/>
          <w:u w:val="single"/>
        </w:rPr>
        <w:t xml:space="preserve">grievous</w:t>
      </w:r>
      <w:r>
        <w:rPr>
          <w:b/>
          <w:bCs/>
        </w:rPr>
        <w:t xml:space="preserve"> </w:t>
      </w:r>
      <w:r>
        <w:rPr>
          <w:b/>
          <w:bCs/>
        </w:rPr>
        <w:t xml:space="preserve">for us to be able to reflect on them at once.</w:t>
      </w:r>
      <w:r>
        <w:br/>
      </w:r>
      <w:r>
        <w:t xml:space="preserve">    (a) complicated</w:t>
      </w:r>
      <w:r>
        <w:br/>
      </w:r>
      <w:r>
        <w:t xml:space="preserve">    (b) numerous</w:t>
      </w:r>
      <w:r>
        <w:br/>
      </w:r>
      <w:r>
        <w:t xml:space="preserve">    (c) terrible</w:t>
      </w:r>
    </w:p>
    <w:p>
      <w:pPr>
        <w:pStyle w:val="Compact"/>
        <w:numPr>
          <w:ilvl w:val="0"/>
          <w:numId w:val="1001"/>
        </w:numPr>
      </w:pPr>
      <w:r>
        <w:rPr>
          <w:b/>
          <w:bCs/>
        </w:rPr>
        <w:t xml:space="preserve">I tell her he was shot through the heart and died</w:t>
      </w:r>
      <w:r>
        <w:rPr>
          <w:b/>
          <w:bCs/>
        </w:rPr>
        <w:t xml:space="preserve"> </w:t>
      </w:r>
      <w:r>
        <w:rPr>
          <w:b/>
          <w:bCs/>
          <w:u w:val="single"/>
        </w:rPr>
        <w:t xml:space="preserve">instantaneously</w:t>
      </w:r>
      <w:r>
        <w:rPr>
          <w:b/>
          <w:bCs/>
        </w:rPr>
        <w:t xml:space="preserve">.</w:t>
      </w:r>
      <w:r>
        <w:br/>
      </w:r>
      <w:r>
        <w:t xml:space="preserve">    (a) without regret</w:t>
      </w:r>
      <w:r>
        <w:br/>
      </w:r>
      <w:r>
        <w:t xml:space="preserve">    (b) immediately</w:t>
      </w:r>
      <w:r>
        <w:br/>
      </w:r>
      <w:r>
        <w:t xml:space="preserve">    (c) with no suffering</w:t>
      </w:r>
    </w:p>
    <w:p>
      <w:pPr>
        <w:pStyle w:val="Compact"/>
        <w:numPr>
          <w:ilvl w:val="0"/>
          <w:numId w:val="1001"/>
        </w:numPr>
      </w:pPr>
      <w:r>
        <w:rPr>
          <w:b/>
          <w:bCs/>
        </w:rPr>
        <w:t xml:space="preserve">With us food is pretty scarce and none too good at that—turnips cut into six pieces and boiled in water, and unwashed carrot tops—mouldy potatoes are tit-bits... Everything gets eaten,</w:t>
      </w:r>
      <w:r>
        <w:rPr>
          <w:b/>
          <w:bCs/>
        </w:rPr>
        <w:t xml:space="preserve"> </w:t>
      </w:r>
      <w:r>
        <w:rPr>
          <w:b/>
          <w:bCs/>
          <w:u w:val="single"/>
        </w:rPr>
        <w:t xml:space="preserve">notwithstanding</w:t>
      </w:r>
      <w:r>
        <w:rPr>
          <w:b/>
          <w:bCs/>
        </w:rPr>
        <w:t xml:space="preserve">,</w:t>
      </w:r>
      <w:r>
        <w:br/>
      </w:r>
      <w:r>
        <w:t xml:space="preserve">    (a) despite what was just said</w:t>
      </w:r>
      <w:r>
        <w:br/>
      </w:r>
      <w:r>
        <w:t xml:space="preserve">    (b) in addition to what was just said</w:t>
      </w:r>
      <w:r>
        <w:br/>
      </w:r>
      <w:r>
        <w:t xml:space="preserve">    (c) as a result of what was just said</w:t>
      </w:r>
    </w:p>
    <w:p>
      <w:pPr>
        <w:pStyle w:val="Compact"/>
        <w:numPr>
          <w:ilvl w:val="0"/>
          <w:numId w:val="1001"/>
        </w:numPr>
      </w:pPr>
      <w:r>
        <w:rPr>
          <w:b/>
          <w:bCs/>
        </w:rPr>
        <w:t xml:space="preserve">Our</w:t>
      </w:r>
      <w:r>
        <w:rPr>
          <w:b/>
          <w:bCs/>
        </w:rPr>
        <w:t xml:space="preserve"> </w:t>
      </w:r>
      <w:r>
        <w:rPr>
          <w:b/>
          <w:bCs/>
          <w:u w:val="single"/>
        </w:rPr>
        <w:t xml:space="preserve">peasants</w:t>
      </w:r>
      <w:r>
        <w:rPr>
          <w:b/>
          <w:bCs/>
        </w:rPr>
        <w:t xml:space="preserve"> </w:t>
      </w:r>
      <w:r>
        <w:rPr>
          <w:b/>
          <w:bCs/>
        </w:rPr>
        <w:t xml:space="preserve">are hard and cunning when they bargain.</w:t>
      </w:r>
      <w:r>
        <w:br/>
      </w:r>
      <w:r>
        <w:t xml:space="preserve">    (a) uneducated farmers</w:t>
      </w:r>
      <w:r>
        <w:br/>
      </w:r>
      <w:r>
        <w:t xml:space="preserve">    (b) bankers</w:t>
      </w:r>
      <w:r>
        <w:br/>
      </w:r>
      <w:r>
        <w:t xml:space="preserve">    (c) government officials</w:t>
      </w:r>
    </w:p>
    <w:p>
      <w:pPr>
        <w:pStyle w:val="Compact"/>
        <w:numPr>
          <w:ilvl w:val="0"/>
          <w:numId w:val="1001"/>
        </w:numPr>
      </w:pPr>
      <w:r>
        <w:rPr>
          <w:b/>
          <w:bCs/>
        </w:rPr>
        <w:t xml:space="preserve">Afterwards I</w:t>
      </w:r>
      <w:r>
        <w:rPr>
          <w:b/>
          <w:bCs/>
        </w:rPr>
        <w:t xml:space="preserve"> </w:t>
      </w:r>
      <w:r>
        <w:rPr>
          <w:b/>
          <w:bCs/>
          <w:u w:val="single"/>
        </w:rPr>
        <w:t xml:space="preserve">accompany</w:t>
      </w:r>
      <w:r>
        <w:rPr>
          <w:b/>
          <w:bCs/>
        </w:rPr>
        <w:t xml:space="preserve"> </w:t>
      </w:r>
      <w:r>
        <w:rPr>
          <w:b/>
          <w:bCs/>
        </w:rPr>
        <w:t xml:space="preserve">them both to the railway station.</w:t>
      </w:r>
      <w:r>
        <w:br/>
      </w:r>
      <w:r>
        <w:t xml:space="preserve">    (a) travel with</w:t>
      </w:r>
      <w:r>
        <w:br/>
      </w:r>
      <w:r>
        <w:t xml:space="preserve">    (b) buy tickets for</w:t>
      </w:r>
      <w:r>
        <w:br/>
      </w:r>
      <w:r>
        <w:t xml:space="preserve">    (c) give directions to</w:t>
      </w:r>
    </w:p>
    <w:p>
      <w:pPr>
        <w:pStyle w:val="Compact"/>
        <w:numPr>
          <w:ilvl w:val="0"/>
          <w:numId w:val="1001"/>
        </w:numPr>
      </w:pPr>
      <w:r>
        <w:rPr>
          <w:b/>
          <w:bCs/>
        </w:rPr>
        <w:t xml:space="preserve">"It isn't any use to the Kaiser either. He has everything he can want already."</w:t>
      </w:r>
      <w:r>
        <w:br/>
      </w:r>
      <w:r>
        <w:rPr>
          <w:b/>
          <w:bCs/>
        </w:rPr>
        <w:t xml:space="preserve">"I'm not so sure about that,"</w:t>
      </w:r>
      <w:r>
        <w:rPr>
          <w:b/>
          <w:bCs/>
        </w:rPr>
        <w:t xml:space="preserve"> </w:t>
      </w:r>
      <w:r>
        <w:rPr>
          <w:b/>
          <w:bCs/>
          <w:u w:val="single"/>
        </w:rPr>
        <w:t xml:space="preserve">contradicts</w:t>
      </w:r>
      <w:r>
        <w:rPr>
          <w:b/>
          <w:bCs/>
        </w:rPr>
        <w:t xml:space="preserve"> </w:t>
      </w:r>
      <w:r>
        <w:rPr>
          <w:b/>
          <w:bCs/>
        </w:rPr>
        <w:t xml:space="preserve">Kat, "he has not had a war up till now. And every full-grown emperor requires at least one war, otherwise he would not become famous."</w:t>
      </w:r>
      <w:r>
        <w:br/>
      </w:r>
      <w:r>
        <w:t xml:space="preserve">    (a) agrees</w:t>
      </w:r>
      <w:r>
        <w:br/>
      </w:r>
      <w:r>
        <w:t xml:space="preserve">    (b) disagrees</w:t>
      </w:r>
      <w:r>
        <w:br/>
      </w:r>
      <w:r>
        <w:t xml:space="preserve">    (c) says</w:t>
      </w:r>
    </w:p>
    <w:p>
      <w:pPr>
        <w:pStyle w:val="Compact"/>
        <w:numPr>
          <w:ilvl w:val="0"/>
          <w:numId w:val="1001"/>
        </w:numPr>
      </w:pPr>
      <w:r>
        <w:rPr>
          <w:b/>
          <w:bCs/>
        </w:rPr>
        <w:t xml:space="preserve">But when I begin to cut the shirt the eyes open once more and the cry is in them again and the</w:t>
      </w:r>
      <w:r>
        <w:rPr>
          <w:b/>
          <w:bCs/>
        </w:rPr>
        <w:t xml:space="preserve"> </w:t>
      </w:r>
      <w:r>
        <w:rPr>
          <w:b/>
          <w:bCs/>
          <w:u w:val="single"/>
        </w:rPr>
        <w:t xml:space="preserve">demented</w:t>
      </w:r>
      <w:r>
        <w:rPr>
          <w:b/>
          <w:bCs/>
        </w:rPr>
        <w:t xml:space="preserve"> </w:t>
      </w:r>
      <w:r>
        <w:rPr>
          <w:b/>
          <w:bCs/>
        </w:rPr>
        <w:t xml:space="preserve">expression, so that I must close them, press them shut and whisper: "I want to help you, Comrade, camerade, camerade, camerade—" eagerly repeating the word, to make him understand.</w:t>
      </w:r>
      <w:r>
        <w:br/>
      </w:r>
      <w:r>
        <w:t xml:space="preserve">    (a) crazy</w:t>
      </w:r>
      <w:r>
        <w:br/>
      </w:r>
      <w:r>
        <w:t xml:space="preserve">    (b) fearful</w:t>
      </w:r>
      <w:r>
        <w:br/>
      </w:r>
      <w:r>
        <w:t xml:space="preserve">    (c) sad</w:t>
      </w:r>
    </w:p>
    <w:p>
      <w:pPr>
        <w:pStyle w:val="Compact"/>
        <w:numPr>
          <w:ilvl w:val="0"/>
          <w:numId w:val="1001"/>
        </w:numPr>
      </w:pPr>
      <w:r>
        <w:rPr>
          <w:b/>
          <w:bCs/>
        </w:rPr>
        <w:t xml:space="preserve">Their figures are bent, their faces full of grief,</w:t>
      </w:r>
      <w:r>
        <w:rPr>
          <w:b/>
          <w:bCs/>
        </w:rPr>
        <w:t xml:space="preserve"> </w:t>
      </w:r>
      <w:r>
        <w:rPr>
          <w:b/>
          <w:bCs/>
          <w:u w:val="single"/>
        </w:rPr>
        <w:t xml:space="preserve">despair</w:t>
      </w:r>
      <w:r>
        <w:rPr>
          <w:b/>
          <w:bCs/>
        </w:rPr>
        <w:t xml:space="preserve">, haste, and resignation.</w:t>
      </w:r>
      <w:r>
        <w:br/>
      </w:r>
      <w:r>
        <w:t xml:space="preserve">    (a) distress</w:t>
      </w:r>
      <w:r>
        <w:br/>
      </w:r>
      <w:r>
        <w:t xml:space="preserve">    (b) firmness of purpose</w:t>
      </w:r>
      <w:r>
        <w:br/>
      </w:r>
      <w:r>
        <w:t xml:space="preserve">    (c) weariness</w:t>
      </w:r>
    </w:p>
    <w:p>
      <w:pPr>
        <w:pStyle w:val="Compact"/>
        <w:numPr>
          <w:ilvl w:val="0"/>
          <w:numId w:val="1001"/>
        </w:numPr>
      </w:pPr>
      <w:r>
        <w:rPr>
          <w:b/>
          <w:bCs/>
        </w:rPr>
        <w:t xml:space="preserve">It is a great brotherhood, which adds something of the good-fellowship of the folk-song, of the feeling of</w:t>
      </w:r>
      <w:r>
        <w:rPr>
          <w:b/>
          <w:bCs/>
        </w:rPr>
        <w:t xml:space="preserve"> </w:t>
      </w:r>
      <w:r>
        <w:rPr>
          <w:b/>
          <w:bCs/>
          <w:u w:val="single"/>
        </w:rPr>
        <w:t xml:space="preserve">solidarity</w:t>
      </w:r>
      <w:r>
        <w:rPr>
          <w:b/>
          <w:bCs/>
        </w:rPr>
        <w:t xml:space="preserve"> </w:t>
      </w:r>
      <w:r>
        <w:rPr>
          <w:b/>
          <w:bCs/>
        </w:rPr>
        <w:t xml:space="preserve">of convicts, and of the desperate loyalty to one another of men condemned to death, to a condition of life arising out of the midst of danger...</w:t>
      </w:r>
      <w:r>
        <w:br/>
      </w:r>
      <w:r>
        <w:t xml:space="preserve">    (a) shared wartime hostilities</w:t>
      </w:r>
      <w:r>
        <w:br/>
      </w:r>
      <w:r>
        <w:t xml:space="preserve">    (b) shared sympathies and mutual support</w:t>
      </w:r>
      <w:r>
        <w:br/>
      </w:r>
      <w:r>
        <w:t xml:space="preserve">    (c) shared endurance in suffering</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2026-07-31T14:59:43Z</dcterms:created>
  <dcterms:modified xsi:type="dcterms:W3CDTF">2026-07-31T14:59:43Z</dcterms:modified>
</cp:coreProperties>
</file>

<file path=docProps/custom.xml><?xml version="1.0" encoding="utf-8"?>
<Properties xmlns="http://schemas.openxmlformats.org/officeDocument/2006/custom-properties" xmlns:vt="http://schemas.openxmlformats.org/officeDocument/2006/docPropsVTypes"/>
</file>