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da64318af79e1f3da75262b00c731b7fd4141a"/>
    <w:p>
      <w:pPr>
        <w:pStyle w:val="Heading1"/>
      </w:pPr>
      <w:r>
        <w:rPr>
          <w:b/>
          <w:bCs/>
        </w:rPr>
        <w:t xml:space="preserve">All Over but the Shoutin'</w:t>
      </w:r>
      <w:r>
        <w:br/>
      </w:r>
      <w:r>
        <w:rPr>
          <w:i/>
          <w:iCs/>
        </w:rPr>
        <w:t xml:space="preserve">Rick Bragg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was released to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</w:t>
      </w:r>
      <w:r>
        <w:rPr>
          <w:b/>
          <w:bCs/>
        </w:rPr>
        <w:t xml:space="preserve">.</w:t>
      </w:r>
      <w:r>
        <w:br/>
      </w:r>
      <w:r>
        <w:t xml:space="preserve">    (a) curiosity</w:t>
      </w:r>
      <w:r>
        <w:br/>
      </w:r>
      <w:r>
        <w:t xml:space="preserve">    (b) criticism</w:t>
      </w:r>
      <w:r>
        <w:br/>
      </w:r>
      <w:r>
        <w:t xml:space="preserve">    (c)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she doesn't earn much money, she was raised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affluent</w:t>
      </w:r>
      <w:r>
        <w:rPr>
          <w:b/>
          <w:bCs/>
        </w:rPr>
        <w:t xml:space="preserve"> </w:t>
      </w:r>
      <w:r>
        <w:rPr>
          <w:b/>
          <w:bCs/>
        </w:rPr>
        <w:t xml:space="preserve">household.</w:t>
      </w:r>
      <w:r>
        <w:br/>
      </w:r>
      <w:r>
        <w:t xml:space="preserve">    (a) middle-class</w:t>
      </w:r>
      <w:r>
        <w:br/>
      </w:r>
      <w:r>
        <w:t xml:space="preserve">    (b) wealthy</w:t>
      </w:r>
      <w:r>
        <w:br/>
      </w:r>
      <w:r>
        <w:t xml:space="preserve">    (c)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distraction</w:t>
      </w:r>
      <w:r>
        <w:br/>
      </w:r>
      <w:r>
        <w:t xml:space="preserve">    (b) lack of ability</w:t>
      </w:r>
      <w:r>
        <w:br/>
      </w:r>
      <w:r>
        <w:t xml:space="preserve">    (c) lack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doomed to an empty life motivated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laziness</w:t>
      </w:r>
      <w:r>
        <w:br/>
      </w:r>
      <w:r>
        <w:t xml:space="preserve">    (b) greed</w:t>
      </w:r>
      <w:r>
        <w:br/>
      </w:r>
      <w:r>
        <w:t xml:space="preserve">    (c) selfishness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civil rights movement</w:t>
      </w:r>
      <w:r>
        <w:rPr>
          <w:b/>
          <w:bCs/>
        </w:rPr>
        <w:t xml:space="preserve"> </w:t>
      </w:r>
      <w:r>
        <w:rPr>
          <w:b/>
          <w:bCs/>
        </w:rPr>
        <w:t xml:space="preserve">was too diverse and fragmented to be credited to any one person, but Martin Luther King Jr. is most commonly associated with it.</w:t>
      </w:r>
      <w:r>
        <w:br/>
      </w:r>
      <w:r>
        <w:t xml:space="preserve">    (a) 20th century effort to establish political and social equality for African Americans</w:t>
      </w:r>
      <w:r>
        <w:br/>
      </w:r>
      <w:r>
        <w:t xml:space="preserve">    (b) 20th century effort to establish political and social equality for women</w:t>
      </w:r>
      <w:r>
        <w:br/>
      </w:r>
      <w:r>
        <w:t xml:space="preserve">    (c) 20th century effort to establish political and social equality for labor unions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covert</w:t>
      </w:r>
      <w:r>
        <w:rPr>
          <w:b/>
          <w:bCs/>
        </w:rPr>
        <w:t xml:space="preserve"> </w:t>
      </w:r>
      <w:r>
        <w:rPr>
          <w:b/>
          <w:bCs/>
        </w:rPr>
        <w:t xml:space="preserve">funding of foreign rebel groups has been criticized for destabilizing the region.</w:t>
      </w:r>
      <w:r>
        <w:br/>
      </w:r>
      <w:r>
        <w:t xml:space="preserve">    (a) excessive</w:t>
      </w:r>
      <w:r>
        <w:br/>
      </w:r>
      <w:r>
        <w:t xml:space="preserve">    (b) inadequate</w:t>
      </w:r>
      <w:r>
        <w:br/>
      </w:r>
      <w:r>
        <w:t xml:space="preserve">    (c)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Borrowing chairs from next door was a useful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expedient</w:t>
      </w:r>
      <w:r>
        <w:rPr>
          <w:b/>
          <w:bCs/>
        </w:rPr>
        <w:t xml:space="preserve"> </w:t>
      </w:r>
      <w:r>
        <w:rPr>
          <w:b/>
          <w:bCs/>
        </w:rPr>
        <w:t xml:space="preserve">until the new ones arrived.</w:t>
      </w:r>
      <w:r>
        <w:br/>
      </w:r>
      <w:r>
        <w:t xml:space="preserve">    (a) practical solution</w:t>
      </w:r>
      <w:r>
        <w:br/>
      </w:r>
      <w:r>
        <w:t xml:space="preserve">    (b) careful warning</w:t>
      </w:r>
      <w:r>
        <w:br/>
      </w:r>
      <w:r>
        <w:t xml:space="preserve">    (c) lasting tradition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famous actor when he visited the school.</w:t>
      </w:r>
      <w:r>
        <w:br/>
      </w:r>
      <w:r>
        <w:t xml:space="preserve">    (a) speak honestly</w:t>
      </w:r>
      <w:r>
        <w:br/>
      </w:r>
      <w:r>
        <w:t xml:space="preserve">    (b) flatter too much</w:t>
      </w:r>
      <w:r>
        <w:br/>
      </w:r>
      <w:r>
        <w:t xml:space="preserve">    (c) argue angrily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facial expressions</w:t>
      </w:r>
      <w:r>
        <w:br/>
      </w:r>
      <w:r>
        <w:t xml:space="preserve">    (b) gestures</w:t>
      </w:r>
      <w:r>
        <w:br/>
      </w:r>
      <w:r>
        <w:t xml:space="preserve">    (c) tones of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300-page report,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 is that the plan won't work.</w:t>
      </w:r>
      <w:r>
        <w:br/>
      </w:r>
      <w:r>
        <w:t xml:space="preserve">    (a) problem</w:t>
      </w:r>
      <w:r>
        <w:br/>
      </w:r>
      <w:r>
        <w:t xml:space="preserve">    (b) concern</w:t>
      </w:r>
      <w:r>
        <w:br/>
      </w:r>
      <w:r>
        <w:t xml:space="preserve">    (c) main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impulsive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We've grown accustomed to spending more than we earn, but the increasing debt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insidious</w:t>
      </w:r>
      <w:r>
        <w:rPr>
          <w:b/>
          <w:bCs/>
        </w:rPr>
        <w:t xml:space="preserve"> </w:t>
      </w:r>
      <w:r>
        <w:rPr>
          <w:b/>
          <w:bCs/>
        </w:rPr>
        <w:t xml:space="preserve">problem.</w:t>
      </w:r>
      <w:r>
        <w:br/>
      </w:r>
      <w:r>
        <w:t xml:space="preserve">    (a) severe</w:t>
      </w:r>
      <w:r>
        <w:br/>
      </w:r>
      <w:r>
        <w:t xml:space="preserve">    (b) shared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were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.</w:t>
      </w:r>
      <w:r>
        <w:br/>
      </w:r>
      <w:r>
        <w:t xml:space="preserve">    (a) permissive (not strict)</w:t>
      </w:r>
      <w:r>
        <w:br/>
      </w:r>
      <w:r>
        <w:t xml:space="preserve">    (b) concerned or worried</w:t>
      </w:r>
      <w:r>
        <w:br/>
      </w:r>
      <w:r>
        <w:t xml:space="preserve">    (c) authoritarian (overly strict)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found guilty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manslaughter</w:t>
      </w:r>
      <w:r>
        <w:rPr>
          <w:b/>
          <w:bCs/>
        </w:rPr>
        <w:t xml:space="preserve"> </w:t>
      </w:r>
      <w:r>
        <w:rPr>
          <w:b/>
          <w:bCs/>
        </w:rPr>
        <w:t xml:space="preserve">through gross negligence.</w:t>
      </w:r>
      <w:r>
        <w:br/>
      </w:r>
      <w:r>
        <w:t xml:space="preserve">    (a) intentional killing</w:t>
      </w:r>
      <w:r>
        <w:br/>
      </w:r>
      <w:r>
        <w:t xml:space="preserve">    (b) unintentional killing</w:t>
      </w:r>
      <w:r>
        <w:br/>
      </w:r>
      <w:r>
        <w:t xml:space="preserve">    (c) causing bodily harm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broken</w:t>
      </w:r>
      <w:r>
        <w:br/>
      </w:r>
      <w:r>
        <w:t xml:space="preserve">    (b) classic</w:t>
      </w:r>
      <w:r>
        <w:br/>
      </w:r>
      <w:r>
        <w:t xml:space="preserve">    (c) outdated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opulent</w:t>
      </w:r>
      <w:r>
        <w:rPr>
          <w:b/>
          <w:bCs/>
        </w:rPr>
        <w:t xml:space="preserve"> </w:t>
      </w:r>
      <w:r>
        <w:rPr>
          <w:b/>
          <w:bCs/>
        </w:rPr>
        <w:t xml:space="preserve">hotel lobby had marble floors, crystal lights, and velvet chairs.</w:t>
      </w:r>
      <w:r>
        <w:br/>
      </w:r>
      <w:r>
        <w:t xml:space="preserve">    (a) plain and practical</w:t>
      </w:r>
      <w:r>
        <w:br/>
      </w:r>
      <w:r>
        <w:t xml:space="preserve">    (b) small and crowded</w:t>
      </w:r>
      <w:r>
        <w:br/>
      </w:r>
      <w:r>
        <w:t xml:space="preserve">    (c) rich and luxurious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perfunctory</w:t>
      </w:r>
      <w:r>
        <w:rPr>
          <w:b/>
          <w:bCs/>
        </w:rPr>
        <w:t xml:space="preserve"> </w:t>
      </w:r>
      <w:r>
        <w:rPr>
          <w:b/>
          <w:bCs/>
        </w:rPr>
        <w:t xml:space="preserve">apology did little to ease my annoyance.</w:t>
      </w:r>
      <w:r>
        <w:br/>
      </w:r>
      <w:r>
        <w:t xml:space="preserve">    (a) sincere</w:t>
      </w:r>
      <w:r>
        <w:br/>
      </w:r>
      <w:r>
        <w:t xml:space="preserve">    (b) superficial</w:t>
      </w:r>
      <w:r>
        <w:br/>
      </w:r>
      <w:r>
        <w:t xml:space="preserve">    (c) written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joined</w:t>
      </w:r>
      <w:r>
        <w:br/>
      </w:r>
      <w:r>
        <w:t xml:space="preserve">    (b) rejected</w:t>
      </w:r>
      <w:r>
        <w:br/>
      </w:r>
      <w:r>
        <w:t xml:space="preserve">    (c) founded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gently persuade</w:t>
      </w:r>
      <w:r>
        <w:br/>
      </w:r>
      <w:r>
        <w:t xml:space="preserve">    (b) gently ease</w:t>
      </w:r>
      <w:r>
        <w:br/>
      </w:r>
      <w:r>
        <w:t xml:space="preserve">    (c) completely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long respected</w:t>
      </w:r>
      <w:r>
        <w:br/>
      </w:r>
      <w:r>
        <w:t xml:space="preserve">    (b) large and successful</w:t>
      </w:r>
      <w:r>
        <w:br/>
      </w:r>
      <w:r>
        <w:t xml:space="preserve">    (c) popular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2026-07-31T18:43:02Z</dcterms:created>
  <dcterms:modified xsi:type="dcterms:W3CDTF">2026-07-31T18:43:02Z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