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6ba211044bba42b3c96bcd62c4b4d040ef033d"/>
    <w:p>
      <w:pPr>
        <w:pStyle w:val="Heading1"/>
      </w:pPr>
      <w:r>
        <w:rPr>
          <w:b/>
          <w:bCs/>
        </w:rPr>
        <w:t xml:space="preserve">All Over but the Shoutin'</w:t>
      </w:r>
      <w:r>
        <w:br/>
      </w:r>
      <w:r>
        <w:rPr>
          <w:i/>
          <w:iCs/>
        </w:rPr>
        <w:t xml:space="preserve">Rick Bragg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know anything about wars. I don't think even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erudite</w:t>
      </w:r>
      <w:r>
        <w:rPr>
          <w:b/>
          <w:bCs/>
        </w:rPr>
        <w:t xml:space="preserve"> </w:t>
      </w:r>
      <w:r>
        <w:rPr>
          <w:b/>
          <w:bCs/>
        </w:rPr>
        <w:t xml:space="preserve">scholars do. I think you have to fight one, to know it.</w:t>
      </w:r>
      <w:r>
        <w:br/>
      </w:r>
      <w:r>
        <w:t xml:space="preserve">    (a) without involvement of anything in between</w:t>
      </w:r>
      <w:r>
        <w:br/>
      </w:r>
      <w:r>
        <w:t xml:space="preserve">    (b) mental activity of which one is self-aware</w:t>
      </w:r>
      <w:r>
        <w:br/>
      </w:r>
      <w:r>
        <w:t xml:space="preserve">    (c) having deep scholarly knowledge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legacy</w:t>
      </w:r>
      <w:r>
        <w:rPr>
          <w:b/>
          <w:bCs/>
        </w:rPr>
        <w:t xml:space="preserve"> </w:t>
      </w:r>
      <w:r>
        <w:rPr>
          <w:b/>
          <w:bCs/>
        </w:rPr>
        <w:t xml:space="preserve">of a lie is better than hate.</w:t>
      </w:r>
      <w:r>
        <w:br/>
      </w:r>
      <w:r>
        <w:t xml:space="preserve">    (a) the act of taking something on as one's own</w:t>
      </w:r>
      <w:r>
        <w:br/>
      </w:r>
      <w:r>
        <w:t xml:space="preserve">    (b) something coming from the past</w:t>
      </w:r>
      <w:r>
        <w:br/>
      </w:r>
      <w:r>
        <w:t xml:space="preserve">    (c) something that helps clarify or demonstrate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did not want to make his living selling whiskey on a large scale... The men who made it by the trunkload were much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prison, and that would have left his family alone in the teeth of the Depression. So he made a few gallons, enough to bring out the dogs and the deputies now and again, but never the federal men.</w:t>
      </w:r>
      <w:r>
        <w:br/>
      </w:r>
      <w:r>
        <w:t xml:space="preserve">    (a) the degree to which something can be solved or settled</w:t>
      </w:r>
      <w:r>
        <w:br/>
      </w:r>
      <w:r>
        <w:t xml:space="preserve">    (b) tending (to end up in)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drove to the lake and parked her car on the boat ramp's steep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,</w:t>
      </w:r>
      <w:r>
        <w:br/>
      </w:r>
      <w:r>
        <w:t xml:space="preserve">    (a) tell someone about something</w:t>
      </w:r>
      <w:r>
        <w:br/>
      </w:r>
      <w:r>
        <w:t xml:space="preserve">    (b) angle (hill)</w:t>
      </w:r>
      <w:r>
        <w:br/>
      </w:r>
      <w:r>
        <w:t xml:space="preserve">    (c) something repeated regularly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nothing else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validates</w:t>
      </w:r>
      <w:r>
        <w:rPr>
          <w:b/>
          <w:bCs/>
        </w:rPr>
        <w:t xml:space="preserve"> </w:t>
      </w:r>
      <w:r>
        <w:rPr>
          <w:b/>
          <w:bCs/>
        </w:rPr>
        <w:t xml:space="preserve">the decency of that man, then the story of Jessie Klines will.</w:t>
      </w:r>
      <w:r>
        <w:br/>
      </w:r>
      <w:r>
        <w:t xml:space="preserve">    (a) avoids responsibilities and duties -- typically by pretending to be ill</w:t>
      </w:r>
      <w:r>
        <w:br/>
      </w:r>
      <w:r>
        <w:t xml:space="preserve">    (b) causes of problems or illnesses; or processes to identify such problems</w:t>
      </w:r>
      <w:r>
        <w:br/>
      </w:r>
      <w:r>
        <w:t xml:space="preserve">    (c) give evidence for the truth or value of; or declare as legally approved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climbed trees and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prone</w:t>
      </w:r>
      <w:r>
        <w:rPr>
          <w:b/>
          <w:bCs/>
        </w:rPr>
        <w:t xml:space="preserve"> </w:t>
      </w:r>
      <w:r>
        <w:rPr>
          <w:b/>
          <w:bCs/>
        </w:rPr>
        <w:t xml:space="preserve">to fall out of them.</w:t>
      </w:r>
      <w:r>
        <w:br/>
      </w:r>
      <w:r>
        <w:t xml:space="preserve">    (a) interacts, interests, or attracts</w:t>
      </w:r>
      <w:r>
        <w:br/>
      </w:r>
      <w:r>
        <w:t xml:space="preserve">    (b) had a tendency (to do something)</w:t>
      </w:r>
      <w:r>
        <w:br/>
      </w:r>
      <w:r>
        <w:t xml:space="preserve">    (c) because of a basic rule or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will tell you that the depth of that meanness and hatred and ignorance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varies</w:t>
      </w:r>
      <w:r>
        <w:rPr>
          <w:b/>
          <w:bCs/>
        </w:rPr>
        <w:t xml:space="preserve"> </w:t>
      </w:r>
      <w:r>
        <w:rPr>
          <w:b/>
          <w:bCs/>
        </w:rPr>
        <w:t xml:space="preserve">from soul to soul, that white Southerners are not the same and symmetrical, like the boards in a white picket fence.</w:t>
      </w:r>
      <w:r>
        <w:br/>
      </w:r>
      <w:r>
        <w:t xml:space="preserve">    (a) differs; or changes</w:t>
      </w:r>
      <w:r>
        <w:br/>
      </w:r>
      <w:r>
        <w:t xml:space="preserve">    (b) shows or represents</w:t>
      </w:r>
      <w:r>
        <w:br/>
      </w:r>
      <w:r>
        <w:t xml:space="preserve">    (c) predicts or reveals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would be years before I realized the main reason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exiled</w:t>
      </w:r>
      <w:r>
        <w:rPr>
          <w:b/>
          <w:bCs/>
        </w:rPr>
        <w:t xml:space="preserve"> </w:t>
      </w:r>
      <w:r>
        <w:rPr>
          <w:b/>
          <w:bCs/>
        </w:rPr>
        <w:t xml:space="preserve">herself to the little house, going out only to buy groceries.</w:t>
      </w:r>
      <w:r>
        <w:br/>
      </w:r>
      <w:r>
        <w:t xml:space="preserve">    (a) took (power or responsibility)</w:t>
      </w:r>
      <w:r>
        <w:br/>
      </w:r>
      <w:r>
        <w:t xml:space="preserve">    (b) developed or changed gradually</w:t>
      </w:r>
      <w:r>
        <w:br/>
      </w:r>
      <w:r>
        <w:t xml:space="preserve">    (c) forced to leave one's homeland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it took was an angry word or some insult,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slight, and the subtle differences in our characters vanished and you would have thought we were children of Beelzebub, unbound.</w:t>
      </w:r>
      <w:r>
        <w:br/>
      </w:r>
      <w:r>
        <w:t xml:space="preserve">    (a) aka analysis -- psychiatric treatment; or a theory of psychiatric treatment</w:t>
      </w:r>
      <w:r>
        <w:br/>
      </w:r>
      <w:r>
        <w:t xml:space="preserve">    (b) regardless of how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did not see what they were doing as anything wrong; their daddies had been free to take game when they wanted,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they wanted.</w:t>
      </w:r>
      <w:r>
        <w:br/>
      </w:r>
      <w:r>
        <w:t xml:space="preserve">    (a) in whatever way</w:t>
      </w:r>
      <w:r>
        <w:br/>
      </w:r>
      <w:r>
        <w:t xml:space="preserve">    (b) starts (a fire)</w:t>
      </w:r>
      <w:r>
        <w:br/>
      </w:r>
      <w:r>
        <w:t xml:space="preserve">    (c) starts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bought me a coat, a pair of shoes, a football, and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transistor radio</w:t>
      </w:r>
      <w:r>
        <w:rPr>
          <w:b/>
          <w:bCs/>
        </w:rPr>
        <w:t xml:space="preserve">.</w:t>
      </w:r>
      <w:r>
        <w:br/>
      </w:r>
      <w:r>
        <w:t xml:space="preserve">    (a) a type of small portable radio</w:t>
      </w:r>
      <w:r>
        <w:br/>
      </w:r>
      <w:r>
        <w:t xml:space="preserve">    (b) a change; or a changed version</w:t>
      </w:r>
      <w:r>
        <w:br/>
      </w:r>
      <w:r>
        <w:t xml:space="preserve">    (c) confidential or secret meeting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tells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that he is living proof that religion can save anyone.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people who worship together in the same building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described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serenity</w:t>
      </w:r>
      <w:r>
        <w:rPr>
          <w:b/>
          <w:bCs/>
        </w:rPr>
        <w:t xml:space="preserve"> </w:t>
      </w:r>
      <w:r>
        <w:rPr>
          <w:b/>
          <w:bCs/>
        </w:rPr>
        <w:t xml:space="preserve">of the park,</w:t>
      </w:r>
      <w:r>
        <w:br/>
      </w:r>
      <w:r>
        <w:t xml:space="preserve">    (a) in disagreement</w:t>
      </w:r>
      <w:r>
        <w:br/>
      </w:r>
      <w:r>
        <w:t xml:space="preserve">    (b) relative amount</w:t>
      </w:r>
      <w:r>
        <w:br/>
      </w:r>
      <w:r>
        <w:t xml:space="preserve">    (c) peaceful calmness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Maybe it is because the boy is my brother and I am blind to some things, but I do not believe, not for one minute, that he is cruel, that 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inherently</w:t>
      </w:r>
      <w:r>
        <w:rPr>
          <w:b/>
          <w:bCs/>
        </w:rPr>
        <w:t xml:space="preserve"> </w:t>
      </w:r>
      <w:r>
        <w:rPr>
          <w:b/>
          <w:bCs/>
        </w:rPr>
        <w:t xml:space="preserve">mean, the way that my daddy could be.</w:t>
      </w:r>
      <w:r>
        <w:br/>
      </w:r>
      <w:r>
        <w:t xml:space="preserve">    (a) in a manner that tests someone or something for a period of time</w:t>
      </w:r>
      <w:r>
        <w:br/>
      </w:r>
      <w:r>
        <w:t xml:space="preserve">    (b) in a manner that serves to help explain or demonstrate something</w:t>
      </w:r>
      <w:r>
        <w:br/>
      </w:r>
      <w:r>
        <w:t xml:space="preserve">    (c) in a manner that exists as an inseparable part or characteristic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taught in this business to leave our emotions out of a story, to view things with pure and perfect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objectivity</w:t>
      </w:r>
      <w:r>
        <w:rPr>
          <w:b/>
          <w:bCs/>
        </w:rPr>
        <w:t xml:space="preserve">, but that was impossible on this story.</w:t>
      </w:r>
      <w:r>
        <w:br/>
      </w:r>
      <w:r>
        <w:t xml:space="preserve">    (a) growth hormone -- a hormone produced by the anterior pituitary gland that promotes growth in humans</w:t>
      </w:r>
      <w:r>
        <w:br/>
      </w:r>
      <w:r>
        <w:t xml:space="preserve">    (b) "spiritually renews" in a Christian ceremony  OR  initiates or purifies by a challenging experience</w:t>
      </w:r>
      <w:r>
        <w:br/>
      </w:r>
      <w:r>
        <w:t xml:space="preserve">    (c) lack of bias (influence of personal feelings or preferences)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their eyes, they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subjugated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old Crackers, and now they were subjugated again by people who were not even born there.</w:t>
      </w:r>
      <w:r>
        <w:br/>
      </w:r>
      <w:r>
        <w:t xml:space="preserve">    (a) forced into submission</w:t>
      </w:r>
      <w:r>
        <w:br/>
      </w:r>
      <w:r>
        <w:t xml:space="preserve">    (b) influenced or effected</w:t>
      </w:r>
      <w:r>
        <w:br/>
      </w:r>
      <w:r>
        <w:t xml:space="preserve">    (c) not roughly calculated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called Bill Cooke, our free-lance photographer and my friend, but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ornery</w:t>
      </w:r>
      <w:r>
        <w:rPr>
          <w:b/>
          <w:bCs/>
        </w:rPr>
        <w:t xml:space="preserve"> </w:t>
      </w:r>
      <w:r>
        <w:rPr>
          <w:b/>
          <w:bCs/>
        </w:rPr>
        <w:t xml:space="preserve">man even on his best days.</w:t>
      </w:r>
      <w:r>
        <w:br/>
      </w:r>
      <w:r>
        <w:t xml:space="preserve">    (a) a document granting permission to do something</w:t>
      </w:r>
      <w:r>
        <w:br/>
      </w:r>
      <w:r>
        <w:t xml:space="preserve">    (b) the state or character of being bad or harmful</w:t>
      </w:r>
      <w:r>
        <w:br/>
      </w:r>
      <w:r>
        <w:t xml:space="preserve">    (c) easily annoyed and quick to complain and argue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embargo</w:t>
      </w:r>
      <w:r>
        <w:rPr>
          <w:b/>
          <w:bCs/>
        </w:rPr>
        <w:t xml:space="preserve"> </w:t>
      </w:r>
      <w:r>
        <w:rPr>
          <w:b/>
          <w:bCs/>
        </w:rPr>
        <w:t xml:space="preserve">only inconveniences the rich.</w:t>
      </w:r>
      <w:r>
        <w:br/>
      </w:r>
      <w:r>
        <w:t xml:space="preserve">    (a) to release from slavery or servitude; or (metaphorically) from social restraints</w:t>
      </w:r>
      <w:r>
        <w:br/>
      </w:r>
      <w:r>
        <w:t xml:space="preserve">    (b) portray or create in a particular way  OR  interpret, translate, or extract from</w:t>
      </w:r>
      <w:r>
        <w:br/>
      </w:r>
      <w:r>
        <w:t xml:space="preserve">    (c) an official ban or restriction -- especially a government-imposed trade barrier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may even be that I saw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 </w:t>
      </w:r>
      <w:r>
        <w:rPr>
          <w:b/>
          <w:bCs/>
        </w:rPr>
        <w:t xml:space="preserve">in places where it didn't exist.</w:t>
      </w:r>
      <w:r>
        <w:br/>
      </w:r>
      <w:r>
        <w:t xml:space="preserve">    (a) differ; or change</w:t>
      </w:r>
      <w:r>
        <w:br/>
      </w:r>
      <w:r>
        <w:t xml:space="preserve">    (b) influence opinion</w:t>
      </w:r>
      <w:r>
        <w:br/>
      </w:r>
      <w:r>
        <w:t xml:space="preserve">    (c) a lack of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packed bodies turned and ran, and I ran with them, watching a senior foreign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correspondent</w:t>
      </w:r>
      <w:r>
        <w:rPr>
          <w:b/>
          <w:bCs/>
        </w:rPr>
        <w:t xml:space="preserve"> </w:t>
      </w:r>
      <w:r>
        <w:rPr>
          <w:b/>
          <w:bCs/>
        </w:rPr>
        <w:t xml:space="preserve">closely, to see when it was right to run and when you were supposed to stand.</w:t>
      </w:r>
      <w:r>
        <w:br/>
      </w:r>
      <w:r>
        <w:t xml:space="preserve">    (a) reporter</w:t>
      </w:r>
      <w:r>
        <w:br/>
      </w:r>
      <w:r>
        <w:t xml:space="preserve">    (b) disorder</w:t>
      </w:r>
      <w:r>
        <w:br/>
      </w:r>
      <w:r>
        <w:t xml:space="preserve">    (c) marriage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2026-05-20T13:16:11Z</dcterms:created>
  <dcterms:modified xsi:type="dcterms:W3CDTF">2026-05-20T13:16:11Z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