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75c3c06c43d60c9511ed1085d3d6b9e4675a3c"/>
    <w:p>
      <w:pPr>
        <w:pStyle w:val="Heading1"/>
      </w:pPr>
      <w:r>
        <w:rPr>
          <w:b/>
          <w:bCs/>
        </w:rPr>
        <w:t xml:space="preserve">All Over but the Shoutin'</w:t>
      </w:r>
      <w:r>
        <w:br/>
      </w:r>
      <w:r>
        <w:rPr>
          <w:i/>
          <w:iCs/>
        </w:rPr>
        <w:t xml:space="preserve">Rick Bragg</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have written mostly about people whose lives came and went on tides of whim,</w:t>
      </w:r>
      <w:r>
        <w:rPr>
          <w:b/>
          <w:bCs/>
        </w:rPr>
        <w:t xml:space="preserve"> </w:t>
      </w:r>
      <w:r>
        <w:rPr>
          <w:b/>
          <w:bCs/>
          <w:u w:val="single"/>
        </w:rPr>
        <w:t xml:space="preserve">apathy</w:t>
      </w:r>
      <w:r>
        <w:rPr>
          <w:b/>
          <w:bCs/>
        </w:rPr>
        <w:t xml:space="preserve"> </w:t>
      </w:r>
      <w:r>
        <w:rPr>
          <w:b/>
          <w:bCs/>
        </w:rPr>
        <w:t xml:space="preserve">and cruelty.</w:t>
      </w:r>
      <w:r>
        <w:br/>
      </w:r>
      <w:r>
        <w:t xml:space="preserve">    (a) lack of interest and enthusiasm</w:t>
      </w:r>
      <w:r>
        <w:br/>
      </w:r>
      <w:r>
        <w:t xml:space="preserve">    (b) poor ability to make a decision</w:t>
      </w:r>
      <w:r>
        <w:br/>
      </w:r>
      <w:r>
        <w:t xml:space="preserve">    (c) non-traditional or non-standard</w:t>
      </w:r>
    </w:p>
    <w:p>
      <w:pPr>
        <w:pStyle w:val="Compact"/>
        <w:numPr>
          <w:ilvl w:val="0"/>
          <w:numId w:val="1001"/>
        </w:numPr>
      </w:pPr>
      <w:r>
        <w:rPr>
          <w:b/>
          <w:bCs/>
        </w:rPr>
        <w:t xml:space="preserve">He got a pure silver cigarette lighter, a gold-plated ink pen and a five-dollar camera, so that he could take all his experiences back to Alabama after they</w:t>
      </w:r>
      <w:r>
        <w:rPr>
          <w:b/>
          <w:bCs/>
        </w:rPr>
        <w:t xml:space="preserve"> </w:t>
      </w:r>
      <w:r>
        <w:rPr>
          <w:b/>
          <w:bCs/>
          <w:u w:val="single"/>
        </w:rPr>
        <w:t xml:space="preserve">vanquished</w:t>
      </w:r>
      <w:r>
        <w:rPr>
          <w:b/>
          <w:bCs/>
        </w:rPr>
        <w:t xml:space="preserve"> </w:t>
      </w:r>
      <w:r>
        <w:rPr>
          <w:b/>
          <w:bCs/>
        </w:rPr>
        <w:t xml:space="preserve">the communist horde and defended democracy, or whatever it was they were supposed to do.</w:t>
      </w:r>
      <w:r>
        <w:br/>
      </w:r>
      <w:r>
        <w:t xml:space="preserve">    (a) completely defeated</w:t>
      </w:r>
      <w:r>
        <w:br/>
      </w:r>
      <w:r>
        <w:t xml:space="preserve">    (b) excessively excited</w:t>
      </w:r>
      <w:r>
        <w:br/>
      </w:r>
      <w:r>
        <w:t xml:space="preserve">    (c) nervous or confused</w:t>
      </w:r>
    </w:p>
    <w:p>
      <w:pPr>
        <w:pStyle w:val="Compact"/>
        <w:numPr>
          <w:ilvl w:val="0"/>
          <w:numId w:val="1001"/>
        </w:numPr>
      </w:pPr>
      <w:r>
        <w:rPr>
          <w:b/>
          <w:bCs/>
        </w:rPr>
        <w:t xml:space="preserve">The sheriff would make a</w:t>
      </w:r>
      <w:r>
        <w:rPr>
          <w:b/>
          <w:bCs/>
        </w:rPr>
        <w:t xml:space="preserve"> </w:t>
      </w:r>
      <w:r>
        <w:rPr>
          <w:b/>
          <w:bCs/>
          <w:u w:val="single"/>
        </w:rPr>
        <w:t xml:space="preserve">perfunctory</w:t>
      </w:r>
      <w:r>
        <w:rPr>
          <w:b/>
          <w:bCs/>
        </w:rPr>
        <w:t xml:space="preserve"> </w:t>
      </w:r>
      <w:r>
        <w:rPr>
          <w:b/>
          <w:bCs/>
        </w:rPr>
        <w:t xml:space="preserve">trip out, but instead of searching through the pines for the still he would sit on the porch until suppertime, and have some beans and cornbread.</w:t>
      </w:r>
      <w:r>
        <w:br/>
      </w:r>
      <w:r>
        <w:t xml:space="preserve">    (a) related to intelligence -- such as requiring, appealing to, or possessing intelligence</w:t>
      </w:r>
      <w:r>
        <w:br/>
      </w:r>
      <w:r>
        <w:t xml:space="preserve">    (b) done without much interest or effort</w:t>
      </w:r>
      <w:r>
        <w:br/>
      </w:r>
      <w:r>
        <w:t xml:space="preserve">    (c) (adjective) designed to stop something  OR  (noun) something that stops something else</w:t>
      </w:r>
    </w:p>
    <w:p>
      <w:pPr>
        <w:pStyle w:val="Compact"/>
        <w:numPr>
          <w:ilvl w:val="0"/>
          <w:numId w:val="1001"/>
        </w:numPr>
      </w:pPr>
      <w:r>
        <w:rPr>
          <w:b/>
          <w:bCs/>
        </w:rPr>
        <w:t xml:space="preserve">She</w:t>
      </w:r>
      <w:r>
        <w:rPr>
          <w:b/>
          <w:bCs/>
        </w:rPr>
        <w:t xml:space="preserve"> </w:t>
      </w:r>
      <w:r>
        <w:rPr>
          <w:b/>
          <w:bCs/>
          <w:u w:val="single"/>
        </w:rPr>
        <w:t xml:space="preserve">fawned</w:t>
      </w:r>
      <w:r>
        <w:rPr>
          <w:b/>
          <w:bCs/>
        </w:rPr>
        <w:t xml:space="preserve"> </w:t>
      </w:r>
      <w:r>
        <w:rPr>
          <w:b/>
          <w:bCs/>
        </w:rPr>
        <w:t xml:space="preserve">over the church people, year after year, who showed up at Christmas with a turkey or a ham.</w:t>
      </w:r>
      <w:r>
        <w:br/>
      </w:r>
      <w:r>
        <w:t xml:space="preserve">    (a) not good at concentrating on one thing</w:t>
      </w:r>
      <w:r>
        <w:br/>
      </w:r>
      <w:r>
        <w:t xml:space="preserve">    (b) showed excessive flattery or affection</w:t>
      </w:r>
      <w:r>
        <w:br/>
      </w:r>
      <w:r>
        <w:t xml:space="preserve">    (c) differed notably in brightness or tone</w:t>
      </w:r>
    </w:p>
    <w:p>
      <w:pPr>
        <w:pStyle w:val="Compact"/>
        <w:numPr>
          <w:ilvl w:val="0"/>
          <w:numId w:val="1001"/>
        </w:numPr>
      </w:pPr>
      <w:r>
        <w:rPr>
          <w:b/>
          <w:bCs/>
        </w:rPr>
        <w:t xml:space="preserve">To say we were rotten little children would be like saying John Brown was a little on the</w:t>
      </w:r>
      <w:r>
        <w:rPr>
          <w:b/>
          <w:bCs/>
        </w:rPr>
        <w:t xml:space="preserve"> </w:t>
      </w:r>
      <w:r>
        <w:rPr>
          <w:b/>
          <w:bCs/>
          <w:u w:val="single"/>
        </w:rPr>
        <w:t xml:space="preserve">impetuous</w:t>
      </w:r>
      <w:r>
        <w:rPr>
          <w:b/>
          <w:bCs/>
        </w:rPr>
        <w:t xml:space="preserve"> </w:t>
      </w:r>
      <w:r>
        <w:rPr>
          <w:b/>
          <w:bCs/>
        </w:rPr>
        <w:t xml:space="preserve">side,</w:t>
      </w:r>
      <w:r>
        <w:br/>
      </w:r>
      <w:r>
        <w:t xml:space="preserve">    (a) impulsive (acting suddenly without much thought)</w:t>
      </w:r>
      <w:r>
        <w:br/>
      </w:r>
      <w:r>
        <w:t xml:space="preserve">    (b) most important; or person that is most important</w:t>
      </w:r>
      <w:r>
        <w:br/>
      </w:r>
      <w:r>
        <w:t xml:space="preserve">    (c) tending to have exceedingly unfavorable opinions</w:t>
      </w:r>
    </w:p>
    <w:p>
      <w:pPr>
        <w:pStyle w:val="Compact"/>
        <w:numPr>
          <w:ilvl w:val="0"/>
          <w:numId w:val="1001"/>
        </w:numPr>
      </w:pPr>
      <w:r>
        <w:rPr>
          <w:b/>
          <w:bCs/>
        </w:rPr>
        <w:t xml:space="preserve">The TV preachers peddled promises, and offered hope to people who had none. There would have been great good in that, I believe, if they had not followed every sermon with a request for a portion of their flock's old-age pensions. Instead, it was an odd mix of good and evil, and people like my momma understood their</w:t>
      </w:r>
      <w:r>
        <w:rPr>
          <w:b/>
          <w:bCs/>
        </w:rPr>
        <w:t xml:space="preserve"> </w:t>
      </w:r>
      <w:r>
        <w:rPr>
          <w:b/>
          <w:bCs/>
          <w:u w:val="single"/>
        </w:rPr>
        <w:t xml:space="preserve">avarice</w:t>
      </w:r>
      <w:r>
        <w:rPr>
          <w:b/>
          <w:bCs/>
        </w:rPr>
        <w:t xml:space="preserve"> </w:t>
      </w:r>
      <w:r>
        <w:rPr>
          <w:b/>
          <w:bCs/>
        </w:rPr>
        <w:t xml:space="preserve">but forgave it, because the words the men spoke were comfort to her and their preaching was first-rate.</w:t>
      </w:r>
      <w:r>
        <w:br/>
      </w:r>
      <w:r>
        <w:t xml:space="preserve">    (a) arousing or inspiring again</w:t>
      </w:r>
      <w:r>
        <w:br/>
      </w:r>
      <w:r>
        <w:t xml:space="preserve">    (b) pessimism or unpleasantness</w:t>
      </w:r>
      <w:r>
        <w:br/>
      </w:r>
      <w:r>
        <w:t xml:space="preserve">    (c) excessive desire for wealth</w:t>
      </w:r>
    </w:p>
    <w:p>
      <w:pPr>
        <w:pStyle w:val="Compact"/>
        <w:numPr>
          <w:ilvl w:val="0"/>
          <w:numId w:val="1001"/>
        </w:numPr>
      </w:pPr>
      <w:r>
        <w:rPr>
          <w:b/>
          <w:bCs/>
        </w:rPr>
        <w:t xml:space="preserve">I went to Sunday school, not so much to study the Bible as to sit,</w:t>
      </w:r>
      <w:r>
        <w:rPr>
          <w:b/>
          <w:bCs/>
        </w:rPr>
        <w:t xml:space="preserve"> </w:t>
      </w:r>
      <w:r>
        <w:rPr>
          <w:b/>
          <w:bCs/>
          <w:u w:val="single"/>
        </w:rPr>
        <w:t xml:space="preserve">covertly</w:t>
      </w:r>
      <w:r>
        <w:rPr>
          <w:b/>
          <w:bCs/>
        </w:rPr>
        <w:t xml:space="preserve">, by pretty girls.</w:t>
      </w:r>
      <w:r>
        <w:br/>
      </w:r>
      <w:r>
        <w:t xml:space="preserve">    (a) in a good or beneficial manner</w:t>
      </w:r>
      <w:r>
        <w:br/>
      </w:r>
      <w:r>
        <w:t xml:space="preserve">    (b) done in a secret or hidden way</w:t>
      </w:r>
      <w:r>
        <w:br/>
      </w:r>
      <w:r>
        <w:t xml:space="preserve">    (c) in a manner that is misleading</w:t>
      </w:r>
    </w:p>
    <w:p>
      <w:pPr>
        <w:pStyle w:val="Compact"/>
        <w:numPr>
          <w:ilvl w:val="0"/>
          <w:numId w:val="1001"/>
        </w:numPr>
      </w:pPr>
      <w:r>
        <w:rPr>
          <w:b/>
          <w:bCs/>
        </w:rPr>
        <w:t xml:space="preserve">You rode to the job in an</w:t>
      </w:r>
      <w:r>
        <w:rPr>
          <w:b/>
          <w:bCs/>
        </w:rPr>
        <w:t xml:space="preserve"> </w:t>
      </w:r>
      <w:r>
        <w:rPr>
          <w:b/>
          <w:bCs/>
          <w:u w:val="single"/>
        </w:rPr>
        <w:t xml:space="preserve">insidious</w:t>
      </w:r>
      <w:r>
        <w:rPr>
          <w:b/>
          <w:bCs/>
        </w:rPr>
        <w:t xml:space="preserve"> </w:t>
      </w:r>
      <w:r>
        <w:rPr>
          <w:b/>
          <w:bCs/>
        </w:rPr>
        <w:t xml:space="preserve">mix of diesel fumes and gray cigarette smoke, the big trucks moaning, bouncing, jerking along the roads, and before you had done even a lick of work you were wishing the day was over, the sun was down.</w:t>
      </w:r>
      <w:r>
        <w:br/>
      </w:r>
      <w:r>
        <w:t xml:space="preserve">    (a) not appearing dangerous, but actually very harmful over time</w:t>
      </w:r>
      <w:r>
        <w:br/>
      </w:r>
      <w:r>
        <w:br/>
      </w:r>
      <w:r>
        <w:t xml:space="preserve">or:</w:t>
      </w:r>
      <w:r>
        <w:br/>
      </w:r>
      <w:r>
        <w:br/>
      </w:r>
      <w:r>
        <w:t xml:space="preserve">treacherous  (dangerous due to trickery or from hidden or unpredictable risks)</w:t>
      </w:r>
      <w:r>
        <w:br/>
      </w:r>
      <w:r>
        <w:t xml:space="preserve">    (b) the quality or degree of being straightforward or clear (sometimes indicating that truth is not worded carefully to spare feelings or gain advantage)</w:t>
      </w:r>
      <w:r>
        <w:br/>
      </w:r>
      <w:r>
        <w:t xml:space="preserve">    (c) the degree to which a performance of or to someone else's work lends itself to the expression of personal artistic ideas or feelings by the performer</w:t>
      </w:r>
    </w:p>
    <w:p>
      <w:pPr>
        <w:pStyle w:val="Compact"/>
        <w:numPr>
          <w:ilvl w:val="0"/>
          <w:numId w:val="1001"/>
        </w:numPr>
      </w:pPr>
      <w:r>
        <w:rPr>
          <w:b/>
          <w:bCs/>
        </w:rPr>
        <w:t xml:space="preserve">A few feet away is the</w:t>
      </w:r>
      <w:r>
        <w:rPr>
          <w:b/>
          <w:bCs/>
        </w:rPr>
        <w:t xml:space="preserve"> </w:t>
      </w:r>
      <w:r>
        <w:rPr>
          <w:b/>
          <w:bCs/>
          <w:u w:val="single"/>
        </w:rPr>
        <w:t xml:space="preserve">venerable</w:t>
      </w:r>
      <w:r>
        <w:rPr>
          <w:b/>
          <w:bCs/>
        </w:rPr>
        <w:t xml:space="preserve"> </w:t>
      </w:r>
      <w:r>
        <w:rPr>
          <w:b/>
          <w:bCs/>
        </w:rPr>
        <w:t xml:space="preserve">old Sixteenth Street Baptist Church, where a Klansman's bomb killed four little girls.</w:t>
      </w:r>
      <w:r>
        <w:br/>
      </w:r>
      <w:r>
        <w:t xml:space="preserve">    (a) respected (worthy of respect) -- typically because of age or position</w:t>
      </w:r>
      <w:r>
        <w:br/>
      </w:r>
      <w:r>
        <w:t xml:space="preserve">    (b) [of food] able to be prepared in a manner that keeps it from spoiling</w:t>
      </w:r>
      <w:r>
        <w:br/>
      </w:r>
      <w:r>
        <w:t xml:space="preserve">    (c) relating to understanding or explaining something in a particular way</w:t>
      </w:r>
    </w:p>
    <w:p>
      <w:pPr>
        <w:pStyle w:val="Compact"/>
        <w:numPr>
          <w:ilvl w:val="0"/>
          <w:numId w:val="1001"/>
        </w:numPr>
      </w:pPr>
      <w:r>
        <w:rPr>
          <w:b/>
          <w:bCs/>
        </w:rPr>
        <w:t xml:space="preserve">If the intersection of 16th Street and Sixth Avenue North is a shrine to the</w:t>
      </w:r>
      <w:r>
        <w:rPr>
          <w:b/>
          <w:bCs/>
        </w:rPr>
        <w:t xml:space="preserve"> </w:t>
      </w:r>
      <w:r>
        <w:rPr>
          <w:b/>
          <w:bCs/>
          <w:u w:val="single"/>
        </w:rPr>
        <w:t xml:space="preserve">civil rights movement</w:t>
      </w:r>
      <w:r>
        <w:rPr>
          <w:b/>
          <w:bCs/>
        </w:rPr>
        <w:t xml:space="preserve">, it is Connor's unmarked grave.</w:t>
      </w:r>
      <w:r>
        <w:br/>
      </w:r>
      <w:r>
        <w:t xml:space="preserve">    (a) popular effort to establish political and social equality for African Americans in the USA (1954-1968)</w:t>
      </w:r>
      <w:r>
        <w:br/>
      </w:r>
      <w:r>
        <w:t xml:space="preserve">    (b) a situation where two people tend to select a sub-optimal outcome because they cannot trust each other</w:t>
      </w:r>
      <w:r>
        <w:br/>
      </w:r>
      <w:r>
        <w:t xml:space="preserve">    (c) 18th-century movement when thinkers used reason and science to challenge old ideas and improve society</w:t>
      </w:r>
    </w:p>
    <w:p>
      <w:pPr>
        <w:pStyle w:val="Compact"/>
        <w:numPr>
          <w:ilvl w:val="0"/>
          <w:numId w:val="1001"/>
        </w:numPr>
      </w:pPr>
      <w:r>
        <w:rPr>
          <w:b/>
          <w:bCs/>
        </w:rPr>
        <w:t xml:space="preserve">"Some people are beginning to say you are a prima donna," was the</w:t>
      </w:r>
      <w:r>
        <w:rPr>
          <w:b/>
          <w:bCs/>
        </w:rPr>
        <w:t xml:space="preserve"> </w:t>
      </w:r>
      <w:r>
        <w:rPr>
          <w:b/>
          <w:bCs/>
          <w:u w:val="single"/>
        </w:rPr>
        <w:t xml:space="preserve">gist</w:t>
      </w:r>
      <w:r>
        <w:rPr>
          <w:b/>
          <w:bCs/>
        </w:rPr>
        <w:t xml:space="preserve"> </w:t>
      </w:r>
      <w:r>
        <w:rPr>
          <w:b/>
          <w:bCs/>
        </w:rPr>
        <w:t xml:space="preserve">of it.</w:t>
      </w:r>
      <w:r>
        <w:br/>
      </w:r>
      <w:r>
        <w:t xml:space="preserve">    (a) the act of taking something on as one's own</w:t>
      </w:r>
      <w:r>
        <w:br/>
      </w:r>
      <w:r>
        <w:t xml:space="preserve">    (b) the main point(s) of a more detailed matter</w:t>
      </w:r>
      <w:r>
        <w:br/>
      </w:r>
      <w:r>
        <w:t xml:space="preserve">    (c) something that helps clarify or demonstrate</w:t>
      </w:r>
    </w:p>
    <w:p>
      <w:pPr>
        <w:pStyle w:val="Compact"/>
        <w:numPr>
          <w:ilvl w:val="0"/>
          <w:numId w:val="1001"/>
        </w:numPr>
      </w:pPr>
      <w:r>
        <w:rPr>
          <w:b/>
          <w:bCs/>
        </w:rPr>
        <w:t xml:space="preserve">Lozano was eventually convicted of two counts of</w:t>
      </w:r>
      <w:r>
        <w:rPr>
          <w:b/>
          <w:bCs/>
        </w:rPr>
        <w:t xml:space="preserve"> </w:t>
      </w:r>
      <w:r>
        <w:rPr>
          <w:b/>
          <w:bCs/>
          <w:u w:val="single"/>
        </w:rPr>
        <w:t xml:space="preserve">manslaughter</w:t>
      </w:r>
      <w:r>
        <w:rPr>
          <w:b/>
          <w:bCs/>
        </w:rPr>
        <w:t xml:space="preserve">, and the community was satisfied.</w:t>
      </w:r>
      <w:r>
        <w:br/>
      </w:r>
      <w:r>
        <w:t xml:space="preserve">    (a) because of a basic rule or belief</w:t>
      </w:r>
      <w:r>
        <w:br/>
      </w:r>
      <w:r>
        <w:t xml:space="preserve">    (b) unintentional killing of a person</w:t>
      </w:r>
      <w:r>
        <w:br/>
      </w:r>
      <w:r>
        <w:t xml:space="preserve">    (c) interacts, interests, or attracts</w:t>
      </w:r>
    </w:p>
    <w:p>
      <w:pPr>
        <w:pStyle w:val="Compact"/>
        <w:numPr>
          <w:ilvl w:val="0"/>
          <w:numId w:val="1001"/>
        </w:numPr>
      </w:pPr>
      <w:r>
        <w:rPr>
          <w:b/>
          <w:bCs/>
        </w:rPr>
        <w:t xml:space="preserve">He had met me at the airport, standing a full head taller than the mass of</w:t>
      </w:r>
      <w:r>
        <w:rPr>
          <w:b/>
          <w:bCs/>
        </w:rPr>
        <w:t xml:space="preserve"> </w:t>
      </w:r>
      <w:r>
        <w:rPr>
          <w:b/>
          <w:bCs/>
          <w:u w:val="single"/>
        </w:rPr>
        <w:t xml:space="preserve">gesticulating</w:t>
      </w:r>
      <w:r>
        <w:rPr>
          <w:b/>
          <w:bCs/>
        </w:rPr>
        <w:t xml:space="preserve">, shouting men who offered to drive, to interpret, to—I would later learn—try and sell me the location of dead bodies.</w:t>
      </w:r>
      <w:r>
        <w:br/>
      </w:r>
      <w:r>
        <w:t xml:space="preserve">    (a) surgically interrupting nerve tracts to and from the frontal lobe of the brain</w:t>
      </w:r>
      <w:r>
        <w:br/>
      </w:r>
      <w:r>
        <w:t xml:space="preserve">    (b) releasing from slavery or servitude; or (metaphorically) from social restraints</w:t>
      </w:r>
      <w:r>
        <w:br/>
      </w:r>
      <w:r>
        <w:t xml:space="preserve">    (c) making gestures (hand or body movements) to express something</w:t>
      </w:r>
    </w:p>
    <w:p>
      <w:pPr>
        <w:pStyle w:val="Compact"/>
        <w:numPr>
          <w:ilvl w:val="0"/>
          <w:numId w:val="1001"/>
        </w:numPr>
      </w:pPr>
      <w:r>
        <w:rPr>
          <w:b/>
          <w:bCs/>
        </w:rPr>
        <w:t xml:space="preserve">In the morgue ... the smell of rot is so strong it chases away all other living things, except a man called Presnel, who has no money and family. He squats in the dirt of the courtyard, waiting to die.</w:t>
      </w:r>
      <w:r>
        <w:br/>
      </w:r>
      <w:r>
        <w:rPr>
          <w:b/>
          <w:bCs/>
        </w:rPr>
        <w:t xml:space="preserve">"Crazy man," Daniel explains, but not unkindly. The man is truly dying, and waits there, to be</w:t>
      </w:r>
      <w:r>
        <w:rPr>
          <w:b/>
          <w:bCs/>
        </w:rPr>
        <w:t xml:space="preserve"> </w:t>
      </w:r>
      <w:r>
        <w:rPr>
          <w:b/>
          <w:bCs/>
          <w:u w:val="single"/>
        </w:rPr>
        <w:t xml:space="preserve">expedient</w:t>
      </w:r>
      <w:r>
        <w:rPr>
          <w:b/>
          <w:bCs/>
        </w:rPr>
        <w:t xml:space="preserve">.</w:t>
      </w:r>
      <w:r>
        <w:br/>
      </w:r>
      <w:r>
        <w:t xml:space="preserve">    (a) most extreme as in final, best, worst, most important, or most fundamental</w:t>
      </w:r>
      <w:r>
        <w:br/>
      </w:r>
      <w:r>
        <w:t xml:space="preserve">    (b) the state or degree of having found a condition or substance to be present</w:t>
      </w:r>
      <w:r>
        <w:br/>
      </w:r>
      <w:r>
        <w:t xml:space="preserve">    (c) practical or convenient</w:t>
      </w:r>
    </w:p>
    <w:p>
      <w:pPr>
        <w:pStyle w:val="Compact"/>
        <w:numPr>
          <w:ilvl w:val="0"/>
          <w:numId w:val="1001"/>
        </w:numPr>
      </w:pPr>
      <w:r>
        <w:rPr>
          <w:b/>
          <w:bCs/>
        </w:rPr>
        <w:t xml:space="preserve">I knew, from reading about it, that it was about as Southern as a snowmobile, a pretentious city striving for some kind of ridiculous national or international</w:t>
      </w:r>
      <w:r>
        <w:rPr>
          <w:b/>
          <w:bCs/>
        </w:rPr>
        <w:t xml:space="preserve"> </w:t>
      </w:r>
      <w:r>
        <w:rPr>
          <w:b/>
          <w:bCs/>
          <w:u w:val="single"/>
        </w:rPr>
        <w:t xml:space="preserve">acclaim</w:t>
      </w:r>
      <w:r>
        <w:rPr>
          <w:b/>
          <w:bCs/>
        </w:rPr>
        <w:t xml:space="preserve">, or—as one native son once said—just a lot of really nice conventions.</w:t>
      </w:r>
      <w:r>
        <w:br/>
      </w:r>
      <w:r>
        <w:t xml:space="preserve">    (a) enthusiastic public praise</w:t>
      </w:r>
      <w:r>
        <w:br/>
      </w:r>
      <w:r>
        <w:t xml:space="preserve">    (b) hire again or occupy again</w:t>
      </w:r>
      <w:r>
        <w:br/>
      </w:r>
      <w:r>
        <w:t xml:space="preserve">    (c) draw pictures to accompany</w:t>
      </w:r>
    </w:p>
    <w:p>
      <w:pPr>
        <w:pStyle w:val="Compact"/>
        <w:numPr>
          <w:ilvl w:val="0"/>
          <w:numId w:val="1001"/>
        </w:numPr>
      </w:pPr>
      <w:r>
        <w:rPr>
          <w:b/>
          <w:bCs/>
        </w:rPr>
        <w:t xml:space="preserve">Then I went back to hide in the frayed</w:t>
      </w:r>
      <w:r>
        <w:rPr>
          <w:b/>
          <w:bCs/>
        </w:rPr>
        <w:t xml:space="preserve"> </w:t>
      </w:r>
      <w:r>
        <w:rPr>
          <w:b/>
          <w:bCs/>
          <w:u w:val="single"/>
        </w:rPr>
        <w:t xml:space="preserve">opulence</w:t>
      </w:r>
      <w:r>
        <w:rPr>
          <w:b/>
          <w:bCs/>
        </w:rPr>
        <w:t xml:space="preserve"> </w:t>
      </w:r>
      <w:r>
        <w:rPr>
          <w:b/>
          <w:bCs/>
        </w:rPr>
        <w:t xml:space="preserve">of the old Pontchartrain Hotel on St. Charles.</w:t>
      </w:r>
      <w:r>
        <w:br/>
      </w:r>
      <w:r>
        <w:t xml:space="preserve">    (a) not thinking carefully</w:t>
      </w:r>
      <w:r>
        <w:br/>
      </w:r>
      <w:r>
        <w:t xml:space="preserve">    (b) magnificence or luxury</w:t>
      </w:r>
      <w:r>
        <w:br/>
      </w:r>
      <w:r>
        <w:t xml:space="preserve">    (c) lowers moral standards</w:t>
      </w:r>
    </w:p>
    <w:p>
      <w:pPr>
        <w:pStyle w:val="Compact"/>
        <w:numPr>
          <w:ilvl w:val="0"/>
          <w:numId w:val="1001"/>
        </w:numPr>
      </w:pPr>
      <w:r>
        <w:rPr>
          <w:b/>
          <w:bCs/>
        </w:rPr>
        <w:t xml:space="preserve">The worst day was the testimony of the lover who</w:t>
      </w:r>
      <w:r>
        <w:rPr>
          <w:b/>
          <w:bCs/>
        </w:rPr>
        <w:t xml:space="preserve"> </w:t>
      </w:r>
      <w:r>
        <w:rPr>
          <w:b/>
          <w:bCs/>
          <w:u w:val="single"/>
        </w:rPr>
        <w:t xml:space="preserve">spurned</w:t>
      </w:r>
      <w:r>
        <w:rPr>
          <w:b/>
          <w:bCs/>
        </w:rPr>
        <w:t xml:space="preserve"> </w:t>
      </w:r>
      <w:r>
        <w:rPr>
          <w:b/>
          <w:bCs/>
        </w:rPr>
        <w:t xml:space="preserve">her, Tom Findlay.</w:t>
      </w:r>
      <w:r>
        <w:br/>
      </w:r>
      <w:r>
        <w:t xml:space="preserve">    (a) not having gotten closer to</w:t>
      </w:r>
      <w:r>
        <w:br/>
      </w:r>
      <w:r>
        <w:t xml:space="preserve">    (b) rejected as not good enough</w:t>
      </w:r>
      <w:r>
        <w:br/>
      </w:r>
      <w:r>
        <w:t xml:space="preserve">    (c) not wanting to do something</w:t>
      </w:r>
    </w:p>
    <w:p>
      <w:pPr>
        <w:pStyle w:val="Compact"/>
        <w:numPr>
          <w:ilvl w:val="0"/>
          <w:numId w:val="1001"/>
        </w:numPr>
      </w:pPr>
      <w:r>
        <w:rPr>
          <w:b/>
          <w:bCs/>
        </w:rPr>
        <w:t xml:space="preserve">He was a baldish, average-looking man from Mountain Brook, Alabama, an</w:t>
      </w:r>
      <w:r>
        <w:rPr>
          <w:b/>
          <w:bCs/>
        </w:rPr>
        <w:t xml:space="preserve"> </w:t>
      </w:r>
      <w:r>
        <w:rPr>
          <w:b/>
          <w:bCs/>
          <w:u w:val="single"/>
        </w:rPr>
        <w:t xml:space="preserve">affluent</w:t>
      </w:r>
      <w:r>
        <w:rPr>
          <w:b/>
          <w:bCs/>
        </w:rPr>
        <w:t xml:space="preserve"> </w:t>
      </w:r>
      <w:r>
        <w:rPr>
          <w:b/>
          <w:bCs/>
        </w:rPr>
        <w:t xml:space="preserve">Birmingham suburb where teenagers often get their driver's license and their first BMW at the same time, and lived in an apartment in his father's mansion, on an estate in the woods outside Union.</w:t>
      </w:r>
      <w:r>
        <w:br/>
      </w:r>
      <w:r>
        <w:t xml:space="preserve">    (a) aka analytic -- relating to a theory of psychiatry</w:t>
      </w:r>
      <w:r>
        <w:br/>
      </w:r>
      <w:r>
        <w:t xml:space="preserve">    (b) people who are, or the condition of being, wealthy</w:t>
      </w:r>
      <w:r>
        <w:br/>
      </w:r>
      <w:r>
        <w:t xml:space="preserve">    (c) the trait of being difficult to meet and talk with</w:t>
      </w:r>
    </w:p>
    <w:p>
      <w:pPr>
        <w:pStyle w:val="Compact"/>
        <w:numPr>
          <w:ilvl w:val="0"/>
          <w:numId w:val="1001"/>
        </w:numPr>
      </w:pPr>
      <w:r>
        <w:rPr>
          <w:b/>
          <w:bCs/>
        </w:rPr>
        <w:t xml:space="preserve">The next day, some said it was God, punishing the town for its</w:t>
      </w:r>
      <w:r>
        <w:rPr>
          <w:b/>
          <w:bCs/>
        </w:rPr>
        <w:t xml:space="preserve"> </w:t>
      </w:r>
      <w:r>
        <w:rPr>
          <w:b/>
          <w:bCs/>
          <w:u w:val="single"/>
        </w:rPr>
        <w:t xml:space="preserve">leniency</w:t>
      </w:r>
      <w:r>
        <w:rPr>
          <w:b/>
          <w:bCs/>
        </w:rPr>
        <w:t xml:space="preserve">.</w:t>
      </w:r>
      <w:r>
        <w:br/>
      </w:r>
      <w:r>
        <w:t xml:space="preserve">    (a) lack of strictness</w:t>
      </w:r>
      <w:r>
        <w:br/>
      </w:r>
      <w:r>
        <w:t xml:space="preserve">    (b) untied or released</w:t>
      </w:r>
      <w:r>
        <w:br/>
      </w:r>
      <w:r>
        <w:t xml:space="preserve">    (c) restarted (a fire)</w:t>
      </w:r>
    </w:p>
    <w:p>
      <w:pPr>
        <w:pStyle w:val="Compact"/>
        <w:numPr>
          <w:ilvl w:val="0"/>
          <w:numId w:val="1001"/>
        </w:numPr>
      </w:pPr>
      <w:r>
        <w:rPr>
          <w:b/>
          <w:bCs/>
        </w:rPr>
        <w:t xml:space="preserve">I put it in a box with my baseball glove—my knees were shot by now—and some other pieces of my pleasant,</w:t>
      </w:r>
      <w:r>
        <w:rPr>
          <w:b/>
          <w:bCs/>
        </w:rPr>
        <w:t xml:space="preserve"> </w:t>
      </w:r>
      <w:r>
        <w:rPr>
          <w:b/>
          <w:bCs/>
          <w:u w:val="single"/>
        </w:rPr>
        <w:t xml:space="preserve">obsolete</w:t>
      </w:r>
      <w:r>
        <w:rPr>
          <w:b/>
          <w:bCs/>
        </w:rPr>
        <w:t xml:space="preserve"> </w:t>
      </w:r>
      <w:r>
        <w:rPr>
          <w:b/>
          <w:bCs/>
        </w:rPr>
        <w:t xml:space="preserve">past, and gave them to my momma for safekeeping.</w:t>
      </w:r>
      <w:r>
        <w:br/>
      </w:r>
      <w:r>
        <w:t xml:space="preserve">    (a) no longer in general use because it was replaced by something better</w:t>
      </w:r>
      <w:r>
        <w:br/>
      </w:r>
      <w:r>
        <w:t xml:space="preserve">    (b) an appropriate size, amount, or degree in relation to something else</w:t>
      </w:r>
      <w:r>
        <w:br/>
      </w:r>
      <w:r>
        <w:t xml:space="preserve">    (c) surprise -- often so much so that one doesn't know what to say or do</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2026-07-31T18:43:03Z</dcterms:created>
  <dcterms:modified xsi:type="dcterms:W3CDTF">2026-07-31T18:43:03Z</dcterms:modified>
</cp:coreProperties>
</file>

<file path=docProps/custom.xml><?xml version="1.0" encoding="utf-8"?>
<Properties xmlns="http://schemas.openxmlformats.org/officeDocument/2006/custom-properties" xmlns:vt="http://schemas.openxmlformats.org/officeDocument/2006/docPropsVTypes"/>
</file>