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40a05732ad4aaeb447cc23205d0dc84707bb24"/>
    <w:p>
      <w:pPr>
        <w:pStyle w:val="Heading1"/>
      </w:pPr>
      <w:r>
        <w:rPr>
          <w:b/>
          <w:bCs/>
        </w:rPr>
        <w:t xml:space="preserve">Alias Grace</w:t>
      </w:r>
      <w:r>
        <w:br/>
      </w:r>
      <w:r>
        <w:rPr>
          <w:i/>
          <w:iCs/>
        </w:rPr>
        <w:t xml:space="preserve">Margaret Atwood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Amnesia</w:t>
      </w:r>
      <w:r>
        <w:rPr>
          <w:b/>
          <w:bCs/>
        </w:rPr>
        <w:t xml:space="preserve"> </w:t>
      </w:r>
      <w:r>
        <w:rPr>
          <w:b/>
          <w:bCs/>
        </w:rPr>
        <w:t xml:space="preserve">is much more common in the movies than it is in life.</w:t>
      </w:r>
      <w:r>
        <w:br/>
      </w:r>
      <w:r>
        <w:t xml:space="preserve">    (a) loss of memory</w:t>
      </w:r>
      <w:r>
        <w:br/>
      </w:r>
      <w:r>
        <w:t xml:space="preserve">    (b) a minor gunshot wound</w:t>
      </w:r>
      <w:r>
        <w:br/>
      </w:r>
      <w:r>
        <w:t xml:space="preserve">    (c) love at first sight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claimed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clairvoyance</w:t>
      </w:r>
      <w:r>
        <w:rPr>
          <w:b/>
          <w:bCs/>
        </w:rPr>
        <w:t xml:space="preserve"> </w:t>
      </w:r>
      <w:r>
        <w:rPr>
          <w:b/>
          <w:bCs/>
        </w:rPr>
        <w:t xml:space="preserve">after saying she had seen the accident before it happened.</w:t>
      </w:r>
      <w:r>
        <w:br/>
      </w:r>
      <w:r>
        <w:t xml:space="preserve">    (a) careful scientific proof</w:t>
      </w:r>
      <w:r>
        <w:br/>
      </w:r>
      <w:r>
        <w:t xml:space="preserve">    (b) ordinary common sense</w:t>
      </w:r>
      <w:r>
        <w:br/>
      </w:r>
      <w:r>
        <w:t xml:space="preserve">    (c) supposed psychic insight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spending habits are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conducive</w:t>
      </w:r>
      <w:r>
        <w:rPr>
          <w:b/>
          <w:bCs/>
        </w:rPr>
        <w:t xml:space="preserve"> </w:t>
      </w:r>
      <w:r>
        <w:rPr>
          <w:b/>
          <w:bCs/>
        </w:rPr>
        <w:t xml:space="preserve">to achieving her financial goals.</w:t>
      </w:r>
      <w:r>
        <w:br/>
      </w:r>
      <w:r>
        <w:t xml:space="preserve">    (a) harmful</w:t>
      </w:r>
      <w:r>
        <w:br/>
      </w:r>
      <w:r>
        <w:t xml:space="preserve">    (b) irrelevant</w:t>
      </w:r>
      <w:r>
        <w:br/>
      </w:r>
      <w:r>
        <w:t xml:space="preserve">    (c) helpful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Politicians have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contend</w:t>
      </w:r>
      <w:r>
        <w:rPr>
          <w:b/>
          <w:bCs/>
        </w:rPr>
        <w:t xml:space="preserve"> </w:t>
      </w:r>
      <w:r>
        <w:rPr>
          <w:b/>
          <w:bCs/>
        </w:rPr>
        <w:t xml:space="preserve">with false attacks.</w:t>
      </w:r>
      <w:r>
        <w:br/>
      </w:r>
      <w:r>
        <w:t xml:space="preserve">    (a) raise money</w:t>
      </w:r>
      <w:r>
        <w:br/>
      </w:r>
      <w:r>
        <w:t xml:space="preserve">    (b) struggle</w:t>
      </w:r>
      <w:r>
        <w:br/>
      </w:r>
      <w:r>
        <w:t xml:space="preserve">    (c) campaign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teams are in fierce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contention</w:t>
      </w:r>
      <w:r>
        <w:rPr>
          <w:b/>
          <w:bCs/>
        </w:rPr>
        <w:t xml:space="preserve"> </w:t>
      </w:r>
      <w:r>
        <w:rPr>
          <w:b/>
          <w:bCs/>
        </w:rPr>
        <w:t xml:space="preserve">for first place.</w:t>
      </w:r>
      <w:r>
        <w:br/>
      </w:r>
      <w:r>
        <w:t xml:space="preserve">    (a) surrender</w:t>
      </w:r>
      <w:r>
        <w:br/>
      </w:r>
      <w:r>
        <w:t xml:space="preserve">    (b) competition</w:t>
      </w:r>
      <w:r>
        <w:br/>
      </w:r>
      <w:r>
        <w:t xml:space="preserve">    (c) confidence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worst mix -- greedy,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cunning</w:t>
      </w:r>
      <w:r>
        <w:rPr>
          <w:b/>
          <w:bCs/>
        </w:rPr>
        <w:t xml:space="preserve">, and without morals.</w:t>
      </w:r>
      <w:r>
        <w:br/>
      </w:r>
      <w:r>
        <w:t xml:space="preserve">    (a) stupid and impatient</w:t>
      </w:r>
      <w:r>
        <w:br/>
      </w:r>
      <w:r>
        <w:t xml:space="preserve">    (b) strong and cruel</w:t>
      </w:r>
      <w:r>
        <w:br/>
      </w:r>
      <w:r>
        <w:t xml:space="preserve">    (c) clever and deceitful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Russian TV is famous for inventing stories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discredit</w:t>
      </w:r>
      <w:r>
        <w:rPr>
          <w:b/>
          <w:bCs/>
        </w:rPr>
        <w:t xml:space="preserve"> </w:t>
      </w:r>
      <w:r>
        <w:rPr>
          <w:b/>
          <w:bCs/>
        </w:rPr>
        <w:t xml:space="preserve">those who disagree with Russian interests.</w:t>
      </w:r>
      <w:r>
        <w:br/>
      </w:r>
      <w:r>
        <w:t xml:space="preserve">    (a) convince</w:t>
      </w:r>
      <w:r>
        <w:br/>
      </w:r>
      <w:r>
        <w:t xml:space="preserve">    (b) anger</w:t>
      </w:r>
      <w:r>
        <w:br/>
      </w:r>
      <w:r>
        <w:t xml:space="preserve">    (c) damage the reputation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 clear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discrepancy</w:t>
      </w:r>
      <w:r>
        <w:rPr>
          <w:b/>
          <w:bCs/>
        </w:rPr>
        <w:t xml:space="preserve"> </w:t>
      </w:r>
      <w:r>
        <w:rPr>
          <w:b/>
          <w:bCs/>
        </w:rPr>
        <w:t xml:space="preserve">in the two witnesses' stories.</w:t>
      </w:r>
      <w:r>
        <w:br/>
      </w:r>
      <w:r>
        <w:t xml:space="preserve">    (a) a strong match</w:t>
      </w:r>
      <w:r>
        <w:br/>
      </w:r>
      <w:r>
        <w:t xml:space="preserve">    (b) an inconsistency</w:t>
      </w:r>
      <w:r>
        <w:br/>
      </w:r>
      <w:r>
        <w:t xml:space="preserve">    (c) a happy ending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Which word choice would help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a serious tone.</w:t>
      </w:r>
      <w:r>
        <w:br/>
      </w:r>
      <w:r>
        <w:t xml:space="preserve">    (a) avoid</w:t>
      </w:r>
      <w:r>
        <w:br/>
      </w:r>
      <w:r>
        <w:t xml:space="preserve">    (b) increase</w:t>
      </w:r>
      <w:r>
        <w:br/>
      </w:r>
      <w:r>
        <w:t xml:space="preserve">    (c) create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sixth paragraph (lines 67-68) is primarily concerned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establishing</w:t>
      </w:r>
      <w:r>
        <w:rPr>
          <w:b/>
          <w:bCs/>
        </w:rPr>
        <w:t xml:space="preserve"> </w:t>
      </w:r>
      <w:r>
        <w:rPr>
          <w:b/>
          <w:bCs/>
        </w:rPr>
        <w:t xml:space="preserve">the contrast between men and masculine traits.</w:t>
      </w:r>
      <w:r>
        <w:br/>
      </w:r>
      <w:r>
        <w:t xml:space="preserve">    (a) exaggerating</w:t>
      </w:r>
      <w:r>
        <w:br/>
      </w:r>
      <w:r>
        <w:t xml:space="preserve">    (b) showing</w:t>
      </w:r>
      <w:r>
        <w:br/>
      </w:r>
      <w:r>
        <w:t xml:space="preserve">    (c) minimizing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laugh, but I overcame the urge.</w:t>
      </w:r>
      <w:r>
        <w:br/>
      </w:r>
      <w:r>
        <w:t xml:space="preserve">    (a) tending</w:t>
      </w:r>
      <w:r>
        <w:br/>
      </w:r>
      <w:r>
        <w:t xml:space="preserve">    (b) disinclined</w:t>
      </w:r>
      <w:r>
        <w:br/>
      </w:r>
      <w:r>
        <w:t xml:space="preserve">    (c) afraid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boat ramp has a steep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</w:t>
      </w:r>
      <w:r>
        <w:rPr>
          <w:b/>
          <w:bCs/>
        </w:rPr>
        <w:t xml:space="preserve">.</w:t>
      </w:r>
      <w:r>
        <w:br/>
      </w:r>
      <w:r>
        <w:t xml:space="preserve">    (a) price</w:t>
      </w:r>
      <w:r>
        <w:br/>
      </w:r>
      <w:r>
        <w:t xml:space="preserve">    (b) slope</w:t>
      </w:r>
      <w:r>
        <w:br/>
      </w:r>
      <w:r>
        <w:t xml:space="preserve">    (c) danger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indulge</w:t>
      </w:r>
      <w:r>
        <w:rPr>
          <w:b/>
          <w:bCs/>
        </w:rPr>
        <w:t xml:space="preserve"> </w:t>
      </w:r>
      <w:r>
        <w:rPr>
          <w:b/>
          <w:bCs/>
        </w:rPr>
        <w:t xml:space="preserve">my taste for sweets more than is good for me.</w:t>
      </w:r>
      <w:r>
        <w:br/>
      </w:r>
      <w:r>
        <w:t xml:space="preserve">    (a) give in to</w:t>
      </w:r>
      <w:r>
        <w:br/>
      </w:r>
      <w:r>
        <w:t xml:space="preserve">    (b) complain about</w:t>
      </w:r>
      <w:r>
        <w:br/>
      </w:r>
      <w:r>
        <w:t xml:space="preserve">    (c) hold back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coroner's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inquest</w:t>
      </w:r>
      <w:r>
        <w:rPr>
          <w:b/>
          <w:bCs/>
        </w:rPr>
        <w:t xml:space="preserve"> </w:t>
      </w:r>
      <w:r>
        <w:rPr>
          <w:b/>
          <w:bCs/>
        </w:rPr>
        <w:t xml:space="preserve">determined that the death was from natural causes.</w:t>
      </w:r>
      <w:r>
        <w:br/>
      </w:r>
      <w:r>
        <w:t xml:space="preserve">    (a) assistant</w:t>
      </w:r>
      <w:r>
        <w:br/>
      </w:r>
      <w:r>
        <w:t xml:space="preserve">    (b) formal investigation</w:t>
      </w:r>
      <w:r>
        <w:br/>
      </w:r>
      <w:r>
        <w:t xml:space="preserve">    (c) vote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class was hard.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nonetheless</w:t>
      </w:r>
      <w:r>
        <w:rPr>
          <w:b/>
          <w:bCs/>
        </w:rPr>
        <w:t xml:space="preserve"> </w:t>
      </w:r>
      <w:r>
        <w:rPr>
          <w:b/>
          <w:bCs/>
        </w:rPr>
        <w:t xml:space="preserve">my favorite.</w:t>
      </w:r>
      <w:r>
        <w:br/>
      </w:r>
      <w:r>
        <w:t xml:space="preserve">    (a) despite that</w:t>
      </w:r>
      <w:r>
        <w:br/>
      </w:r>
      <w:r>
        <w:t xml:space="preserve">    (b) for that reason</w:t>
      </w:r>
      <w:r>
        <w:br/>
      </w:r>
      <w:r>
        <w:t xml:space="preserve">    (c) because of that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police closed off the room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preserve</w:t>
      </w:r>
      <w:r>
        <w:rPr>
          <w:b/>
          <w:bCs/>
        </w:rPr>
        <w:t xml:space="preserve"> </w:t>
      </w:r>
      <w:r>
        <w:rPr>
          <w:b/>
          <w:bCs/>
        </w:rPr>
        <w:t xml:space="preserve">the crime scene.</w:t>
      </w:r>
      <w:r>
        <w:br/>
      </w:r>
      <w:r>
        <w:t xml:space="preserve">    (a) keep quiet</w:t>
      </w:r>
      <w:r>
        <w:br/>
      </w:r>
      <w:r>
        <w:t xml:space="preserve">    (b) keep unchanged</w:t>
      </w:r>
      <w:r>
        <w:br/>
      </w:r>
      <w:r>
        <w:t xml:space="preserve">    (c) keep separate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Preserves</w:t>
      </w:r>
      <w:r>
        <w:rPr>
          <w:b/>
          <w:bCs/>
        </w:rPr>
        <w:t xml:space="preserve"> </w:t>
      </w:r>
      <w:r>
        <w:rPr>
          <w:b/>
          <w:bCs/>
        </w:rPr>
        <w:t xml:space="preserve">have more fruit than jam.</w:t>
      </w:r>
      <w:r>
        <w:br/>
      </w:r>
      <w:r>
        <w:t xml:space="preserve">    (a) fruit that is dried, flattened, and rolled</w:t>
      </w:r>
      <w:r>
        <w:br/>
      </w:r>
      <w:r>
        <w:t xml:space="preserve">    (b) chunks of fruit cooked with sugar so they will not spoil</w:t>
      </w:r>
      <w:r>
        <w:br/>
      </w:r>
      <w:r>
        <w:t xml:space="preserve">    (c) fruit canned in its own juice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</w:t>
      </w:r>
      <w:r>
        <w:rPr>
          <w:b/>
          <w:bCs/>
        </w:rPr>
        <w:t xml:space="preserve"> </w:t>
      </w:r>
      <w:r>
        <w:rPr>
          <w:b/>
          <w:bCs/>
        </w:rPr>
        <w:t xml:space="preserve">her name, but I'd recognize her.</w:t>
      </w:r>
      <w:r>
        <w:br/>
      </w:r>
      <w:r>
        <w:t xml:space="preserve">    (a) spell properly</w:t>
      </w:r>
      <w:r>
        <w:br/>
      </w:r>
      <w:r>
        <w:t xml:space="preserve">    (b) pronounce properly</w:t>
      </w:r>
      <w:r>
        <w:br/>
      </w:r>
      <w:r>
        <w:t xml:space="preserve">    (c) remember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said the U.S. should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repent</w:t>
      </w:r>
      <w:r>
        <w:rPr>
          <w:b/>
          <w:bCs/>
        </w:rPr>
        <w:t xml:space="preserve"> </w:t>
      </w:r>
      <w:r>
        <w:rPr>
          <w:b/>
          <w:bCs/>
        </w:rPr>
        <w:t xml:space="preserve">for the sins of fossil fuels.</w:t>
      </w:r>
      <w:r>
        <w:br/>
      </w:r>
      <w:r>
        <w:t xml:space="preserve">    (a) reimburse</w:t>
      </w:r>
      <w:r>
        <w:br/>
      </w:r>
      <w:r>
        <w:t xml:space="preserve">    (b) apologize</w:t>
      </w:r>
      <w:r>
        <w:br/>
      </w:r>
      <w:r>
        <w:t xml:space="preserve">    (c) suffer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sullen</w:t>
      </w:r>
      <w:r>
        <w:rPr>
          <w:b/>
          <w:bCs/>
        </w:rPr>
        <w:t xml:space="preserve"> </w:t>
      </w:r>
      <w:r>
        <w:rPr>
          <w:b/>
          <w:bCs/>
        </w:rPr>
        <w:t xml:space="preserve">crowd watched the execution.</w:t>
      </w:r>
      <w:r>
        <w:br/>
      </w:r>
      <w:r>
        <w:t xml:space="preserve">    (a) unhappy</w:t>
      </w:r>
      <w:r>
        <w:br/>
      </w:r>
      <w:r>
        <w:t xml:space="preserve">    (b) celebrating</w:t>
      </w:r>
      <w:r>
        <w:br/>
      </w:r>
      <w:r>
        <w:t xml:space="preserve">    (c) excited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2026-07-31T18:04:07Z</dcterms:created>
  <dcterms:modified xsi:type="dcterms:W3CDTF">2026-07-31T18:04:07Z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