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7cd4616fe8d382a756aceff942286657bd0704"/>
    <w:p>
      <w:pPr>
        <w:pStyle w:val="Heading1"/>
      </w:pPr>
      <w:r>
        <w:rPr>
          <w:b/>
          <w:bCs/>
        </w:rPr>
        <w:t xml:space="preserve">Alias Grace</w:t>
      </w:r>
      <w:r>
        <w:br/>
      </w:r>
      <w:r>
        <w:rPr>
          <w:i/>
          <w:iCs/>
        </w:rPr>
        <w:t xml:space="preserve">Margaret Atwood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security, Winston Churchill usually traveled using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alias</w:t>
      </w:r>
      <w:r>
        <w:rPr>
          <w:b/>
          <w:bCs/>
        </w:rPr>
        <w:t xml:space="preserve">, Colonel Warden.</w:t>
      </w:r>
      <w:r>
        <w:br/>
      </w:r>
      <w:r>
        <w:t xml:space="preserve">    (a) alternative name</w:t>
      </w:r>
      <w:r>
        <w:br/>
      </w:r>
      <w:r>
        <w:t xml:space="preserve">    (b) bodyguard</w:t>
      </w:r>
      <w:r>
        <w:br/>
      </w:r>
      <w:r>
        <w:t xml:space="preserve">    (c) advice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story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banal</w:t>
      </w:r>
      <w:r>
        <w:rPr>
          <w:b/>
          <w:bCs/>
        </w:rPr>
        <w:t xml:space="preserve">, but it had beautiful cinematography.</w:t>
      </w:r>
      <w:r>
        <w:br/>
      </w:r>
      <w:r>
        <w:t xml:space="preserve">    (a) uninteresting</w:t>
      </w:r>
      <w:r>
        <w:br/>
      </w:r>
      <w:r>
        <w:t xml:space="preserve">    (b) complicated</w:t>
      </w:r>
      <w:r>
        <w:br/>
      </w:r>
      <w:r>
        <w:t xml:space="preserve">    (c) brutal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always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carping</w:t>
      </w:r>
      <w:r>
        <w:rPr>
          <w:b/>
          <w:bCs/>
        </w:rPr>
        <w:t xml:space="preserve"> </w:t>
      </w:r>
      <w:r>
        <w:rPr>
          <w:b/>
          <w:bCs/>
        </w:rPr>
        <w:t xml:space="preserve">about something, and it gets me in a bad mood.</w:t>
      </w:r>
      <w:r>
        <w:br/>
      </w:r>
      <w:r>
        <w:t xml:space="preserve">    (a) instructing</w:t>
      </w:r>
      <w:r>
        <w:br/>
      </w:r>
      <w:r>
        <w:t xml:space="preserve">    (b) reading</w:t>
      </w:r>
      <w:r>
        <w:br/>
      </w:r>
      <w:r>
        <w:t xml:space="preserve">    (c) complaining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Justice Department strongly opposed the petition, but the President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commuted</w:t>
      </w:r>
      <w:r>
        <w:rPr>
          <w:b/>
          <w:bCs/>
        </w:rPr>
        <w:t xml:space="preserve"> </w:t>
      </w:r>
      <w:r>
        <w:rPr>
          <w:b/>
          <w:bCs/>
        </w:rPr>
        <w:t xml:space="preserve">the 12-year sentence--cutting it in half.</w:t>
      </w:r>
      <w:r>
        <w:br/>
      </w:r>
      <w:r>
        <w:t xml:space="preserve">    (a) cut in half</w:t>
      </w:r>
      <w:r>
        <w:br/>
      </w:r>
      <w:r>
        <w:t xml:space="preserve">    (b) changed</w:t>
      </w:r>
      <w:r>
        <w:br/>
      </w:r>
      <w:r>
        <w:t xml:space="preserve">    (c) increased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novel describes a night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debauchery</w:t>
      </w:r>
      <w:r>
        <w:rPr>
          <w:b/>
          <w:bCs/>
        </w:rPr>
        <w:t xml:space="preserve"> </w:t>
      </w:r>
      <w:r>
        <w:rPr>
          <w:b/>
          <w:bCs/>
        </w:rPr>
        <w:t xml:space="preserve">that leaves the guests ashamed.</w:t>
      </w:r>
      <w:r>
        <w:br/>
      </w:r>
      <w:r>
        <w:t xml:space="preserve">    (a) quiet reflection</w:t>
      </w:r>
      <w:r>
        <w:br/>
      </w:r>
      <w:r>
        <w:t xml:space="preserve">    (b) wild immoral behavior</w:t>
      </w:r>
      <w:r>
        <w:br/>
      </w:r>
      <w:r>
        <w:t xml:space="preserve">    (c) careful planning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dominion</w:t>
      </w:r>
      <w:r>
        <w:rPr>
          <w:b/>
          <w:bCs/>
        </w:rPr>
        <w:t xml:space="preserve"> </w:t>
      </w:r>
      <w:r>
        <w:rPr>
          <w:b/>
          <w:bCs/>
        </w:rPr>
        <w:t xml:space="preserve">extends as far as they eye can see.</w:t>
      </w:r>
      <w:r>
        <w:br/>
      </w:r>
      <w:r>
        <w:t xml:space="preserve">    (a) authority</w:t>
      </w:r>
      <w:r>
        <w:br/>
      </w:r>
      <w:r>
        <w:t xml:space="preserve">    (b) enemies</w:t>
      </w:r>
      <w:r>
        <w:br/>
      </w:r>
      <w:r>
        <w:t xml:space="preserve">    (c) fear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Dowries</w:t>
      </w:r>
      <w:r>
        <w:rPr>
          <w:b/>
          <w:bCs/>
        </w:rPr>
        <w:t xml:space="preserve"> </w:t>
      </w:r>
      <w:r>
        <w:rPr>
          <w:b/>
          <w:bCs/>
        </w:rPr>
        <w:t xml:space="preserve">are common in that culture.</w:t>
      </w:r>
      <w:r>
        <w:br/>
      </w:r>
      <w:r>
        <w:t xml:space="preserve">    (a) large families</w:t>
      </w:r>
      <w:r>
        <w:br/>
      </w:r>
      <w:r>
        <w:t xml:space="preserve">    (b) extended-families living together</w:t>
      </w:r>
      <w:r>
        <w:br/>
      </w:r>
      <w:r>
        <w:t xml:space="preserve">    (c) payment to a husband upon marriage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both entertains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edifies</w:t>
      </w:r>
      <w:r>
        <w:rPr>
          <w:b/>
          <w:bCs/>
        </w:rPr>
        <w:t xml:space="preserve"> </w:t>
      </w:r>
      <w:r>
        <w:rPr>
          <w:b/>
          <w:bCs/>
        </w:rPr>
        <w:t xml:space="preserve">when she speaks.</w:t>
      </w:r>
      <w:r>
        <w:br/>
      </w:r>
      <w:r>
        <w:t xml:space="preserve">    (a) learns from others</w:t>
      </w:r>
      <w:r>
        <w:br/>
      </w:r>
      <w:r>
        <w:t xml:space="preserve">    (b) puzzles listeners</w:t>
      </w:r>
      <w:r>
        <w:br/>
      </w:r>
      <w:r>
        <w:t xml:space="preserve">    (c) teaches or instructs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scientist realized that she had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erroneous</w:t>
      </w:r>
      <w:r>
        <w:rPr>
          <w:b/>
          <w:bCs/>
        </w:rPr>
        <w:t xml:space="preserve"> </w:t>
      </w:r>
      <w:r>
        <w:rPr>
          <w:b/>
          <w:bCs/>
        </w:rPr>
        <w:t xml:space="preserve">conclusion after re-examining the data.</w:t>
      </w:r>
      <w:r>
        <w:br/>
      </w:r>
      <w:r>
        <w:t xml:space="preserve">    (a) wrong</w:t>
      </w:r>
      <w:r>
        <w:br/>
      </w:r>
      <w:r>
        <w:t xml:space="preserve">    (b) incomplete</w:t>
      </w:r>
      <w:r>
        <w:br/>
      </w:r>
      <w:r>
        <w:t xml:space="preserve">    (c) uncertain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movie is rated "R" because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explicit</w:t>
      </w:r>
      <w:r>
        <w:rPr>
          <w:b/>
          <w:bCs/>
        </w:rPr>
        <w:t xml:space="preserve"> </w:t>
      </w:r>
      <w:r>
        <w:rPr>
          <w:b/>
          <w:bCs/>
        </w:rPr>
        <w:t xml:space="preserve">sex scenes.</w:t>
      </w:r>
      <w:r>
        <w:br/>
      </w:r>
      <w:r>
        <w:t xml:space="preserve">    (a) describing someone who consumes more than they should -- especially eating and drinking too much</w:t>
      </w:r>
      <w:r>
        <w:br/>
      </w:r>
      <w:r>
        <w:t xml:space="preserve">    (b) expressing or displaying sexual activity or nudity in a manner that leaves little to the imagination</w:t>
      </w:r>
      <w:r>
        <w:br/>
      </w:r>
      <w:r>
        <w:t xml:space="preserve">    (c) unclear in meaning -- especially where opposing interpretations are reasonable (sometimes intentionally)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parents were embarrassed by her suggestive attire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immodest</w:t>
      </w:r>
      <w:r>
        <w:rPr>
          <w:b/>
          <w:bCs/>
        </w:rPr>
        <w:t xml:space="preserve"> </w:t>
      </w:r>
      <w:r>
        <w:rPr>
          <w:b/>
          <w:bCs/>
        </w:rPr>
        <w:t xml:space="preserve">dancing.</w:t>
      </w:r>
      <w:r>
        <w:br/>
      </w:r>
      <w:r>
        <w:t xml:space="preserve">    (a) energetic</w:t>
      </w:r>
      <w:r>
        <w:br/>
      </w:r>
      <w:r>
        <w:t xml:space="preserve">    (b) sexually suggestive</w:t>
      </w:r>
      <w:r>
        <w:br/>
      </w:r>
      <w:r>
        <w:t xml:space="preserve">    (c) showy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infernal</w:t>
      </w:r>
      <w:r>
        <w:rPr>
          <w:b/>
          <w:bCs/>
        </w:rPr>
        <w:t xml:space="preserve"> </w:t>
      </w:r>
      <w:r>
        <w:rPr>
          <w:b/>
          <w:bCs/>
        </w:rPr>
        <w:t xml:space="preserve">alarm clock kept going off every five minutes.</w:t>
      </w:r>
      <w:r>
        <w:br/>
      </w:r>
      <w:r>
        <w:t xml:space="preserve">    (a) antique</w:t>
      </w:r>
      <w:r>
        <w:br/>
      </w:r>
      <w:r>
        <w:t xml:space="preserve">    (b) expensive</w:t>
      </w:r>
      <w:r>
        <w:br/>
      </w:r>
      <w:r>
        <w:t xml:space="preserve">    (c) annoying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fought against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iniquity</w:t>
      </w:r>
      <w:r>
        <w:rPr>
          <w:b/>
          <w:bCs/>
        </w:rPr>
        <w:t xml:space="preserve"> </w:t>
      </w:r>
      <w:r>
        <w:rPr>
          <w:b/>
          <w:bCs/>
        </w:rPr>
        <w:t xml:space="preserve">of slavery.</w:t>
      </w:r>
      <w:r>
        <w:br/>
      </w:r>
      <w:r>
        <w:t xml:space="preserve">    (a) immorality</w:t>
      </w:r>
      <w:r>
        <w:br/>
      </w:r>
      <w:r>
        <w:t xml:space="preserve">    (b) supporters</w:t>
      </w:r>
      <w:r>
        <w:br/>
      </w:r>
      <w:r>
        <w:t xml:space="preserve">    (c) practice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breaking the window,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penitent</w:t>
      </w:r>
      <w:r>
        <w:rPr>
          <w:b/>
          <w:bCs/>
        </w:rPr>
        <w:t xml:space="preserve"> </w:t>
      </w:r>
      <w:r>
        <w:rPr>
          <w:b/>
          <w:bCs/>
        </w:rPr>
        <w:t xml:space="preserve">boy apologized to his neighbor.</w:t>
      </w:r>
      <w:r>
        <w:br/>
      </w:r>
      <w:r>
        <w:t xml:space="preserve">    (a) proud of one's actions</w:t>
      </w:r>
      <w:r>
        <w:br/>
      </w:r>
      <w:r>
        <w:t xml:space="preserve">    (b) confused about the rules</w:t>
      </w:r>
      <w:r>
        <w:br/>
      </w:r>
      <w:r>
        <w:t xml:space="preserve">    (c) feeling regret for wrongdoing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a group, the people with a family history of heart disease have a higher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propensity</w:t>
      </w:r>
      <w:r>
        <w:rPr>
          <w:b/>
          <w:bCs/>
        </w:rPr>
        <w:t xml:space="preserve"> </w:t>
      </w:r>
      <w:r>
        <w:rPr>
          <w:b/>
          <w:bCs/>
        </w:rPr>
        <w:t xml:space="preserve">to develop the condition themselves.</w:t>
      </w:r>
      <w:r>
        <w:br/>
      </w:r>
      <w:r>
        <w:t xml:space="preserve">    (a) fear</w:t>
      </w:r>
      <w:r>
        <w:br/>
      </w:r>
      <w:r>
        <w:t xml:space="preserve">    (b) tendency</w:t>
      </w:r>
      <w:r>
        <w:br/>
      </w:r>
      <w:r>
        <w:t xml:space="preserve">    (c) avoidance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are working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rectify</w:t>
      </w:r>
      <w:r>
        <w:rPr>
          <w:b/>
          <w:bCs/>
        </w:rPr>
        <w:t xml:space="preserve"> </w:t>
      </w:r>
      <w:r>
        <w:rPr>
          <w:b/>
          <w:bCs/>
        </w:rPr>
        <w:t xml:space="preserve">the accounts and send refunds to everyone who was overbilled.</w:t>
      </w:r>
      <w:r>
        <w:br/>
      </w:r>
      <w:r>
        <w:t xml:space="preserve">    (a) calculate</w:t>
      </w:r>
      <w:r>
        <w:br/>
      </w:r>
      <w:r>
        <w:t xml:space="preserve">    (b) correct</w:t>
      </w:r>
      <w:r>
        <w:br/>
      </w:r>
      <w:r>
        <w:t xml:space="preserve">    (c)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scruples</w:t>
      </w:r>
      <w:r>
        <w:rPr>
          <w:b/>
          <w:bCs/>
        </w:rPr>
        <w:t xml:space="preserve"> </w:t>
      </w:r>
      <w:r>
        <w:rPr>
          <w:b/>
          <w:bCs/>
        </w:rPr>
        <w:t xml:space="preserve">were not so strong as to withstand her friend's arguments.</w:t>
      </w:r>
      <w:r>
        <w:br/>
      </w:r>
      <w:r>
        <w:t xml:space="preserve">    (a) principles that discourage certain kinds of action</w:t>
      </w:r>
      <w:r>
        <w:br/>
      </w:r>
      <w:r>
        <w:t xml:space="preserve">    (b) firmness of purpose</w:t>
      </w:r>
      <w:r>
        <w:br/>
      </w:r>
      <w:r>
        <w:t xml:space="preserve">    (c) known facts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my living conditions are not what I would like, they are far better than the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squalor</w:t>
      </w:r>
      <w:r>
        <w:rPr>
          <w:b/>
          <w:bCs/>
        </w:rPr>
        <w:t xml:space="preserve"> </w:t>
      </w:r>
      <w:r>
        <w:rPr>
          <w:b/>
          <w:bCs/>
        </w:rPr>
        <w:t xml:space="preserve">I read of in Charles Dickens novels.</w:t>
      </w:r>
      <w:r>
        <w:br/>
      </w:r>
      <w:r>
        <w:t xml:space="preserve">    (a) slum</w:t>
      </w:r>
      <w:r>
        <w:br/>
      </w:r>
      <w:r>
        <w:t xml:space="preserve">    (b) confusion</w:t>
      </w:r>
      <w:r>
        <w:br/>
      </w:r>
      <w:r>
        <w:t xml:space="preserve">    (c) cruelty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new student answered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timorous</w:t>
      </w:r>
      <w:r>
        <w:rPr>
          <w:b/>
          <w:bCs/>
        </w:rPr>
        <w:t xml:space="preserve"> </w:t>
      </w:r>
      <w:r>
        <w:rPr>
          <w:b/>
          <w:bCs/>
        </w:rPr>
        <w:t xml:space="preserve">voice barely above a whisper.</w:t>
      </w:r>
      <w:r>
        <w:br/>
      </w:r>
      <w:r>
        <w:t xml:space="preserve">    (a) loud</w:t>
      </w:r>
      <w:r>
        <w:br/>
      </w:r>
      <w:r>
        <w:t xml:space="preserve">    (b) angry</w:t>
      </w:r>
      <w:r>
        <w:br/>
      </w:r>
      <w:r>
        <w:t xml:space="preserve">    (c) timid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bandits planned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waylay</w:t>
      </w:r>
      <w:r>
        <w:rPr>
          <w:b/>
          <w:bCs/>
        </w:rPr>
        <w:t xml:space="preserve"> </w:t>
      </w:r>
      <w:r>
        <w:rPr>
          <w:b/>
          <w:bCs/>
        </w:rPr>
        <w:t xml:space="preserve">travelers on the narrow mountain path.</w:t>
      </w:r>
      <w:r>
        <w:br/>
      </w:r>
      <w:r>
        <w:t xml:space="preserve">    (a) follow quietly</w:t>
      </w:r>
      <w:r>
        <w:br/>
      </w:r>
      <w:r>
        <w:t xml:space="preserve">    (b) stop unexpectedly</w:t>
      </w:r>
      <w:r>
        <w:br/>
      </w:r>
      <w:r>
        <w:t xml:space="preserve">    (c) spy upon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2026-07-31T18:04:08Z</dcterms:created>
  <dcterms:modified xsi:type="dcterms:W3CDTF">2026-07-31T18:04:08Z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