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cb638bd07e991c4027474f7116290190a17d1f"/>
    <w:p>
      <w:pPr>
        <w:pStyle w:val="Heading1"/>
      </w:pPr>
      <w:r>
        <w:rPr>
          <w:b/>
          <w:bCs/>
        </w:rPr>
        <w:t xml:space="preserve">Alias Grace</w:t>
      </w:r>
      <w:r>
        <w:br/>
      </w:r>
      <w:r>
        <w:rPr>
          <w:i/>
          <w:iCs/>
        </w:rPr>
        <w:t xml:space="preserve">Margaret Atwood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if Grace Marks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at last, And for her sins atone, Then when she comes to die, she'll stand At her Redeemer's throne.</w:t>
      </w:r>
      <w:r>
        <w:br/>
      </w:r>
      <w:r>
        <w:t xml:space="preserve">    (a) to express or feel regret for having done wrong</w:t>
      </w:r>
      <w:r>
        <w:br/>
      </w:r>
      <w:r>
        <w:t xml:space="preserve">    (b) mark important text; or the text that is marked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disposition with a quarrelsome temper…</w:t>
      </w:r>
      <w:r>
        <w:br/>
      </w:r>
      <w:r>
        <w:t xml:space="preserve">    (a) unhappy and withdrawn</w:t>
      </w:r>
      <w:r>
        <w:br/>
      </w:r>
      <w:r>
        <w:t xml:space="preserve">    (b) exactness or accuracy</w:t>
      </w:r>
      <w:r>
        <w:br/>
      </w:r>
      <w:r>
        <w:t xml:space="preserve">    (c) not easily identified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must all pray to have our sanity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preserved</w:t>
      </w:r>
      <w:r>
        <w:rPr>
          <w:b/>
          <w:bCs/>
        </w:rPr>
        <w:t xml:space="preserve">; but I have grave doubts concerning your future prospects, should your proposed course of action be pursued.</w:t>
      </w:r>
      <w:r>
        <w:br/>
      </w:r>
      <w:r>
        <w:t xml:space="preserve">    (a) genetically changed through evolution</w:t>
      </w:r>
      <w:r>
        <w:br/>
      </w:r>
      <w:r>
        <w:t xml:space="preserve">    (b) protected</w:t>
      </w:r>
      <w:r>
        <w:br/>
      </w:r>
      <w:r>
        <w:t xml:space="preserve">    (c) not encouraged or emotionally aroused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Samantha says that her strawberry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preserves</w:t>
      </w:r>
      <w:r>
        <w:rPr>
          <w:b/>
          <w:bCs/>
        </w:rPr>
        <w:t xml:space="preserve">, which you loved so much as a Boy, continue as good as ever, and you should hurry back for a taste of them, before she "crosses over the river," as she puts it;</w:t>
      </w:r>
      <w:r>
        <w:br/>
      </w:r>
      <w:r>
        <w:t xml:space="preserve">    (a) documents granting permission to do something</w:t>
      </w:r>
      <w:r>
        <w:br/>
      </w:r>
      <w:r>
        <w:t xml:space="preserve">    (b) fruit cooked with sugar (like jam)</w:t>
      </w:r>
      <w:r>
        <w:br/>
      </w:r>
      <w:r>
        <w:t xml:space="preserve">    (c) instances or results of detailed examinations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so many considerations to attend to, and surely the daily consorting with the insane would be far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a tranquil existence.</w:t>
      </w:r>
      <w:r>
        <w:br/>
      </w:r>
      <w:r>
        <w:t xml:space="preserve">    (a) helpful; or tending to contribute (to something)</w:t>
      </w:r>
      <w:r>
        <w:br/>
      </w:r>
      <w:r>
        <w:t xml:space="preserve">    (b) the state or degree of criticism or disagreement</w:t>
      </w:r>
      <w:r>
        <w:br/>
      </w:r>
      <w:r>
        <w:t xml:space="preserve">    (c) tending to have excessively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indulging</w:t>
      </w:r>
      <w:r>
        <w:rPr>
          <w:b/>
          <w:bCs/>
        </w:rPr>
        <w:t xml:space="preserve"> </w:t>
      </w:r>
      <w:r>
        <w:rPr>
          <w:b/>
          <w:bCs/>
        </w:rPr>
        <w:t xml:space="preserve">myself, he thinks.</w:t>
      </w:r>
      <w:r>
        <w:br/>
      </w:r>
      <w:r>
        <w:t xml:space="preserve">    (a) leaping or jumping</w:t>
      </w:r>
      <w:r>
        <w:br/>
      </w:r>
      <w:r>
        <w:t xml:space="preserve">    (b) thinking carefully</w:t>
      </w:r>
      <w:r>
        <w:br/>
      </w:r>
      <w:r>
        <w:t xml:space="preserve">    (c) enjoying to excess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always brings something with him; the first day it was a dried flower of some sort, blue it was, the second day a winter pear, the third an onion, you never know what he will bring, although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inclines</w:t>
      </w:r>
      <w:r>
        <w:rPr>
          <w:b/>
          <w:bCs/>
        </w:rPr>
        <w:t xml:space="preserve"> </w:t>
      </w:r>
      <w:r>
        <w:rPr>
          <w:b/>
          <w:bCs/>
        </w:rPr>
        <w:t xml:space="preserve">to the fruits and vegetables;</w:t>
      </w:r>
      <w:r>
        <w:br/>
      </w:r>
      <w:r>
        <w:t xml:space="preserve">    (a) excessively examines in an attempt to better understand</w:t>
      </w:r>
      <w:r>
        <w:br/>
      </w:r>
      <w:r>
        <w:t xml:space="preserve">    (b) has a tendency to favor</w:t>
      </w:r>
      <w:r>
        <w:br/>
      </w:r>
      <w:r>
        <w:t xml:space="preserve">    (c) makes one's home in; or lives in; or stays (in a place)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 is so obvious that Simon merely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inclines</w:t>
      </w:r>
      <w:r>
        <w:rPr>
          <w:b/>
          <w:bCs/>
        </w:rPr>
        <w:t xml:space="preserve"> </w:t>
      </w:r>
      <w:r>
        <w:rPr>
          <w:b/>
          <w:bCs/>
        </w:rPr>
        <w:t xml:space="preserve">his head.</w:t>
      </w:r>
      <w:r>
        <w:br/>
      </w:r>
      <w:r>
        <w:t xml:space="preserve">    (a) bends (or angles) (like an affirmative nod)</w:t>
      </w:r>
      <w:r>
        <w:br/>
      </w:r>
      <w:r>
        <w:t xml:space="preserve">    (b) saying indirectly</w:t>
      </w:r>
      <w:r>
        <w:br/>
      </w:r>
      <w:r>
        <w:t xml:space="preserve">    (c) works or operates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Should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decide to examine Grace Marks at her current place of abode, be pleased to consider yourself amply warned.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in spite of that (used to connect contrasting ideas)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said you are well up on cerebral diseases and nervous afflictions, and that in matters concerning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amnesia</w:t>
      </w:r>
      <w:r>
        <w:rPr>
          <w:b/>
          <w:bCs/>
        </w:rPr>
        <w:t xml:space="preserve"> </w:t>
      </w:r>
      <w:r>
        <w:rPr>
          <w:b/>
          <w:bCs/>
        </w:rPr>
        <w:t xml:space="preserve">you are on your way to becoming a leading expert.</w:t>
      </w:r>
      <w:r>
        <w:br/>
      </w:r>
      <w:r>
        <w:t xml:space="preserve">    (a) gets closer to</w:t>
      </w:r>
      <w:r>
        <w:br/>
      </w:r>
      <w:r>
        <w:t xml:space="preserve">    (b) small kitchens</w:t>
      </w:r>
      <w:r>
        <w:br/>
      </w:r>
      <w:r>
        <w:t xml:space="preserve">    (c) loss of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Grace appears to have told one story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, another one at the trial, and, after her death sentence had been commuted, yet a third.</w:t>
      </w:r>
      <w:r>
        <w:br/>
      </w:r>
      <w:r>
        <w:t xml:space="preserve">    (a) formal investigation</w:t>
      </w:r>
      <w:r>
        <w:br/>
      </w:r>
      <w:r>
        <w:t xml:space="preserve">    (b) the act of forgiving</w:t>
      </w:r>
      <w:r>
        <w:br/>
      </w:r>
      <w:r>
        <w:t xml:space="preserve">    (c)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not this Neurohypnotism simply the reanimated corpse of Mesmer's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discredited</w:t>
      </w:r>
      <w:r>
        <w:rPr>
          <w:b/>
          <w:bCs/>
        </w:rPr>
        <w:t xml:space="preserve"> </w:t>
      </w:r>
      <w:r>
        <w:rPr>
          <w:b/>
          <w:bCs/>
        </w:rPr>
        <w:t xml:space="preserve">Animal Magnetism?</w:t>
      </w:r>
      <w:r>
        <w:br/>
      </w:r>
      <w:r>
        <w:t xml:space="preserve">    (a) damaged the reputation of</w:t>
      </w:r>
      <w:r>
        <w:br/>
      </w:r>
      <w:r>
        <w:t xml:space="preserve">    (b) expelled or gotten rid of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Lost memories lie down there like sunken treasure, to be retrieved piecemeal, if at all; and amnesia itself may be in effect a sort of dreaming in reverse; a drowning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recollection</w:t>
      </w:r>
      <w:r>
        <w:rPr>
          <w:b/>
          <w:bCs/>
        </w:rPr>
        <w:t xml:space="preserve">, a plunging under.... Behind his back the door opens: his breakfast is making its entrance.</w:t>
      </w:r>
      <w:r>
        <w:br/>
      </w:r>
      <w:r>
        <w:t xml:space="preserve">    (a) memory</w:t>
      </w:r>
      <w:r>
        <w:br/>
      </w:r>
      <w:r>
        <w:t xml:space="preserve">    (b) result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Church of England, as all the best people were in those days, and also those who wanted to be the best, as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.</w:t>
      </w:r>
      <w:r>
        <w:br/>
      </w:r>
      <w:r>
        <w:t xml:space="preserve">    (a) not having a relationship whereby a change in one thing helps predict a change in another</w:t>
      </w:r>
      <w:r>
        <w:br/>
      </w:r>
      <w:r>
        <w:t xml:space="preserve">    (b) persuaded someone to want something (often sex or love) by tempting with something desired</w:t>
      </w:r>
      <w:r>
        <w:br/>
      </w:r>
      <w:r>
        <w:t xml:space="preserve">    (c) created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fact that Nancy had been in the habit of selling her employer's cast-off garments to the servants, with or without her master's permission; so McDermott could have come by his Shirt of Nessus honestly enough.</w:t>
      </w:r>
      <w:r>
        <w:br/>
      </w:r>
      <w:r>
        <w:t xml:space="preserve">    (a) demonstrated</w:t>
      </w:r>
      <w:r>
        <w:br/>
      </w:r>
      <w:r>
        <w:t xml:space="preserve">    (b) examined an issue, got opinions by asking specific questions; and/or asked people for political support individually</w:t>
      </w:r>
      <w:r>
        <w:br/>
      </w:r>
      <w:r>
        <w:t xml:space="preserve">    (c) accepted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"There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discrepancies</w:t>
      </w:r>
      <w:r>
        <w:rPr>
          <w:b/>
          <w:bCs/>
        </w:rPr>
        <w:t xml:space="preserve"> </w:t>
      </w:r>
      <w:r>
        <w:rPr>
          <w:b/>
          <w:bCs/>
        </w:rPr>
        <w:t xml:space="preserve">that are beyond dispute," says Simon.</w:t>
      </w:r>
      <w:r>
        <w:br/>
      </w:r>
      <w:r>
        <w:t xml:space="preserve">    (a) disagreement -- especially an unexpected difference between two things</w:t>
      </w:r>
      <w:r>
        <w:br/>
      </w:r>
      <w:r>
        <w:t xml:space="preserve">    (b) subtle, but fatal weaknesses where otherwise there is obvious strength</w:t>
      </w:r>
      <w:r>
        <w:br/>
      </w:r>
      <w:r>
        <w:t xml:space="preserve">    (c) people bound to serve another without pay -- such as a slaves or serfs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go about the fairs, he said, and be a fire-eater, or else a medical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clairvoyant</w:t>
      </w:r>
      <w:r>
        <w:rPr>
          <w:b/>
          <w:bCs/>
        </w:rPr>
        <w:t xml:space="preserve">, and trade in Mesmerism and Magnetism, which is always a draw.</w:t>
      </w:r>
      <w:r>
        <w:br/>
      </w:r>
      <w:r>
        <w:t xml:space="preserve">    (a) nervousness or discomfort felt by someone due to concern about what others will think of them</w:t>
      </w:r>
      <w:r>
        <w:br/>
      </w:r>
      <w:r>
        <w:t xml:space="preserve">    (b) to perceive things beyond the natural range of the senses -- especially foreseeing the future</w:t>
      </w:r>
      <w:r>
        <w:br/>
      </w:r>
      <w:r>
        <w:t xml:space="preserve">    (c) able to be persuaded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then continued with some remarks about the intellectual turmoil in this field of study, and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contending</w:t>
      </w:r>
      <w:r>
        <w:rPr>
          <w:b/>
          <w:bCs/>
        </w:rPr>
        <w:t xml:space="preserve"> </w:t>
      </w:r>
      <w:r>
        <w:rPr>
          <w:b/>
          <w:bCs/>
        </w:rPr>
        <w:t xml:space="preserve">schools of thought amongst alienists.</w:t>
      </w:r>
      <w:r>
        <w:br/>
      </w:r>
      <w:r>
        <w:t xml:space="preserve">    (a) restoring</w:t>
      </w:r>
      <w:r>
        <w:br/>
      </w:r>
      <w:r>
        <w:t xml:space="preserve">    (b) competing</w:t>
      </w:r>
      <w:r>
        <w:br/>
      </w:r>
      <w:r>
        <w:t xml:space="preserve">    (c) following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Melting anguish is a good deal less attractive now that he actually has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contend</w:t>
      </w:r>
      <w:r>
        <w:rPr>
          <w:b/>
          <w:bCs/>
        </w:rPr>
        <w:t xml:space="preserve"> </w:t>
      </w:r>
      <w:r>
        <w:rPr>
          <w:b/>
          <w:bCs/>
        </w:rPr>
        <w:t xml:space="preserve">with it up close and in the flesh.</w:t>
      </w:r>
      <w:r>
        <w:br/>
      </w:r>
      <w:r>
        <w:t xml:space="preserve">    (a) subtract</w:t>
      </w:r>
      <w:r>
        <w:br/>
      </w:r>
      <w:r>
        <w:t xml:space="preserve">    (b) struggle</w:t>
      </w:r>
      <w:r>
        <w:br/>
      </w:r>
      <w:r>
        <w:t xml:space="preserve">    (c) disagree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it a real case of amnesia, of the somnambulistic type, or is he the victim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imposture?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good at achieving goals through cleverness and deception</w:t>
      </w:r>
      <w:r>
        <w:br/>
      </w:r>
      <w:r>
        <w:t xml:space="preserve">    (c) relating to logical examination to improve understanding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2026-07-31T18:04:08Z</dcterms:created>
  <dcterms:modified xsi:type="dcterms:W3CDTF">2026-07-31T18:04:08Z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