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352eef961d90afdb59eebfe5d80960bf56af51"/>
    <w:p>
      <w:pPr>
        <w:pStyle w:val="Heading1"/>
      </w:pPr>
      <w:r>
        <w:rPr>
          <w:b/>
          <w:bCs/>
        </w:rPr>
        <w:t xml:space="preserve">Alas, Babylon</w:t>
      </w:r>
      <w:r>
        <w:br/>
      </w:r>
      <w:r>
        <w:rPr>
          <w:i/>
          <w:iCs/>
        </w:rPr>
        <w:t xml:space="preserve">Pat Frank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glanced up,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apprehensively</w:t>
      </w:r>
      <w:r>
        <w:rPr>
          <w:b/>
          <w:bCs/>
        </w:rPr>
        <w:t xml:space="preserve">, through the kitchen window.</w:t>
      </w:r>
      <w:r>
        <w:br/>
      </w:r>
      <w:r>
        <w:t xml:space="preserve">    (a) worried over possible misfortune</w:t>
      </w:r>
      <w:r>
        <w:br/>
      </w:r>
      <w:r>
        <w:t xml:space="preserve">    (b) in a manner that does not change</w:t>
      </w:r>
      <w:r>
        <w:br/>
      </w:r>
      <w:r>
        <w:t xml:space="preserve">    (c) in a manner that deserves praise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on this morning, it seemed to Randy that she had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dwindled</w:t>
      </w:r>
      <w:r>
        <w:rPr>
          <w:b/>
          <w:bCs/>
        </w:rPr>
        <w:t xml:space="preserve"> </w:t>
      </w:r>
      <w:r>
        <w:rPr>
          <w:b/>
          <w:bCs/>
        </w:rPr>
        <w:t xml:space="preserve">a bit.</w:t>
      </w:r>
      <w:r>
        <w:br/>
      </w:r>
      <w:r>
        <w:t xml:space="preserve">    (a) decreased</w:t>
      </w:r>
      <w:r>
        <w:br/>
      </w:r>
      <w:r>
        <w:t xml:space="preserve">    (b) disagreed</w:t>
      </w:r>
      <w:r>
        <w:br/>
      </w:r>
      <w:r>
        <w:t xml:space="preserve">    (c) separated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telephoned Golden Dew Dairy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revised</w:t>
      </w:r>
      <w:r>
        <w:rPr>
          <w:b/>
          <w:bCs/>
        </w:rPr>
        <w:t xml:space="preserve"> </w:t>
      </w:r>
      <w:r>
        <w:rPr>
          <w:b/>
          <w:bCs/>
        </w:rPr>
        <w:t xml:space="preserve">his delivery order drastically upward.</w:t>
      </w:r>
      <w:r>
        <w:br/>
      </w:r>
      <w:r>
        <w:t xml:space="preserve">    (a) delayed</w:t>
      </w:r>
      <w:r>
        <w:br/>
      </w:r>
      <w:r>
        <w:t xml:space="preserve">    (b) adapted</w:t>
      </w:r>
      <w:r>
        <w:br/>
      </w:r>
      <w:r>
        <w:t xml:space="preserve">    (c) changed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think we lost some time ago, because the last five Sputniks have been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reconnaissance</w:t>
      </w:r>
      <w:r>
        <w:rPr>
          <w:b/>
          <w:bCs/>
        </w:rPr>
        <w:t xml:space="preserve"> </w:t>
      </w:r>
      <w:r>
        <w:rPr>
          <w:b/>
          <w:bCs/>
        </w:rPr>
        <w:t xml:space="preserve">satellites.</w:t>
      </w:r>
      <w:r>
        <w:br/>
      </w:r>
      <w:r>
        <w:t xml:space="preserve">    (a) the act of exploring or information produced by such exploration -- especially for military purposes</w:t>
      </w:r>
      <w:r>
        <w:br/>
      </w:r>
      <w:r>
        <w:t xml:space="preserve">    (b) aka natural right -- a right that is naturally due because of human nature and the natural condition</w:t>
      </w:r>
      <w:r>
        <w:br/>
      </w:r>
      <w:r>
        <w:t xml:space="preserve">    (c) a powerful stimulant drug that increases activity in the brain and nervous system -- often addictive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mouth, usually agile and humorous, was drawn into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taut</w:t>
      </w:r>
      <w:r>
        <w:rPr>
          <w:b/>
          <w:bCs/>
        </w:rPr>
        <w:t xml:space="preserve">, colorless line.</w:t>
      </w:r>
      <w:r>
        <w:br/>
      </w:r>
      <w:r>
        <w:t xml:space="preserve">    (a) the state or degree of being pessimistic or disagreeable</w:t>
      </w:r>
      <w:r>
        <w:br/>
      </w:r>
      <w:r>
        <w:t xml:space="preserve">    (b) relating to logical examination to improve understanding</w:t>
      </w:r>
      <w:r>
        <w:br/>
      </w:r>
      <w:r>
        <w:t xml:space="preserve">    (c) pulled or drawn tight;</w:t>
      </w:r>
      <w:r>
        <w:br/>
      </w:r>
      <w:r>
        <w:t xml:space="preserve">or: subjected to great tension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Randy tried to be at once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tactful</w:t>
      </w:r>
      <w:r>
        <w:rPr>
          <w:b/>
          <w:bCs/>
        </w:rPr>
        <w:t xml:space="preserve"> </w:t>
      </w:r>
      <w:r>
        <w:rPr>
          <w:b/>
          <w:bCs/>
        </w:rPr>
        <w:t xml:space="preserve">and truthful.</w:t>
      </w:r>
      <w:r>
        <w:br/>
      </w:r>
      <w:r>
        <w:t xml:space="preserve">    (a) rude or unfriendly because of using too few words or moving too quickly</w:t>
      </w:r>
      <w:r>
        <w:br/>
      </w:r>
      <w:r>
        <w:t xml:space="preserve">    (b) relating to classical music plays in which most of the dialogue is sung</w:t>
      </w:r>
      <w:r>
        <w:br/>
      </w:r>
      <w:r>
        <w:t xml:space="preserve">    (c) to say or handle things in a way that makes others feel good about them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All he heard was a distant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incoherent</w:t>
      </w:r>
      <w:r>
        <w:rPr>
          <w:b/>
          <w:bCs/>
        </w:rPr>
        <w:t xml:space="preserve"> </w:t>
      </w:r>
      <w:r>
        <w:rPr>
          <w:b/>
          <w:bCs/>
        </w:rPr>
        <w:t xml:space="preserve">babble.</w:t>
      </w:r>
      <w:r>
        <w:br/>
      </w:r>
      <w:r>
        <w:t xml:space="preserve">    (a) related to a scale where each step is a multiple of the prior step rather than a fixed addition to it</w:t>
      </w:r>
      <w:r>
        <w:br/>
      </w:r>
      <w:r>
        <w:t xml:space="preserve">    (b) not sensible or clear; or describing parts as not fitting together in a consistent or pleasing manner</w:t>
      </w:r>
      <w:r>
        <w:br/>
      </w:r>
      <w:r>
        <w:t xml:space="preserve">    (c) related to the change of a light wave (or other wave) when it passes an opaque edge or narrow opening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Randy guessed that these prisoners were being transported, by truck, to their work area, when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nuclear</w:t>
      </w:r>
      <w:r>
        <w:rPr>
          <w:b/>
          <w:bCs/>
        </w:rPr>
        <w:t xml:space="preserve"> </w:t>
      </w:r>
      <w:r>
        <w:rPr>
          <w:b/>
          <w:bCs/>
        </w:rPr>
        <w:t xml:space="preserve">attack came.</w:t>
      </w:r>
      <w:r>
        <w:br/>
      </w:r>
      <w:r>
        <w:t xml:space="preserve">    (a) the condition of being exclusive to (someone or some group)</w:t>
      </w:r>
      <w:r>
        <w:br/>
      </w:r>
      <w:r>
        <w:t xml:space="preserve">    (b) the quality of inappropriateness in size, amount, or degree</w:t>
      </w:r>
      <w:r>
        <w:br/>
      </w:r>
      <w:r>
        <w:t xml:space="preserve">    (c) relating to the central or most important part of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had forgotten the implacable law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scarcity</w:t>
      </w:r>
      <w:r>
        <w:rPr>
          <w:b/>
          <w:bCs/>
        </w:rPr>
        <w:t xml:space="preserve">.</w:t>
      </w:r>
      <w:r>
        <w:br/>
      </w:r>
      <w:r>
        <w:t xml:space="preserve">    (a) an expert in the branch of geology that studies rocks</w:t>
      </w:r>
      <w:r>
        <w:br/>
      </w:r>
      <w:r>
        <w:t xml:space="preserve">    (b) shortage (having an amount that is less than desired)</w:t>
      </w:r>
      <w:r>
        <w:br/>
      </w:r>
      <w:r>
        <w:t xml:space="preserve">    (c) someone who exposes wrongdoing within an organization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anesthesia</w:t>
      </w:r>
      <w:r>
        <w:rPr>
          <w:b/>
          <w:bCs/>
        </w:rPr>
        <w:t xml:space="preserve">.</w:t>
      </w:r>
      <w:r>
        <w:br/>
      </w:r>
      <w:r>
        <w:t xml:space="preserve">    (a) a common name for tetanus, a serious infection that makes the jaw clamp shut</w:t>
      </w:r>
      <w:r>
        <w:br/>
      </w:r>
      <w:r>
        <w:t xml:space="preserve">    (b) the state or degree of having the ability to change for different situations</w:t>
      </w:r>
      <w:r>
        <w:br/>
      </w:r>
      <w:r>
        <w:t xml:space="preserve">    (c) loss of bodily sensation -- especially created intentionally to control pain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few optimistic storekeepers had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prudently</w:t>
      </w:r>
      <w:r>
        <w:rPr>
          <w:b/>
          <w:bCs/>
        </w:rPr>
        <w:t xml:space="preserve"> </w:t>
      </w:r>
      <w:r>
        <w:rPr>
          <w:b/>
          <w:bCs/>
        </w:rPr>
        <w:t xml:space="preserve">boarded windows, split by blast on The Day or broken by looters afterwards, against water and wind.</w:t>
      </w:r>
      <w:r>
        <w:br/>
      </w:r>
      <w:r>
        <w:t xml:space="preserve">    (a) in a strongly biased manner</w:t>
      </w:r>
      <w:r>
        <w:br/>
      </w:r>
      <w:r>
        <w:t xml:space="preserve">    (b) with good sense and caution</w:t>
      </w:r>
      <w:r>
        <w:br/>
      </w:r>
      <w:r>
        <w:t xml:space="preserve">    (c) in a manner that challenges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You're absorbing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radiation</w:t>
      </w:r>
      <w:r>
        <w:rPr>
          <w:b/>
          <w:bCs/>
        </w:rPr>
        <w:t xml:space="preserve"> </w:t>
      </w:r>
      <w:r>
        <w:rPr>
          <w:b/>
          <w:bCs/>
        </w:rPr>
        <w:t xml:space="preserve">from the jewelry Porky traded for the whiskey.</w:t>
      </w:r>
      <w:r>
        <w:br/>
      </w:r>
      <w:r>
        <w:t xml:space="preserve">    (a) particles emitted by nuclear decay</w:t>
      </w:r>
      <w:r>
        <w:br/>
      </w:r>
      <w:r>
        <w:t xml:space="preserve">    (b) a central open space in a building</w:t>
      </w:r>
      <w:r>
        <w:br/>
      </w:r>
      <w:r>
        <w:t xml:space="preserve">    (c) something quoted (to make a point)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These officers will act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accordance</w:t>
      </w:r>
      <w:r>
        <w:rPr>
          <w:b/>
          <w:bCs/>
        </w:rPr>
        <w:t xml:space="preserve"> </w:t>
      </w:r>
      <w:r>
        <w:rPr>
          <w:b/>
          <w:bCs/>
        </w:rPr>
        <w:t xml:space="preserve">with their best judgment, under the proclamation of martial law.</w:t>
      </w:r>
      <w:r>
        <w:br/>
      </w:r>
      <w:r>
        <w:t xml:space="preserve">    (a) in keeping with or in agreement with</w:t>
      </w:r>
      <w:r>
        <w:br/>
      </w:r>
      <w:r>
        <w:t xml:space="preserve">    (b) the quality of being continuous</w:t>
      </w:r>
      <w:r>
        <w:br/>
      </w:r>
      <w:r>
        <w:t xml:space="preserve">    (c) doubt (that something is true)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now that he was married, he thought it only right that he and Lib have a room to themselves and the privacy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accorded</w:t>
      </w:r>
      <w:r>
        <w:rPr>
          <w:b/>
          <w:bCs/>
        </w:rPr>
        <w:t xml:space="preserve"> </w:t>
      </w:r>
      <w:r>
        <w:rPr>
          <w:b/>
          <w:bCs/>
        </w:rPr>
        <w:t xml:space="preserve">a married couple.</w:t>
      </w:r>
      <w:r>
        <w:br/>
      </w:r>
      <w:r>
        <w:t xml:space="preserve">    (a) given (special treatment)</w:t>
      </w:r>
      <w:r>
        <w:br/>
      </w:r>
      <w:r>
        <w:t xml:space="preserve">    (b) found, sought, or researched</w:t>
      </w:r>
      <w:r>
        <w:br/>
      </w:r>
      <w:r>
        <w:t xml:space="preserve">    (c) not judged in a negative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 not up on Air Force codes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jargon</w:t>
      </w:r>
      <w:r>
        <w:rPr>
          <w:b/>
          <w:bCs/>
        </w:rPr>
        <w:t xml:space="preserve">.</w:t>
      </w:r>
      <w:r>
        <w:br/>
      </w:r>
      <w:r>
        <w:t xml:space="preserve">    (a) create dramatic change</w:t>
      </w:r>
      <w:r>
        <w:br/>
      </w:r>
      <w:r>
        <w:t xml:space="preserve">    (b) mirror back (an image)</w:t>
      </w:r>
      <w:r>
        <w:br/>
      </w:r>
      <w:r>
        <w:t xml:space="preserve">    (c) specialized vocabulary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rules of Clausewitz, Mahan, all of them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obsolete</w:t>
      </w:r>
      <w:r>
        <w:rPr>
          <w:b/>
          <w:bCs/>
        </w:rPr>
        <w:t xml:space="preserve"> </w:t>
      </w:r>
      <w:r>
        <w:rPr>
          <w:b/>
          <w:bCs/>
        </w:rPr>
        <w:t xml:space="preserve">as the Code Duello.</w:t>
      </w:r>
      <w:r>
        <w:br/>
      </w:r>
      <w:r>
        <w:t xml:space="preserve">    (a) an appropriate size, amount, or degree in relation to something else</w:t>
      </w:r>
      <w:r>
        <w:br/>
      </w:r>
      <w:r>
        <w:t xml:space="preserve">    (b) no longer in general use because it was replaced by something better</w:t>
      </w:r>
      <w:r>
        <w:br/>
      </w:r>
      <w:r>
        <w:t xml:space="preserve">    (c) surprise -- often so much so that one doesn't know what to say or do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 going to try to form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provisional</w:t>
      </w:r>
      <w:r>
        <w:rPr>
          <w:b/>
          <w:bCs/>
        </w:rPr>
        <w:t xml:space="preserve"> </w:t>
      </w:r>
      <w:r>
        <w:rPr>
          <w:b/>
          <w:bCs/>
        </w:rPr>
        <w:t xml:space="preserve">company.</w:t>
      </w:r>
      <w:r>
        <w:br/>
      </w:r>
      <w:r>
        <w:t xml:space="preserve">    (a) the quality of behaving in an instinctive, uninhibited, and unplanned manner</w:t>
      </w:r>
      <w:r>
        <w:br/>
      </w:r>
      <w:r>
        <w:t xml:space="preserve">    (b) temporary; or in effect while awaiting approval or a more permanent solution</w:t>
      </w:r>
      <w:r>
        <w:br/>
      </w:r>
      <w:r>
        <w:t xml:space="preserve">    (c) the state or degree of having the ability to change for different situations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"If you can learn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hypnotism</w:t>
      </w:r>
      <w:r>
        <w:rPr>
          <w:b/>
          <w:bCs/>
        </w:rPr>
        <w:t xml:space="preserve">," she suggested, "you might use it as anesthesia."</w:t>
      </w:r>
      <w:r>
        <w:br/>
      </w:r>
      <w:r>
        <w:t xml:space="preserve">    (a) a trance-like state of focused concentration and heightened suggestibility</w:t>
      </w:r>
      <w:r>
        <w:br/>
      </w:r>
      <w:r>
        <w:t xml:space="preserve">    (b) a doctrine emphasizing a person's capacity for self-realization through reason rather than through religion and the supernatural</w:t>
      </w:r>
      <w:r>
        <w:br/>
      </w:r>
      <w:r>
        <w:t xml:space="preserve">    (c) a 20th century movement of artists and writers who used impossible or unlikely images to represent unconscious thoughts and dreams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Randy had carefully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rationed</w:t>
      </w:r>
      <w:r>
        <w:rPr>
          <w:b/>
          <w:bCs/>
        </w:rPr>
        <w:t xml:space="preserve"> </w:t>
      </w:r>
      <w:r>
        <w:rPr>
          <w:b/>
          <w:bCs/>
        </w:rPr>
        <w:t xml:space="preserve">salt since he was shocked, in July, to discover how few pounds were left.</w:t>
      </w:r>
      <w:r>
        <w:br/>
      </w:r>
      <w:r>
        <w:t xml:space="preserve">    (a) restricted the amount used of something</w:t>
      </w:r>
      <w:r>
        <w:br/>
      </w:r>
      <w:r>
        <w:t xml:space="preserve">    (b) a non-doctor who assisted a women in childbirth</w:t>
      </w:r>
      <w:r>
        <w:br/>
      </w:r>
      <w:r>
        <w:t xml:space="preserve">    (c) not controlled, prevented, or made less intense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Randy thought, it must be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transistor radio</w:t>
      </w:r>
      <w:r>
        <w:rPr>
          <w:b/>
          <w:bCs/>
        </w:rPr>
        <w:t xml:space="preserve">, started up again, but at the same time he knew this was impossible because he long ago had thrown away the dead batteries.</w:t>
      </w:r>
      <w:r>
        <w:br/>
      </w:r>
      <w:r>
        <w:t xml:space="preserve">    (a) a type of small portable radio</w:t>
      </w:r>
      <w:r>
        <w:br/>
      </w:r>
      <w:r>
        <w:t xml:space="preserve">    (b) a change; or a changed version</w:t>
      </w:r>
      <w:r>
        <w:br/>
      </w:r>
      <w:r>
        <w:t xml:space="preserve">    (c) confidential or secret meeting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2026-07-31T19:16:31Z</dcterms:created>
  <dcterms:modified xsi:type="dcterms:W3CDTF">2026-07-31T19:16:31Z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