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608b4e5eff5ac7b18f99ec3bb6a542f9cc2820d"/>
    <w:p>
      <w:pPr>
        <w:pStyle w:val="Heading1"/>
      </w:pPr>
      <w:r>
        <w:rPr>
          <w:b/>
          <w:bCs/>
        </w:rPr>
        <w:t xml:space="preserve">Al Gore Concession Speech</w:t>
      </w:r>
      <w:r>
        <w:br/>
      </w:r>
      <w:r>
        <w:rPr>
          <w:i/>
          <w:iCs/>
        </w:rPr>
        <w:t xml:space="preserve">Al Gore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Almost a century and a half ago, Senator Stephen Douglas told Abraham Lincoln, who had just defeated him for the presidency, "Partisan feeling must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yield</w:t>
      </w:r>
      <w:r>
        <w:rPr>
          <w:b/>
          <w:bCs/>
        </w:rPr>
        <w:t xml:space="preserve"> </w:t>
      </w:r>
      <w:r>
        <w:rPr>
          <w:b/>
          <w:bCs/>
        </w:rPr>
        <w:t xml:space="preserve">to patriotism."</w:t>
      </w:r>
      <w:r>
        <w:br/>
      </w:r>
      <w:r>
        <w:t xml:space="preserve">    (a) an involuntary vomiting spasm</w:t>
      </w:r>
      <w:r>
        <w:br/>
      </w:r>
      <w:r>
        <w:t xml:space="preserve">    (b) give in</w:t>
      </w:r>
      <w:r>
        <w:br/>
      </w:r>
      <w:r>
        <w:t xml:space="preserve">    (c) select (on a computer screen)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Well, in that same spirit, I say to President-elect Bush that what remains of partisan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rancor</w:t>
      </w:r>
      <w:r>
        <w:rPr>
          <w:b/>
          <w:bCs/>
        </w:rPr>
        <w:t xml:space="preserve"> </w:t>
      </w:r>
      <w:r>
        <w:rPr>
          <w:b/>
          <w:bCs/>
        </w:rPr>
        <w:t xml:space="preserve">must now be put aside, and may God bless his stewardship of this country.</w:t>
      </w:r>
      <w:r>
        <w:br/>
      </w:r>
      <w:r>
        <w:t xml:space="preserve">    (a) a firm decision to do something</w:t>
      </w:r>
      <w:r>
        <w:br/>
      </w:r>
      <w:r>
        <w:t xml:space="preserve">    (b) deep and bitter anger or hatred</w:t>
      </w:r>
      <w:r>
        <w:br/>
      </w:r>
      <w:r>
        <w:t xml:space="preserve">    (c) measure of general intelligence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Yet it came, and now it has ended, resolved, as it must be resolved, through the honored institutions of our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democracy</w:t>
      </w:r>
      <w:r>
        <w:rPr>
          <w:b/>
          <w:bCs/>
        </w:rPr>
        <w:t xml:space="preserve">.</w:t>
      </w:r>
      <w:r>
        <w:br/>
      </w:r>
      <w:r>
        <w:t xml:space="preserve">    (a) lack of interest; or the process of stopping interaction or interest</w:t>
      </w:r>
      <w:r>
        <w:br/>
      </w:r>
      <w:r>
        <w:t xml:space="preserve">    (b) relating to logical examination of something to better understand it</w:t>
      </w:r>
      <w:r>
        <w:br/>
      </w:r>
      <w:r>
        <w:t xml:space="preserve">    (c) a system of government in which citizens have power with equal votes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That's the ruling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principle</w:t>
      </w:r>
      <w:r>
        <w:rPr>
          <w:b/>
          <w:bCs/>
        </w:rPr>
        <w:t xml:space="preserve"> </w:t>
      </w:r>
      <w:r>
        <w:rPr>
          <w:b/>
          <w:bCs/>
        </w:rPr>
        <w:t xml:space="preserve">of American freedom, the source of our democratic liberties.</w:t>
      </w:r>
      <w:r>
        <w:br/>
      </w:r>
      <w:r>
        <w:t xml:space="preserve">    (a) the act of forgiving</w:t>
      </w:r>
      <w:r>
        <w:br/>
      </w:r>
      <w:r>
        <w:t xml:space="preserve">    (b) basic rule or belief</w:t>
      </w:r>
      <w:r>
        <w:br/>
      </w:r>
      <w:r>
        <w:t xml:space="preserve">    (c) narrow water passage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accept the finality of this outcome which will be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ratified</w:t>
      </w:r>
      <w:r>
        <w:rPr>
          <w:b/>
          <w:bCs/>
        </w:rPr>
        <w:t xml:space="preserve"> </w:t>
      </w:r>
      <w:r>
        <w:rPr>
          <w:b/>
          <w:bCs/>
        </w:rPr>
        <w:t xml:space="preserve">next Monday in the Electoral College.</w:t>
      </w:r>
      <w:r>
        <w:br/>
      </w:r>
      <w:r>
        <w:t xml:space="preserve">    (a) restored</w:t>
      </w:r>
      <w:r>
        <w:br/>
      </w:r>
      <w:r>
        <w:t xml:space="preserve">    (b) not said</w:t>
      </w:r>
      <w:r>
        <w:br/>
      </w:r>
      <w:r>
        <w:t xml:space="preserve">    (c) approved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But in one of God's unforeseen paths, this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belatedly</w:t>
      </w:r>
      <w:r>
        <w:rPr>
          <w:b/>
          <w:bCs/>
        </w:rPr>
        <w:t xml:space="preserve"> </w:t>
      </w:r>
      <w:r>
        <w:rPr>
          <w:b/>
          <w:bCs/>
        </w:rPr>
        <w:t xml:space="preserve">broken impasse can point us all to a new common ground, for its very closeness can serve to remind us that we are one people with a shared history and a shared destiny.</w:t>
      </w:r>
      <w:r>
        <w:br/>
      </w:r>
      <w:r>
        <w:t xml:space="preserve">    (a) in a manner that does not change</w:t>
      </w:r>
      <w:r>
        <w:br/>
      </w:r>
      <w:r>
        <w:t xml:space="preserve">    (b) in a manner that deserves praise</w:t>
      </w:r>
      <w:r>
        <w:br/>
      </w:r>
      <w:r>
        <w:t xml:space="preserve">    (c) after the expected or usual time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Other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disputes</w:t>
      </w:r>
      <w:r>
        <w:rPr>
          <w:b/>
          <w:bCs/>
        </w:rPr>
        <w:t xml:space="preserve"> </w:t>
      </w:r>
      <w:r>
        <w:rPr>
          <w:b/>
          <w:bCs/>
        </w:rPr>
        <w:t xml:space="preserve">have dragged on for weeks before reaching resolution.</w:t>
      </w:r>
      <w:r>
        <w:br/>
      </w:r>
      <w:r>
        <w:t xml:space="preserve">    (a) People who are of lower rank or status</w:t>
      </w:r>
      <w:r>
        <w:br/>
      </w:r>
      <w:r>
        <w:t xml:space="preserve">    (b) things that affect a result or outcome</w:t>
      </w:r>
      <w:r>
        <w:br/>
      </w:r>
      <w:r>
        <w:t xml:space="preserve">    (c) disagreements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Other disputes have dragged on for weeks before reaching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resolution</w:t>
      </w:r>
      <w:r>
        <w:rPr>
          <w:b/>
          <w:bCs/>
        </w:rPr>
        <w:t xml:space="preserve">.</w:t>
      </w:r>
      <w:r>
        <w:br/>
      </w:r>
      <w:r>
        <w:t xml:space="preserve">    (a) wrong understanding</w:t>
      </w:r>
      <w:r>
        <w:br/>
      </w:r>
      <w:r>
        <w:t xml:space="preserve">    (b) solution or outcome</w:t>
      </w:r>
      <w:r>
        <w:br/>
      </w:r>
      <w:r>
        <w:t xml:space="preserve">    (c) act of hiring again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each time, both the victor and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vanquished</w:t>
      </w:r>
      <w:r>
        <w:rPr>
          <w:b/>
          <w:bCs/>
        </w:rPr>
        <w:t xml:space="preserve"> </w:t>
      </w:r>
      <w:r>
        <w:rPr>
          <w:b/>
          <w:bCs/>
        </w:rPr>
        <w:t xml:space="preserve">have accepted the result peacefully and in the spirit of reconciliation.</w:t>
      </w:r>
      <w:r>
        <w:br/>
      </w:r>
      <w:r>
        <w:t xml:space="preserve">    (a) completely defeated</w:t>
      </w:r>
      <w:r>
        <w:br/>
      </w:r>
      <w:r>
        <w:t xml:space="preserve">    (b) excessively excited</w:t>
      </w:r>
      <w:r>
        <w:br/>
      </w:r>
      <w:r>
        <w:t xml:space="preserve">    (c) nervous or confused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personally will be at his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disposal</w:t>
      </w:r>
      <w:r>
        <w:rPr>
          <w:b/>
          <w:bCs/>
        </w:rPr>
        <w:t xml:space="preserve">, and I call on all Americans -- I particularly urge all who stood with us to unite behind our next president.</w:t>
      </w:r>
      <w:r>
        <w:br/>
      </w:r>
      <w:r>
        <w:t xml:space="preserve">    (a) the process of controlling (how something turns out)</w:t>
      </w:r>
      <w:r>
        <w:br/>
      </w:r>
      <w:r>
        <w:t xml:space="preserve">    (b) the taking on or adoption of power or responsibility</w:t>
      </w:r>
      <w:r>
        <w:br/>
      </w:r>
      <w:r>
        <w:t xml:space="preserve">    (c) command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2026-07-31T18:47:21Z</dcterms:created>
  <dcterms:modified xsi:type="dcterms:W3CDTF">2026-07-31T18:47:21Z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