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fc402f397e8fdaaa44382793ac057bf823d4b4"/>
    <w:p>
      <w:pPr>
        <w:pStyle w:val="Heading1"/>
      </w:pPr>
      <w:r>
        <w:rPr>
          <w:b/>
          <w:bCs/>
        </w:rPr>
        <w:t xml:space="preserve">After the First Death</w:t>
      </w:r>
      <w:r>
        <w:br/>
      </w:r>
      <w:r>
        <w:rPr>
          <w:i/>
          <w:iCs/>
        </w:rPr>
        <w:t xml:space="preserve">Robert Cormier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deduced</w:t>
      </w:r>
      <w:r>
        <w:rPr>
          <w:b/>
          <w:bCs/>
        </w:rPr>
        <w:t xml:space="preserve">, reflecting on the Bus, that this would be the best way to shuffle off this mortal coil.</w:t>
      </w:r>
      <w:r>
        <w:br/>
      </w:r>
      <w:r>
        <w:t xml:space="preserve">    (a) not roughly calculated</w:t>
      </w:r>
      <w:r>
        <w:br/>
      </w:r>
      <w:r>
        <w:t xml:space="preserve">    (b) concluded by reasoning</w:t>
      </w:r>
      <w:r>
        <w:br/>
      </w:r>
      <w:r>
        <w:t xml:space="preserve">    (c) influenced or effected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reminded me of old movies on television where someone is screaming hysterically and someone else slaps; the screamer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hysterics</w:t>
      </w:r>
      <w:r>
        <w:rPr>
          <w:b/>
          <w:bCs/>
        </w:rPr>
        <w:t xml:space="preserve"> </w:t>
      </w:r>
      <w:r>
        <w:rPr>
          <w:b/>
          <w:bCs/>
        </w:rPr>
        <w:t xml:space="preserve">die down.</w:t>
      </w:r>
      <w:r>
        <w:br/>
      </w:r>
      <w:r>
        <w:t xml:space="preserve">    (a) settings or situations in which things occur</w:t>
      </w:r>
      <w:r>
        <w:br/>
      </w:r>
      <w:r>
        <w:t xml:space="preserve">    (b) public commendations or statements of praise</w:t>
      </w:r>
      <w:r>
        <w:br/>
      </w:r>
      <w:r>
        <w:t xml:space="preserve">    (c) a state of excessive, uncontrollable emotion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candy had been treated with a tranquilizer, a drug strong enough to render the children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docile</w:t>
      </w:r>
      <w:r>
        <w:rPr>
          <w:b/>
          <w:bCs/>
        </w:rPr>
        <w:t xml:space="preserve"> </w:t>
      </w:r>
      <w:r>
        <w:rPr>
          <w:b/>
          <w:bCs/>
        </w:rPr>
        <w:t xml:space="preserve">and passive within a few minutes.</w:t>
      </w:r>
      <w:r>
        <w:br/>
      </w:r>
      <w:r>
        <w:t xml:space="preserve">    (a) tendency to be direct in a disagreeable, insensitive manner</w:t>
      </w:r>
      <w:r>
        <w:br/>
      </w:r>
      <w:r>
        <w:t xml:space="preserve">    (b) easily led or managed -- perhaps submissive or well-behaved</w:t>
      </w:r>
      <w:r>
        <w:br/>
      </w:r>
      <w:r>
        <w:t xml:space="preserve">    (c) the degree or quality of being exactly vertical or straight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merely want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divert</w:t>
      </w:r>
      <w:r>
        <w:rPr>
          <w:b/>
          <w:bCs/>
        </w:rPr>
        <w:t xml:space="preserve"> </w:t>
      </w:r>
      <w:r>
        <w:rPr>
          <w:b/>
          <w:bCs/>
        </w:rPr>
        <w:t xml:space="preserve">the bus from its course for a few minutes.</w:t>
      </w:r>
      <w:r>
        <w:br/>
      </w:r>
      <w:r>
        <w:t xml:space="preserve">    (a) change the direction</w:t>
      </w:r>
      <w:r>
        <w:br/>
      </w:r>
      <w:r>
        <w:t xml:space="preserve">    (b) reinforce the importance</w:t>
      </w:r>
      <w:r>
        <w:br/>
      </w:r>
      <w:r>
        <w:t xml:space="preserve">    (c) study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looked across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ravine</w:t>
      </w:r>
      <w:r>
        <w:rPr>
          <w:b/>
          <w:bCs/>
        </w:rPr>
        <w:t xml:space="preserve"> </w:t>
      </w:r>
      <w:r>
        <w:rPr>
          <w:b/>
          <w:bCs/>
        </w:rPr>
        <w:t xml:space="preserve">to the old pavilion building.</w:t>
      </w:r>
      <w:r>
        <w:br/>
      </w:r>
      <w:r>
        <w:t xml:space="preserve">    (a) describing someone as antisocial</w:t>
      </w:r>
      <w:r>
        <w:br/>
      </w:r>
      <w:r>
        <w:t xml:space="preserve">    (b) deep, narrow, steep-sided valley</w:t>
      </w:r>
      <w:r>
        <w:br/>
      </w:r>
      <w:r>
        <w:t xml:space="preserve">    (c) another battle with the same foe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Because I knew a phone call would be useless,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futile</w:t>
      </w:r>
      <w:r>
        <w:rPr>
          <w:b/>
          <w:bCs/>
        </w:rPr>
        <w:t xml:space="preserve"> </w:t>
      </w:r>
      <w:r>
        <w:rPr>
          <w:b/>
          <w:bCs/>
        </w:rPr>
        <w:t xml:space="preserve">gesture.</w:t>
      </w:r>
      <w:r>
        <w:br/>
      </w:r>
      <w:r>
        <w:t xml:space="preserve">    (a) not capable of being better understood through detailed examination</w:t>
      </w:r>
      <w:r>
        <w:br/>
      </w:r>
      <w:r>
        <w:t xml:space="preserve">    (b) effort that is pointless because it is unproductive or unsuccessful</w:t>
      </w:r>
      <w:r>
        <w:br/>
      </w:r>
      <w:r>
        <w:t xml:space="preserve">    (c) clear, easily noticed, and/or identifiable as different or separate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would also be able to watch the woods on both sides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chasm</w:t>
      </w:r>
      <w:r>
        <w:rPr>
          <w:b/>
          <w:bCs/>
        </w:rPr>
        <w:t xml:space="preserve"> </w:t>
      </w:r>
      <w:r>
        <w:rPr>
          <w:b/>
          <w:bCs/>
        </w:rPr>
        <w:t xml:space="preserve">for snipers.</w:t>
      </w:r>
      <w:r>
        <w:br/>
      </w:r>
      <w:r>
        <w:t xml:space="preserve">    (a) a large gap or divide</w:t>
      </w:r>
      <w:r>
        <w:br/>
      </w:r>
      <w:r>
        <w:t xml:space="preserve">    (b) a nerve or brain cell</w:t>
      </w:r>
      <w:r>
        <w:br/>
      </w:r>
      <w:r>
        <w:t xml:space="preserve">    (c) long eventful journey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 of the children were still in a land of half stupor,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languid</w:t>
      </w:r>
      <w:r>
        <w:rPr>
          <w:b/>
          <w:bCs/>
        </w:rPr>
        <w:t xml:space="preserve">, like limp rags.</w:t>
      </w:r>
      <w:r>
        <w:br/>
      </w:r>
      <w:r>
        <w:t xml:space="preserve">    (a) having little energy and moving slowly</w:t>
      </w:r>
      <w:r>
        <w:br/>
      </w:r>
      <w:r>
        <w:t xml:space="preserve">    (b) without involvement of anything in between</w:t>
      </w:r>
      <w:r>
        <w:br/>
      </w:r>
      <w:r>
        <w:t xml:space="preserve">    (c) mental activity of which one is self-aware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abruptly as the sound and movement began, so did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cease</w:t>
      </w:r>
      <w:r>
        <w:rPr>
          <w:b/>
          <w:bCs/>
        </w:rPr>
        <w:t xml:space="preserve">.</w:t>
      </w:r>
      <w:r>
        <w:br/>
      </w:r>
      <w:r>
        <w:t xml:space="preserve">    (a) gain advantage from</w:t>
      </w:r>
      <w:r>
        <w:br/>
      </w:r>
      <w:r>
        <w:t xml:space="preserve">    (b) stop or discontinue</w:t>
      </w:r>
      <w:r>
        <w:br/>
      </w:r>
      <w:r>
        <w:t xml:space="preserve">    (c) influence or effect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agree that we appear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vulnerable</w:t>
      </w:r>
      <w:r>
        <w:rPr>
          <w:b/>
          <w:bCs/>
        </w:rPr>
        <w:t xml:space="preserve">.</w:t>
      </w:r>
      <w:r>
        <w:br/>
      </w:r>
      <w:r>
        <w:t xml:space="preserve">    (a) suffering from too few red blood cells</w:t>
      </w:r>
      <w:r>
        <w:br/>
      </w:r>
      <w:r>
        <w:br/>
      </w:r>
      <w:r>
        <w:t xml:space="preserve">or (less commonly):  lacking vitality</w:t>
      </w:r>
      <w:r>
        <w:br/>
      </w:r>
      <w:r>
        <w:t xml:space="preserve">    (b) easily hurt or in need of help; or easily influenced or subject to temptation</w:t>
      </w:r>
      <w:r>
        <w:br/>
      </w:r>
      <w:r>
        <w:t xml:space="preserve">    (c) having the characteristic of or relating to bouncing back light/heat/sound...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would set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precedent</w:t>
      </w:r>
      <w:r>
        <w:rPr>
          <w:b/>
          <w:bCs/>
        </w:rPr>
        <w:t xml:space="preserve"> </w:t>
      </w:r>
      <w:r>
        <w:rPr>
          <w:b/>
          <w:bCs/>
        </w:rPr>
        <w:t xml:space="preserve">that could touch off mass hijackings, the way it's happened in other countries.</w:t>
      </w:r>
      <w:r>
        <w:br/>
      </w:r>
      <w:r>
        <w:t xml:space="preserve">    (a) an example from a prior time -- typically used to justify similar occurrences at a later time (especially a judicial decision)</w:t>
      </w:r>
      <w:r>
        <w:br/>
      </w:r>
      <w:r>
        <w:t xml:space="preserve">    (b) related to a mental illness most commonly associated with undeveloped social abilities, language, and other communication skills</w:t>
      </w:r>
      <w:r>
        <w:br/>
      </w:r>
      <w:r>
        <w:t xml:space="preserve">    (c) related to accepting someone's membership though a special procedure such as a ceremony and/or period of instruction and/or test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Home is a thousand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alliances</w:t>
      </w:r>
      <w:r>
        <w:rPr>
          <w:b/>
          <w:bCs/>
        </w:rPr>
        <w:t xml:space="preserve"> </w:t>
      </w:r>
      <w:r>
        <w:rPr>
          <w:b/>
          <w:bCs/>
        </w:rPr>
        <w:t xml:space="preserve">away.</w:t>
      </w:r>
      <w:r>
        <w:br/>
      </w:r>
      <w:r>
        <w:t xml:space="preserve">    (a) associations formed to support common interests</w:t>
      </w:r>
      <w:r>
        <w:br/>
      </w:r>
      <w:r>
        <w:t xml:space="preserve">    (b) associations formed to support common interests</w:t>
      </w:r>
      <w:r>
        <w:br/>
      </w:r>
      <w:r>
        <w:t xml:space="preserve">    (c) senses of isolation due to competing interests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caught her breath,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pondering</w:t>
      </w:r>
      <w:r>
        <w:rPr>
          <w:b/>
          <w:bCs/>
        </w:rPr>
        <w:t xml:space="preserve"> </w:t>
      </w:r>
      <w:r>
        <w:rPr>
          <w:b/>
          <w:bCs/>
        </w:rPr>
        <w:t xml:space="preserve">a new thought:</w:t>
      </w:r>
      <w:r>
        <w:br/>
      </w:r>
      <w:r>
        <w:t xml:space="preserve">    (a) finding, searching, or researching</w:t>
      </w:r>
      <w:r>
        <w:br/>
      </w:r>
      <w:r>
        <w:t xml:space="preserve">    (b) learning, discovering, or deciding</w:t>
      </w:r>
      <w:r>
        <w:br/>
      </w:r>
      <w:r>
        <w:t xml:space="preserve">    (c) thinking deeply or carefully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seduced her with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pathetic</w:t>
      </w:r>
      <w:r>
        <w:rPr>
          <w:b/>
          <w:bCs/>
        </w:rPr>
        <w:t xml:space="preserve"> </w:t>
      </w:r>
      <w:r>
        <w:rPr>
          <w:b/>
          <w:bCs/>
        </w:rPr>
        <w:t xml:space="preserve">tale of wandering through the camps as a child and had somehow enlisted her sympathy.</w:t>
      </w:r>
      <w:r>
        <w:br/>
      </w:r>
      <w:r>
        <w:t xml:space="preserve">    (a) pitiful (arousing pity)</w:t>
      </w:r>
      <w:r>
        <w:br/>
      </w:r>
      <w:r>
        <w:t xml:space="preserve">    (b) not sensible or careful</w:t>
      </w:r>
      <w:r>
        <w:br/>
      </w:r>
      <w:r>
        <w:t xml:space="preserve">    (c) unable to get closer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Someone had written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theme</w:t>
      </w:r>
      <w:r>
        <w:rPr>
          <w:b/>
          <w:bCs/>
        </w:rPr>
        <w:t xml:space="preserve"> </w:t>
      </w:r>
      <w:r>
        <w:rPr>
          <w:b/>
          <w:bCs/>
        </w:rPr>
        <w:t xml:space="preserve">paper on the topic: in school.</w:t>
      </w:r>
      <w:r>
        <w:br/>
      </w:r>
      <w:r>
        <w:t xml:space="preserve">    (a) something taken on or adopted</w:t>
      </w:r>
      <w:r>
        <w:br/>
      </w:r>
      <w:r>
        <w:t xml:space="preserve">    (b) an essay written by a student</w:t>
      </w:r>
      <w:r>
        <w:br/>
      </w:r>
      <w:r>
        <w:t xml:space="preserve">    (c) aka analysist -- psychiatrist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snow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obscured</w:t>
      </w:r>
      <w:r>
        <w:rPr>
          <w:b/>
          <w:bCs/>
        </w:rPr>
        <w:t xml:space="preserve"> </w:t>
      </w:r>
      <w:r>
        <w:rPr>
          <w:b/>
          <w:bCs/>
        </w:rPr>
        <w:t xml:space="preserve">the footpaths,</w:t>
      </w:r>
      <w:r>
        <w:br/>
      </w:r>
      <w:r>
        <w:t xml:space="preserve">    (a) emphasized (called attention to something)</w:t>
      </w:r>
      <w:r>
        <w:br/>
      </w:r>
      <w:r>
        <w:t xml:space="preserve">    (b) not fit for service to humans or home life</w:t>
      </w:r>
      <w:r>
        <w:br/>
      </w:r>
      <w:r>
        <w:t xml:space="preserve">    (c) made less visible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eyes were half closed as he sprawled in the seat, pretending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indifference</w:t>
      </w:r>
      <w:r>
        <w:rPr>
          <w:b/>
          <w:bCs/>
        </w:rPr>
        <w:t xml:space="preserve">.</w:t>
      </w:r>
      <w:r>
        <w:br/>
      </w:r>
      <w:r>
        <w:t xml:space="preserve">    (a) chaotic disorder</w:t>
      </w:r>
      <w:r>
        <w:br/>
      </w:r>
      <w:r>
        <w:t xml:space="preserve">    (b) risky investment</w:t>
      </w:r>
      <w:r>
        <w:br/>
      </w:r>
      <w:r>
        <w:t xml:space="preserve">    (c) lack of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been his first target and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eluded</w:t>
      </w:r>
      <w:r>
        <w:rPr>
          <w:b/>
          <w:bCs/>
        </w:rPr>
        <w:t xml:space="preserve"> </w:t>
      </w:r>
      <w:r>
        <w:rPr>
          <w:b/>
          <w:bCs/>
        </w:rPr>
        <w:t xml:space="preserve">him.</w:t>
      </w:r>
      <w:r>
        <w:br/>
      </w:r>
      <w:r>
        <w:t xml:space="preserve">    (a) avoided (got away from)</w:t>
      </w:r>
      <w:r>
        <w:br/>
      </w:r>
      <w:r>
        <w:t xml:space="preserve">    (b) requested or challenged</w:t>
      </w:r>
      <w:r>
        <w:br/>
      </w:r>
      <w:r>
        <w:t xml:space="preserve">    (c) not taken on or adopted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</w:t>
      </w:r>
      <w:r>
        <w:rPr>
          <w:b/>
          <w:bCs/>
        </w:rPr>
        <w:t xml:space="preserve"> </w:t>
      </w:r>
      <w:r>
        <w:rPr>
          <w:b/>
          <w:bCs/>
        </w:rPr>
        <w:t xml:space="preserve">for the boy.</w:t>
      </w:r>
      <w:r>
        <w:br/>
      </w:r>
      <w:r>
        <w:t xml:space="preserve">    (a) lack of respect</w:t>
      </w:r>
      <w:r>
        <w:br/>
      </w:r>
      <w:r>
        <w:t xml:space="preserve">    (b) prejudice or unfair treatment</w:t>
      </w:r>
      <w:r>
        <w:br/>
      </w:r>
      <w:r>
        <w:t xml:space="preserve">    (c) frustration at being treated unfairly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she had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persist</w:t>
      </w:r>
      <w:r>
        <w:rPr>
          <w:b/>
          <w:bCs/>
        </w:rPr>
        <w:t xml:space="preserve">.</w:t>
      </w:r>
      <w:r>
        <w:br/>
      </w:r>
      <w:r>
        <w:t xml:space="preserve">    (a) disagree</w:t>
      </w:r>
      <w:r>
        <w:br/>
      </w:r>
      <w:r>
        <w:t xml:space="preserve">    (b) subtract</w:t>
      </w:r>
      <w:r>
        <w:br/>
      </w:r>
      <w:r>
        <w:t xml:space="preserve">    (c) continue -- often despite difficulty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2026-07-31T18:09:47Z</dcterms:created>
  <dcterms:modified xsi:type="dcterms:W3CDTF">2026-07-31T18:09:47Z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