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08a525bf43ea88f6e78f2cfe745dc125d5801b"/>
    <w:p>
      <w:pPr>
        <w:pStyle w:val="Heading1"/>
      </w:pPr>
      <w:r>
        <w:rPr>
          <w:b/>
          <w:bCs/>
        </w:rPr>
        <w:t xml:space="preserve">After Dark</w:t>
      </w:r>
      <w:r>
        <w:br/>
      </w:r>
      <w:r>
        <w:rPr>
          <w:i/>
          <w:iCs/>
        </w:rPr>
        <w:t xml:space="preserve">Haruki Murakami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struggles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abstract</w:t>
      </w:r>
      <w:r>
        <w:rPr>
          <w:b/>
          <w:bCs/>
        </w:rPr>
        <w:t xml:space="preserve"> </w:t>
      </w:r>
      <w:r>
        <w:rPr>
          <w:b/>
          <w:bCs/>
        </w:rPr>
        <w:t xml:space="preserve">reasoning.</w:t>
      </w:r>
      <w:r>
        <w:br/>
      </w:r>
      <w:r>
        <w:t xml:space="preserve">    (a) pressured</w:t>
      </w:r>
      <w:r>
        <w:br/>
      </w:r>
      <w:r>
        <w:t xml:space="preserve">    (b) concrete</w:t>
      </w:r>
      <w:r>
        <w:br/>
      </w:r>
      <w:r>
        <w:t xml:space="preserve">    (c) theoretical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a numbers-tested,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analytical</w:t>
      </w:r>
      <w:r>
        <w:rPr>
          <w:b/>
          <w:bCs/>
        </w:rPr>
        <w:t xml:space="preserve"> </w:t>
      </w:r>
      <w:r>
        <w:rPr>
          <w:b/>
          <w:bCs/>
        </w:rPr>
        <w:t xml:space="preserve">approach to advertising.</w:t>
      </w:r>
      <w:r>
        <w:br/>
      </w:r>
      <w:r>
        <w:t xml:space="preserve">    (a) creative and artistic</w:t>
      </w:r>
      <w:r>
        <w:br/>
      </w:r>
      <w:r>
        <w:t xml:space="preserve">    (b) logical and systematic</w:t>
      </w:r>
      <w:r>
        <w:br/>
      </w:r>
      <w:r>
        <w:t xml:space="preserve">    (c) loud and aggressive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Washington fails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comprehend</w:t>
      </w:r>
      <w:r>
        <w:rPr>
          <w:b/>
          <w:bCs/>
        </w:rPr>
        <w:t xml:space="preserve"> </w:t>
      </w:r>
      <w:r>
        <w:rPr>
          <w:b/>
          <w:bCs/>
        </w:rPr>
        <w:t xml:space="preserve">the change in China's strategy.</w:t>
      </w:r>
      <w:r>
        <w:br/>
      </w:r>
      <w:r>
        <w:t xml:space="preserve">    (a) regard respectfully</w:t>
      </w:r>
      <w:r>
        <w:br/>
      </w:r>
      <w:r>
        <w:t xml:space="preserve">    (b) respond adequately to</w:t>
      </w:r>
      <w:r>
        <w:br/>
      </w:r>
      <w:r>
        <w:t xml:space="preserve">    (c) fully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the sentence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</w:t>
      </w:r>
      <w:r>
        <w:rPr>
          <w:b/>
          <w:bCs/>
        </w:rPr>
        <w:t xml:space="preserve"> </w:t>
      </w:r>
      <w:r>
        <w:rPr>
          <w:b/>
          <w:bCs/>
        </w:rPr>
        <w:t xml:space="preserve">what is said in the previous paragraph?</w:t>
      </w:r>
      <w:r>
        <w:br/>
      </w:r>
      <w:r>
        <w:t xml:space="preserve">    (a) reinforce</w:t>
      </w:r>
      <w:r>
        <w:br/>
      </w:r>
      <w:r>
        <w:t xml:space="preserve">    (b) disagree with</w:t>
      </w:r>
      <w:r>
        <w:br/>
      </w:r>
      <w:r>
        <w:t xml:space="preserve">    (c) expand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express</w:t>
      </w:r>
      <w:r>
        <w:br/>
      </w:r>
      <w:r>
        <w:t xml:space="preserve">    (b) accept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chopped the vegetables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deft</w:t>
      </w:r>
      <w:r>
        <w:rPr>
          <w:b/>
          <w:bCs/>
        </w:rPr>
        <w:t xml:space="preserve">, sure movements.</w:t>
      </w:r>
      <w:r>
        <w:br/>
      </w:r>
      <w:r>
        <w:t xml:space="preserve">    (a) rotating</w:t>
      </w:r>
      <w:r>
        <w:br/>
      </w:r>
      <w:r>
        <w:t xml:space="preserve">    (b) small and firm</w:t>
      </w:r>
      <w:r>
        <w:br/>
      </w:r>
      <w:r>
        <w:t xml:space="preserve">    (c) quick &amp; skillful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deliberately</w:t>
      </w:r>
      <w:r>
        <w:rPr>
          <w:b/>
          <w:bCs/>
        </w:rPr>
        <w:t xml:space="preserve"> </w:t>
      </w:r>
      <w:r>
        <w:rPr>
          <w:b/>
          <w:bCs/>
        </w:rPr>
        <w:t xml:space="preserve">added false information to the Wikipedia page.</w:t>
      </w:r>
      <w:r>
        <w:br/>
      </w:r>
      <w:r>
        <w:t xml:space="preserve">    (a) carelessly</w:t>
      </w:r>
      <w:r>
        <w:br/>
      </w:r>
      <w:r>
        <w:t xml:space="preserve">    (b) intentionally</w:t>
      </w:r>
      <w:r>
        <w:br/>
      </w:r>
      <w:r>
        <w:t xml:space="preserve">    (c) accidentally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wasn't accustomed to cold weather, but she managed to cross the icy street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</w:t>
      </w:r>
      <w:r>
        <w:rPr>
          <w:b/>
          <w:bCs/>
        </w:rPr>
        <w:t xml:space="preserve"> </w:t>
      </w:r>
      <w:r>
        <w:rPr>
          <w:b/>
          <w:bCs/>
        </w:rPr>
        <w:t xml:space="preserve">care.</w:t>
      </w:r>
      <w:r>
        <w:br/>
      </w:r>
      <w:r>
        <w:t xml:space="preserve">    (a) quick and energetic</w:t>
      </w:r>
      <w:r>
        <w:br/>
      </w:r>
      <w:r>
        <w:t xml:space="preserve">    (b) slow and careful</w:t>
      </w:r>
      <w:r>
        <w:br/>
      </w:r>
      <w:r>
        <w:t xml:space="preserve">    (c) very little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casual, go-with-the-flow personality and doesn't appreciate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earnestness</w:t>
      </w:r>
      <w:r>
        <w:rPr>
          <w:b/>
          <w:bCs/>
        </w:rPr>
        <w:t xml:space="preserve">.</w:t>
      </w:r>
      <w:r>
        <w:br/>
      </w:r>
      <w:r>
        <w:t xml:space="preserve">    (a) frivolous attitude</w:t>
      </w:r>
      <w:r>
        <w:br/>
      </w:r>
      <w:r>
        <w:t xml:space="preserve">    (b) falseness</w:t>
      </w:r>
      <w:r>
        <w:br/>
      </w:r>
      <w:r>
        <w:t xml:space="preserve">    (c) seriousness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locked box with no key remained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enigma</w:t>
      </w:r>
      <w:r>
        <w:rPr>
          <w:b/>
          <w:bCs/>
        </w:rPr>
        <w:t xml:space="preserve"> </w:t>
      </w:r>
      <w:r>
        <w:rPr>
          <w:b/>
          <w:bCs/>
        </w:rPr>
        <w:t xml:space="preserve">to everyone in the room.</w:t>
      </w:r>
      <w:r>
        <w:br/>
      </w:r>
      <w:r>
        <w:t xml:space="preserve">    (a) simple task</w:t>
      </w:r>
      <w:r>
        <w:br/>
      </w:r>
      <w:r>
        <w:t xml:space="preserve">    (b) clear answer</w:t>
      </w:r>
      <w:r>
        <w:br/>
      </w:r>
      <w:r>
        <w:t xml:space="preserve">    (c) mystery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corporation is treated as a separate legal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entity</w:t>
      </w:r>
      <w:r>
        <w:rPr>
          <w:b/>
          <w:bCs/>
        </w:rPr>
        <w:t xml:space="preserve"> </w:t>
      </w:r>
      <w:r>
        <w:rPr>
          <w:b/>
          <w:bCs/>
        </w:rPr>
        <w:t xml:space="preserve">from its owners.</w:t>
      </w:r>
      <w:r>
        <w:br/>
      </w:r>
      <w:r>
        <w:t xml:space="preserve">    (a) distinct thing or being</w:t>
      </w:r>
      <w:r>
        <w:br/>
      </w:r>
      <w:r>
        <w:t xml:space="preserve">    (b) type of legal document</w:t>
      </w:r>
      <w:r>
        <w:br/>
      </w:r>
      <w:r>
        <w:t xml:space="preserve">    (c) form of financial debt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hypothesis</w:t>
      </w:r>
      <w:r>
        <w:rPr>
          <w:b/>
          <w:bCs/>
        </w:rPr>
        <w:t xml:space="preserve"> </w:t>
      </w:r>
      <w:r>
        <w:rPr>
          <w:b/>
          <w:bCs/>
        </w:rPr>
        <w:t xml:space="preserve">was that the plants grew faster with classical music playing.</w:t>
      </w:r>
      <w:r>
        <w:br/>
      </w:r>
      <w:r>
        <w:t xml:space="preserve">    (a) unproven proposed idea</w:t>
      </w:r>
      <w:r>
        <w:br/>
      </w:r>
      <w:r>
        <w:t xml:space="preserve">    (b) well-known principle</w:t>
      </w:r>
      <w:r>
        <w:br/>
      </w:r>
      <w:r>
        <w:t xml:space="preserve">    (c) confirmed scientific fact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boat ramp has a steep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</w:t>
      </w:r>
      <w:r>
        <w:rPr>
          <w:b/>
          <w:bCs/>
        </w:rPr>
        <w:t xml:space="preserve">.</w:t>
      </w:r>
      <w:r>
        <w:br/>
      </w:r>
      <w:r>
        <w:t xml:space="preserve">    (a) price</w:t>
      </w:r>
      <w:r>
        <w:br/>
      </w:r>
      <w:r>
        <w:t xml:space="preserve">    (b) danger</w:t>
      </w:r>
      <w:r>
        <w:br/>
      </w:r>
      <w:r>
        <w:t xml:space="preserve">    (c) slope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Intuitively</w:t>
      </w:r>
      <w:r>
        <w:rPr>
          <w:b/>
          <w:bCs/>
        </w:rPr>
        <w:t xml:space="preserve">, I knew not to trust her.</w:t>
      </w:r>
      <w:r>
        <w:br/>
      </w:r>
      <w:r>
        <w:t xml:space="preserve">    (a) logically</w:t>
      </w:r>
      <w:r>
        <w:br/>
      </w:r>
      <w:r>
        <w:t xml:space="preserve">    (b) conclusively</w:t>
      </w:r>
      <w:r>
        <w:br/>
      </w:r>
      <w:r>
        <w:t xml:space="preserve">    (c) instinctively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precedent</w:t>
      </w:r>
      <w:r>
        <w:rPr>
          <w:b/>
          <w:bCs/>
        </w:rPr>
        <w:t xml:space="preserve"> </w:t>
      </w:r>
      <w:r>
        <w:rPr>
          <w:b/>
          <w:bCs/>
        </w:rPr>
        <w:t xml:space="preserve">set by the Supreme Court should be followed by all lower courts.</w:t>
      </w:r>
      <w:r>
        <w:br/>
      </w:r>
      <w:r>
        <w:t xml:space="preserve">    (a) a law passed by the legislature</w:t>
      </w:r>
      <w:r>
        <w:br/>
      </w:r>
      <w:r>
        <w:t xml:space="preserve">    (b) an exception to a general rule</w:t>
      </w:r>
      <w:r>
        <w:br/>
      </w:r>
      <w:r>
        <w:t xml:space="preserve">    (c) a decision made at a prior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preparatory</w:t>
      </w:r>
      <w:r>
        <w:rPr>
          <w:b/>
          <w:bCs/>
        </w:rPr>
        <w:t xml:space="preserve"> </w:t>
      </w:r>
      <w:r>
        <w:rPr>
          <w:b/>
          <w:bCs/>
        </w:rPr>
        <w:t xml:space="preserve">class before the difficult entrance exam.</w:t>
      </w:r>
      <w:r>
        <w:br/>
      </w:r>
      <w:r>
        <w:t xml:space="preserve">    (a) helping prepare</w:t>
      </w:r>
      <w:r>
        <w:br/>
      </w:r>
      <w:r>
        <w:t xml:space="preserve">    (b) causing trouble</w:t>
      </w:r>
      <w:r>
        <w:br/>
      </w:r>
      <w:r>
        <w:t xml:space="preserve">    (c) making easier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merger, they concluded the office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redundant</w:t>
      </w:r>
      <w:r>
        <w:rPr>
          <w:b/>
          <w:bCs/>
        </w:rPr>
        <w:t xml:space="preserve">.</w:t>
      </w:r>
      <w:r>
        <w:br/>
      </w:r>
      <w:r>
        <w:t xml:space="preserve">    (a) exactly fitting requirements</w:t>
      </w:r>
      <w:r>
        <w:br/>
      </w:r>
      <w:r>
        <w:t xml:space="preserve">    (b) less than what is required</w:t>
      </w:r>
      <w:r>
        <w:br/>
      </w:r>
      <w:r>
        <w:t xml:space="preserve">    (c) more than is needed or desired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to being embarrassed by her younger brother.</w:t>
      </w:r>
      <w:r>
        <w:br/>
      </w:r>
      <w:r>
        <w:t xml:space="preserve">    (a) with acceptance</w:t>
      </w:r>
      <w:r>
        <w:br/>
      </w:r>
      <w:r>
        <w:t xml:space="preserve">    (b) putting a stop</w:t>
      </w:r>
      <w:r>
        <w:br/>
      </w:r>
      <w:r>
        <w:t xml:space="preserve">    (c) resistant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safety measure, the school now insists that all backpacks and school bags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transparent</w:t>
      </w:r>
      <w:r>
        <w:rPr>
          <w:b/>
          <w:bCs/>
        </w:rPr>
        <w:t xml:space="preserve">.</w:t>
      </w:r>
      <w:r>
        <w:br/>
      </w:r>
      <w:r>
        <w:t xml:space="preserve">    (a) easily seen through</w:t>
      </w:r>
      <w:r>
        <w:br/>
      </w:r>
      <w:r>
        <w:t xml:space="preserve">    (b) searched upon entry</w:t>
      </w:r>
      <w:r>
        <w:br/>
      </w:r>
      <w:r>
        <w:t xml:space="preserve">    (c) weighed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unobtrusively</w:t>
      </w:r>
      <w:r>
        <w:rPr>
          <w:b/>
          <w:bCs/>
        </w:rPr>
        <w:t xml:space="preserve"> </w:t>
      </w:r>
      <w:r>
        <w:rPr>
          <w:b/>
          <w:bCs/>
        </w:rPr>
        <w:t xml:space="preserve">in the rear of the room.</w:t>
      </w:r>
      <w:r>
        <w:br/>
      </w:r>
      <w:r>
        <w:t xml:space="preserve">    (a) while shouting loudly</w:t>
      </w:r>
      <w:r>
        <w:br/>
      </w:r>
      <w:r>
        <w:t xml:space="preserve">    (b) while crying softly</w:t>
      </w:r>
      <w:r>
        <w:br/>
      </w:r>
      <w:r>
        <w:t xml:space="preserve">    (c) without drawing attention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2026-07-31T18:28:15Z</dcterms:created>
  <dcterms:modified xsi:type="dcterms:W3CDTF">2026-07-31T18:28:15Z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