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1f30135b3fa2f2a8924650ed4a43a08bf8b432"/>
    <w:p>
      <w:pPr>
        <w:pStyle w:val="Heading1"/>
      </w:pPr>
      <w:r>
        <w:rPr>
          <w:b/>
          <w:bCs/>
        </w:rPr>
        <w:t xml:space="preserve">After Dark</w:t>
      </w:r>
      <w:r>
        <w:br/>
      </w:r>
      <w:r>
        <w:rPr>
          <w:i/>
          <w:iCs/>
        </w:rPr>
        <w:t xml:space="preserve">Haruki Murakami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our broad sweep, the city looks like a single gigantic creature-or more like a single collective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entity</w:t>
      </w:r>
      <w:r>
        <w:rPr>
          <w:b/>
          <w:bCs/>
        </w:rPr>
        <w:t xml:space="preserve"> </w:t>
      </w:r>
      <w:r>
        <w:rPr>
          <w:b/>
          <w:bCs/>
        </w:rPr>
        <w:t xml:space="preserve">created by many intertwining organisms.</w:t>
      </w:r>
      <w:r>
        <w:br/>
      </w:r>
      <w:r>
        <w:t xml:space="preserve">    (a) person, organization, or anything with a separate existence</w:t>
      </w:r>
      <w:r>
        <w:br/>
      </w:r>
      <w:r>
        <w:t xml:space="preserve">    (b) an agreement to marry; or relating to an agreement to marry</w:t>
      </w:r>
      <w:r>
        <w:br/>
      </w:r>
      <w:r>
        <w:t xml:space="preserve">    (c) the act of taking someone up or receiving someone in heaven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 now and then,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</w:t>
      </w:r>
      <w:r>
        <w:rPr>
          <w:b/>
          <w:bCs/>
        </w:rPr>
        <w:t xml:space="preserve"> </w:t>
      </w:r>
      <w:r>
        <w:rPr>
          <w:b/>
          <w:bCs/>
        </w:rPr>
        <w:t xml:space="preserve">wrinkle forms between her brows.</w:t>
      </w:r>
      <w:r>
        <w:br/>
      </w:r>
      <w:r>
        <w:t xml:space="preserve">    (a) sincere or serious</w:t>
      </w:r>
      <w:r>
        <w:br/>
      </w:r>
      <w:r>
        <w:t xml:space="preserve">    (b) good or beneficial</w:t>
      </w:r>
      <w:r>
        <w:br/>
      </w:r>
      <w:r>
        <w:t xml:space="preserve">    (c) impossible to find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 these were huge, heavy boulders, so rolling them was hard, and pushing them up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</w:t>
      </w:r>
      <w:r>
        <w:rPr>
          <w:b/>
          <w:bCs/>
        </w:rPr>
        <w:t xml:space="preserve"> </w:t>
      </w:r>
      <w:r>
        <w:rPr>
          <w:b/>
          <w:bCs/>
        </w:rPr>
        <w:t xml:space="preserve">took an enormous effort.</w:t>
      </w:r>
      <w:r>
        <w:br/>
      </w:r>
      <w:r>
        <w:t xml:space="preserve">    (a) tell someone about something</w:t>
      </w:r>
      <w:r>
        <w:br/>
      </w:r>
      <w:r>
        <w:t xml:space="preserve">    (b) an angle</w:t>
      </w:r>
      <w:r>
        <w:br/>
      </w:r>
      <w:r>
        <w:t xml:space="preserve">    (c) something repeated regularly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camera draws back slowly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an image of the entire room.</w:t>
      </w:r>
      <w:r>
        <w:br/>
      </w:r>
      <w:r>
        <w:t xml:space="preserve">    (a) create dramatic change</w:t>
      </w:r>
      <w:r>
        <w:br/>
      </w:r>
      <w:r>
        <w:t xml:space="preserve">    (b) mirror back (an image)</w:t>
      </w:r>
      <w:r>
        <w:br/>
      </w:r>
      <w:r>
        <w:t xml:space="preserve">    (c) show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sense its intention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intuitively</w:t>
      </w:r>
      <w:r>
        <w:rPr>
          <w:b/>
          <w:bCs/>
        </w:rPr>
        <w:t xml:space="preserve">.</w:t>
      </w:r>
      <w:r>
        <w:br/>
      </w:r>
      <w:r>
        <w:t xml:space="preserve">    (a) instinctively (rather than through reasoning or being told)</w:t>
      </w:r>
      <w:r>
        <w:br/>
      </w:r>
      <w:r>
        <w:t xml:space="preserve">    (b) with suffering in a bad situation for a long time</w:t>
      </w:r>
      <w:r>
        <w:br/>
      </w:r>
      <w:r>
        <w:t xml:space="preserve">    (c) in a manner that is sensitive to others' feelings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performs these tasks with amazing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deftness</w:t>
      </w:r>
      <w:r>
        <w:rPr>
          <w:b/>
          <w:bCs/>
        </w:rPr>
        <w:t xml:space="preserve">, as if she does them all the time.</w:t>
      </w:r>
      <w:r>
        <w:br/>
      </w:r>
      <w:r>
        <w:t xml:space="preserve">    (a) quick and skillful</w:t>
      </w:r>
      <w:r>
        <w:br/>
      </w:r>
      <w:r>
        <w:t xml:space="preserve">    (b) not representative</w:t>
      </w:r>
      <w:r>
        <w:br/>
      </w:r>
      <w:r>
        <w:t xml:space="preserve">    (c) good or beneficial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wanted me to go to some famous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prep school</w:t>
      </w:r>
      <w:r>
        <w:rPr>
          <w:b/>
          <w:bCs/>
        </w:rPr>
        <w:t xml:space="preserve"> </w:t>
      </w:r>
      <w:r>
        <w:rPr>
          <w:b/>
          <w:bCs/>
        </w:rPr>
        <w:t xml:space="preserve">and become a doctor or a lawyer or something.</w:t>
      </w:r>
      <w:r>
        <w:br/>
      </w:r>
      <w:r>
        <w:t xml:space="preserve">    (a) injured muscles or tendons (despite calling it muscle)</w:t>
      </w:r>
      <w:r>
        <w:br/>
      </w:r>
      <w:r>
        <w:t xml:space="preserve">    (b) done to get ready for something that will happen later</w:t>
      </w:r>
      <w:r>
        <w:br/>
      </w:r>
      <w:r>
        <w:t xml:space="preserve">    (c) the idea that anything that can go wrong will go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contradictions</w:t>
      </w:r>
      <w:r>
        <w:rPr>
          <w:b/>
          <w:bCs/>
        </w:rPr>
        <w:t xml:space="preserve">, no irony.</w:t>
      </w:r>
      <w:r>
        <w:br/>
      </w:r>
      <w:r>
        <w:t xml:space="preserve">    (a) things about which one feels angry or unhappy due to having to accept them</w:t>
      </w:r>
      <w:r>
        <w:br/>
      </w:r>
      <w:r>
        <w:t xml:space="preserve">    (b) things that disagree with themselves; or (more rarely) acts of disagreeing</w:t>
      </w:r>
      <w:r>
        <w:br/>
      </w:r>
      <w:r>
        <w:t xml:space="preserve">    (c) acts of move something out of an interacting position; or acts of stopping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Unconcerned about the time and effort involved, he can handle all difficulties logically,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analytically</w:t>
      </w:r>
      <w:r>
        <w:rPr>
          <w:b/>
          <w:bCs/>
        </w:rPr>
        <w:t xml:space="preserve">.</w:t>
      </w:r>
      <w:r>
        <w:br/>
      </w:r>
      <w:r>
        <w:t xml:space="preserve">    (a) in a manner that shows care or concern for someone</w:t>
      </w:r>
      <w:r>
        <w:br/>
      </w:r>
      <w:r>
        <w:t xml:space="preserve">    (b) in the manner of a logical, systematic examination</w:t>
      </w:r>
      <w:r>
        <w:br/>
      </w:r>
      <w:r>
        <w:t xml:space="preserve">    (c) in a manner that expresses harsh criticism towards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terms of current Japanese legal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precedent</w:t>
      </w:r>
      <w:r>
        <w:rPr>
          <w:b/>
          <w:bCs/>
        </w:rPr>
        <w:t xml:space="preserve">, it was the obvious sentence for a case like that.</w:t>
      </w:r>
      <w:r>
        <w:br/>
      </w:r>
      <w:r>
        <w:t xml:space="preserve">    (a) an example from a prior time -- typically used to justify similar occurrences at a later time (especially a judicial decision)</w:t>
      </w:r>
      <w:r>
        <w:br/>
      </w:r>
      <w:r>
        <w:t xml:space="preserve">    (b) related to accepting someone's membership though a special procedure such as a ceremony and/or period of instruction and/or test</w:t>
      </w:r>
      <w:r>
        <w:br/>
      </w:r>
      <w:r>
        <w:t xml:space="preserve">    (c) related to a mental illness most commonly associated with undeveloped social abilities, language, and other communication skills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Beyond the glass, however, there is no scenery, only an uncolored space like a pure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abstract</w:t>
      </w:r>
      <w:r>
        <w:rPr>
          <w:b/>
          <w:bCs/>
        </w:rPr>
        <w:t xml:space="preserve"> </w:t>
      </w:r>
      <w:r>
        <w:rPr>
          <w:b/>
          <w:bCs/>
        </w:rPr>
        <w:t xml:space="preserve">idea.</w:t>
      </w:r>
      <w:r>
        <w:br/>
      </w:r>
      <w:r>
        <w:t xml:space="preserve">    (a) having been granted the right to keep a job as long as desired</w:t>
      </w:r>
      <w:r>
        <w:br/>
      </w:r>
      <w:r>
        <w:t xml:space="preserve">    (b) of a concept or idea not associated with any specific instance</w:t>
      </w:r>
      <w:r>
        <w:br/>
      </w:r>
      <w:r>
        <w:t xml:space="preserve">    (c) the characteristic of being excessively unhappy and unsociable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felt that you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deliberately</w:t>
      </w:r>
      <w:r>
        <w:rPr>
          <w:b/>
          <w:bCs/>
        </w:rPr>
        <w:t xml:space="preserve"> </w:t>
      </w:r>
      <w:r>
        <w:rPr>
          <w:b/>
          <w:bCs/>
        </w:rPr>
        <w:t xml:space="preserve">put a kind of distance between the two of you.</w:t>
      </w:r>
      <w:r>
        <w:br/>
      </w:r>
      <w:r>
        <w:t xml:space="preserve">    (a) unemotionally</w:t>
      </w:r>
      <w:r>
        <w:br/>
      </w:r>
      <w:r>
        <w:t xml:space="preserve">    (b) intentionally</w:t>
      </w:r>
      <w:r>
        <w:br/>
      </w:r>
      <w:r>
        <w:t xml:space="preserve">    (c) with distaste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performs each movement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deliberately</w:t>
      </w:r>
      <w:r>
        <w:rPr>
          <w:b/>
          <w:bCs/>
        </w:rPr>
        <w:t xml:space="preserve">.</w:t>
      </w:r>
      <w:r>
        <w:br/>
      </w:r>
      <w:r>
        <w:t xml:space="preserve">    (a) in a manner that is likely to change</w:t>
      </w:r>
      <w:r>
        <w:br/>
      </w:r>
      <w:r>
        <w:t xml:space="preserve">    (b) in a manner that does not find fault</w:t>
      </w:r>
      <w:r>
        <w:br/>
      </w:r>
      <w:r>
        <w:t xml:space="preserve">    (c) slowly with great care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if,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hypothetically</w:t>
      </w:r>
      <w:r>
        <w:rPr>
          <w:b/>
          <w:bCs/>
        </w:rPr>
        <w:t xml:space="preserve"> </w:t>
      </w:r>
      <w:r>
        <w:rPr>
          <w:b/>
          <w:bCs/>
        </w:rPr>
        <w:t xml:space="preserve">speaking, I were to ask you, 'Did you take my sister to that hotel and have sex with her?'</w:t>
      </w:r>
      <w:r>
        <w:br/>
      </w:r>
      <w:r>
        <w:t xml:space="preserve">    (a) not in a sensible and clear manner; or not in a manner where parts fit together consistently or pleasingly</w:t>
      </w:r>
      <w:r>
        <w:br/>
      </w:r>
      <w:r>
        <w:t xml:space="preserve">    (b) based on something that is temporarily treated as true to advance a discussion or to further investigation</w:t>
      </w:r>
      <w:r>
        <w:br/>
      </w:r>
      <w:r>
        <w:t xml:space="preserve">    (c) in a manner that violates a rule, promise, or social norm; or in a manner that exceeds a limit or boundary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Disoriented and confused though she may be, she is exerting all her strength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comprehend</w:t>
      </w:r>
      <w:r>
        <w:rPr>
          <w:b/>
          <w:bCs/>
        </w:rPr>
        <w:t xml:space="preserve"> </w:t>
      </w:r>
      <w:r>
        <w:rPr>
          <w:b/>
          <w:bCs/>
        </w:rPr>
        <w:t xml:space="preserve">the logic underlying this place-the basis of its existence.</w:t>
      </w:r>
      <w:r>
        <w:br/>
      </w:r>
      <w:r>
        <w:t xml:space="preserve">    (a) rug-like artwork -- often hung on a wall for display</w:t>
      </w:r>
      <w:r>
        <w:br/>
      </w:r>
      <w:r>
        <w:t xml:space="preserve">    (b) to concentrate, look at; or the act of concentration</w:t>
      </w:r>
      <w:r>
        <w:br/>
      </w:r>
      <w:r>
        <w:t xml:space="preserve">    (c)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Eventually she tires of directing her speech outward and closes her mouth in apparent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resignation</w:t>
      </w:r>
      <w:r>
        <w:rPr>
          <w:b/>
          <w:bCs/>
        </w:rPr>
        <w:t xml:space="preserve">.</w:t>
      </w:r>
      <w:r>
        <w:br/>
      </w:r>
      <w:r>
        <w:t xml:space="preserve">    (a) the act of finding fault and telling others; or a description of faults</w:t>
      </w:r>
      <w:r>
        <w:br/>
      </w:r>
      <w:r>
        <w:t xml:space="preserve">    (b) the process of thinking carefully and making a judgment about something</w:t>
      </w:r>
      <w:r>
        <w:br/>
      </w:r>
      <w:r>
        <w:t xml:space="preserve">    (c) acceptance of something undesired as unavoidable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now it is impossible for her to pass through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transparent</w:t>
      </w:r>
      <w:r>
        <w:rPr>
          <w:b/>
          <w:bCs/>
        </w:rPr>
        <w:t xml:space="preserve"> </w:t>
      </w:r>
      <w:r>
        <w:rPr>
          <w:b/>
          <w:bCs/>
        </w:rPr>
        <w:t xml:space="preserve">glass wall and return to this side.</w:t>
      </w:r>
      <w:r>
        <w:br/>
      </w:r>
      <w:r>
        <w:t xml:space="preserve">    (a) capable of being seen through with clarity</w:t>
      </w:r>
      <w:r>
        <w:br/>
      </w:r>
      <w:r>
        <w:t xml:space="preserve">    (b) mental activity of which one is self-aware</w:t>
      </w:r>
      <w:r>
        <w:br/>
      </w:r>
      <w:r>
        <w:t xml:space="preserve">    (c) relating to properties of sound or hearing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Redundant</w:t>
      </w:r>
      <w:r>
        <w:rPr>
          <w:b/>
          <w:bCs/>
        </w:rPr>
        <w:t xml:space="preserve"> </w:t>
      </w:r>
      <w:r>
        <w:rPr>
          <w:b/>
          <w:bCs/>
        </w:rPr>
        <w:t xml:space="preserve">though it may sound, we are sheer point of view. We cannot influence things in any way.</w:t>
      </w:r>
      <w:r>
        <w:br/>
      </w:r>
      <w:r>
        <w:t xml:space="preserve">    (a) more than is needed</w:t>
      </w:r>
      <w:r>
        <w:br/>
      </w:r>
      <w:r>
        <w:t xml:space="preserve">    (b) the degree to which a performance of or to someone else's work lends itself to the expression of personal artistic ideas or feelings by the performer</w:t>
      </w:r>
      <w:r>
        <w:br/>
      </w:r>
      <w:r>
        <w:t xml:space="preserve">    (c) the quality or degree of being straightforward or clear (sometimes indicating that truth is not worded carefully to spare feelings or gain advantage)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Could she have succeeded in escaping from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enigmatic</w:t>
      </w:r>
      <w:r>
        <w:rPr>
          <w:b/>
          <w:bCs/>
        </w:rPr>
        <w:t xml:space="preserve"> </w:t>
      </w:r>
      <w:r>
        <w:rPr>
          <w:b/>
          <w:bCs/>
        </w:rPr>
        <w:t xml:space="preserve">room?</w:t>
      </w:r>
      <w:r>
        <w:br/>
      </w:r>
      <w:r>
        <w:t xml:space="preserve">    (a) lacking a reason for doing something</w:t>
      </w:r>
      <w:r>
        <w:br/>
      </w:r>
      <w:r>
        <w:t xml:space="preserve">    (b) inconspicuousness or trustworthiness</w:t>
      </w:r>
      <w:r>
        <w:br/>
      </w:r>
      <w:r>
        <w:t xml:space="preserve">    (c) mysterious and seeming unexplainable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...we attempt to watch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unobtrusively</w:t>
      </w:r>
      <w:r>
        <w:rPr>
          <w:b/>
          <w:bCs/>
        </w:rPr>
        <w:t xml:space="preserve">,</w:t>
      </w:r>
      <w:r>
        <w:br/>
      </w:r>
      <w:r>
        <w:t xml:space="preserve">    (a) in a manner that does not to attract much attention or disturb</w:t>
      </w:r>
      <w:r>
        <w:br/>
      </w:r>
      <w:r>
        <w:t xml:space="preserve">    (b) in a manner based on speech sounds (rather than on dictionary spelling)</w:t>
      </w:r>
      <w:r>
        <w:br/>
      </w:r>
      <w:r>
        <w:t xml:space="preserve">    (c) in a continuing manner -- especially despite difficulties or opposition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2026-07-31T18:28:16Z</dcterms:created>
  <dcterms:modified xsi:type="dcterms:W3CDTF">2026-07-31T18:28:16Z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