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9017e42f94ab3a8cb5b272c684fb6e102d0901"/>
    <w:p>
      <w:pPr>
        <w:pStyle w:val="Heading1"/>
      </w:pPr>
      <w:r>
        <w:rPr>
          <w:b/>
          <w:bCs/>
        </w:rPr>
        <w:t xml:space="preserve">Adam Bede</w:t>
      </w:r>
      <w:r>
        <w:br/>
      </w:r>
      <w:r>
        <w:rPr>
          <w:i/>
          <w:iCs/>
        </w:rPr>
        <w:t xml:space="preserve">George Eliot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region has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abundant</w:t>
      </w:r>
      <w:r>
        <w:rPr>
          <w:b/>
          <w:bCs/>
        </w:rPr>
        <w:t xml:space="preserve"> </w:t>
      </w:r>
      <w:r>
        <w:rPr>
          <w:b/>
          <w:bCs/>
        </w:rPr>
        <w:t xml:space="preserve">natural resources, from oil to fresh water.</w:t>
      </w:r>
      <w:r>
        <w:br/>
      </w:r>
      <w:r>
        <w:t xml:space="preserve">    (a) highly disputed</w:t>
      </w:r>
      <w:r>
        <w:br/>
      </w:r>
      <w:r>
        <w:t xml:space="preserve">    (b) widely available</w:t>
      </w:r>
      <w:r>
        <w:br/>
      </w:r>
      <w:r>
        <w:t xml:space="preserve">    (c) extremely scarce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does little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allay</w:t>
      </w:r>
      <w:r>
        <w:rPr>
          <w:b/>
          <w:bCs/>
        </w:rPr>
        <w:t xml:space="preserve"> </w:t>
      </w:r>
      <w:r>
        <w:rPr>
          <w:b/>
          <w:bCs/>
        </w:rPr>
        <w:t xml:space="preserve">Israeli fears.</w:t>
      </w:r>
      <w:r>
        <w:br/>
      </w:r>
      <w:r>
        <w:t xml:space="preserve">    (a) distract from</w:t>
      </w:r>
      <w:r>
        <w:br/>
      </w:r>
      <w:r>
        <w:t xml:space="preserve">    (b) increase</w:t>
      </w:r>
      <w:r>
        <w:br/>
      </w:r>
      <w:r>
        <w:t xml:space="preserve">    (c) reduce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innovative approach to solving problems earned her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approbation</w:t>
      </w:r>
      <w:r>
        <w:rPr>
          <w:b/>
          <w:bCs/>
        </w:rPr>
        <w:t xml:space="preserve"> </w:t>
      </w:r>
      <w:r>
        <w:rPr>
          <w:b/>
          <w:bCs/>
        </w:rPr>
        <w:t xml:space="preserve">of her peers.</w:t>
      </w:r>
      <w:r>
        <w:br/>
      </w:r>
      <w:r>
        <w:t xml:space="preserve">    (a) distrust</w:t>
      </w:r>
      <w:r>
        <w:br/>
      </w:r>
      <w:r>
        <w:t xml:space="preserve">    (b) sympathy</w:t>
      </w:r>
      <w:r>
        <w:br/>
      </w:r>
      <w:r>
        <w:t xml:space="preserve">    (c) approval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was quite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contrast</w:t>
      </w:r>
      <w:r>
        <w:rPr>
          <w:b/>
          <w:bCs/>
        </w:rPr>
        <w:t xml:space="preserve"> </w:t>
      </w:r>
      <w:r>
        <w:rPr>
          <w:b/>
          <w:bCs/>
        </w:rPr>
        <w:t xml:space="preserve">between the styles of the two teachers.</w:t>
      </w:r>
      <w:r>
        <w:br/>
      </w:r>
      <w:r>
        <w:t xml:space="preserve">    (a) notable similarity</w:t>
      </w:r>
      <w:r>
        <w:br/>
      </w:r>
      <w:r>
        <w:t xml:space="preserve">    (b) notable difference</w:t>
      </w:r>
      <w:r>
        <w:br/>
      </w:r>
      <w:r>
        <w:t xml:space="preserve">    (c) covering of all styles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novel, she sees through his friendly facade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discerns</w:t>
      </w:r>
      <w:r>
        <w:rPr>
          <w:b/>
          <w:bCs/>
        </w:rPr>
        <w:t xml:space="preserve"> </w:t>
      </w:r>
      <w:r>
        <w:rPr>
          <w:b/>
          <w:bCs/>
        </w:rPr>
        <w:t xml:space="preserve">his evil intent.</w:t>
      </w:r>
      <w:r>
        <w:br/>
      </w:r>
      <w:r>
        <w:t xml:space="preserve">    (a) overcomes</w:t>
      </w:r>
      <w:r>
        <w:br/>
      </w:r>
      <w:r>
        <w:t xml:space="preserve">    (b) avoids</w:t>
      </w:r>
      <w:r>
        <w:br/>
      </w:r>
      <w:r>
        <w:t xml:space="preserve">    (c) understands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third year of their brutal civil war, moderates feel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forsaken</w:t>
      </w:r>
      <w:r>
        <w:rPr>
          <w:b/>
          <w:bCs/>
        </w:rPr>
        <w:t xml:space="preserve"> </w:t>
      </w:r>
      <w:r>
        <w:rPr>
          <w:b/>
          <w:bCs/>
        </w:rPr>
        <w:t xml:space="preserve">by the west.</w:t>
      </w:r>
      <w:r>
        <w:br/>
      </w:r>
      <w:r>
        <w:t xml:space="preserve">    (a) defeated</w:t>
      </w:r>
      <w:r>
        <w:br/>
      </w:r>
      <w:r>
        <w:t xml:space="preserve">    (b) abandoned</w:t>
      </w:r>
      <w:r>
        <w:br/>
      </w:r>
      <w:r>
        <w:t xml:space="preserve">    (c) respected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made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impetuous</w:t>
      </w:r>
      <w:r>
        <w:rPr>
          <w:b/>
          <w:bCs/>
        </w:rPr>
        <w:t xml:space="preserve"> </w:t>
      </w:r>
      <w:r>
        <w:rPr>
          <w:b/>
          <w:bCs/>
        </w:rPr>
        <w:t xml:space="preserve">purchase, buying the car without test-driving it first.</w:t>
      </w:r>
      <w:r>
        <w:br/>
      </w:r>
      <w:r>
        <w:t xml:space="preserve">    (a) impulsive</w:t>
      </w:r>
      <w:r>
        <w:br/>
      </w:r>
      <w:r>
        <w:t xml:space="preserve">    (b) cautious</w:t>
      </w:r>
      <w:r>
        <w:br/>
      </w:r>
      <w:r>
        <w:t xml:space="preserve">    (c) wealthy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greeted us with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languid</w:t>
      </w:r>
      <w:r>
        <w:rPr>
          <w:b/>
          <w:bCs/>
        </w:rPr>
        <w:t xml:space="preserve"> </w:t>
      </w:r>
      <w:r>
        <w:rPr>
          <w:b/>
          <w:bCs/>
        </w:rPr>
        <w:t xml:space="preserve">wave of the hand.</w:t>
      </w:r>
      <w:r>
        <w:br/>
      </w:r>
      <w:r>
        <w:t xml:space="preserve">    (a) stiff and formal</w:t>
      </w:r>
      <w:r>
        <w:br/>
      </w:r>
      <w:r>
        <w:t xml:space="preserve">    (b) slow and relaxed</w:t>
      </w:r>
      <w:r>
        <w:br/>
      </w:r>
      <w:r>
        <w:t xml:space="preserve">    (c) quick and sharp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weather makes 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melancholy</w:t>
      </w:r>
      <w:r>
        <w:rPr>
          <w:b/>
          <w:bCs/>
        </w:rPr>
        <w:t xml:space="preserve">. I can't wait for spring,</w:t>
      </w:r>
      <w:r>
        <w:br/>
      </w:r>
      <w:r>
        <w:t xml:space="preserve">    (a) sad</w:t>
      </w:r>
      <w:r>
        <w:br/>
      </w:r>
      <w:r>
        <w:t xml:space="preserve">    (b) feel like singing</w:t>
      </w:r>
      <w:r>
        <w:br/>
      </w:r>
      <w:r>
        <w:t xml:space="preserve">    (c) happy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Many graduates have high college debt.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Moreover</w:t>
      </w:r>
      <w:r>
        <w:rPr>
          <w:b/>
          <w:bCs/>
        </w:rPr>
        <w:t xml:space="preserve">, too many of them haven't found good-paying jobs.</w:t>
      </w:r>
      <w:r>
        <w:br/>
      </w:r>
      <w:r>
        <w:t xml:space="preserve">    (a) in addition to that</w:t>
      </w:r>
      <w:r>
        <w:br/>
      </w:r>
      <w:r>
        <w:t xml:space="preserve">    (b) in contrast to that</w:t>
      </w:r>
      <w:r>
        <w:br/>
      </w:r>
      <w:r>
        <w:t xml:space="preserve">    (c) as a result of that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parish</w:t>
      </w:r>
      <w:r>
        <w:rPr>
          <w:b/>
          <w:bCs/>
        </w:rPr>
        <w:t xml:space="preserve"> </w:t>
      </w:r>
      <w:r>
        <w:rPr>
          <w:b/>
          <w:bCs/>
        </w:rPr>
        <w:t xml:space="preserve">raised funds to repair the old chapel's leaking roof and bell tower.</w:t>
      </w:r>
      <w:r>
        <w:br/>
      </w:r>
      <w:r>
        <w:t xml:space="preserve">    (a) local church community</w:t>
      </w:r>
      <w:r>
        <w:br/>
      </w:r>
      <w:r>
        <w:t xml:space="preserve">    (b) private school district</w:t>
      </w:r>
      <w:r>
        <w:br/>
      </w:r>
      <w:r>
        <w:t xml:space="preserve">    (c) large city government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a frustrating day, 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peevish</w:t>
      </w:r>
      <w:r>
        <w:rPr>
          <w:b/>
          <w:bCs/>
        </w:rPr>
        <w:t xml:space="preserve"> </w:t>
      </w:r>
      <w:r>
        <w:rPr>
          <w:b/>
          <w:bCs/>
        </w:rPr>
        <w:t xml:space="preserve">and snapped at everyone who spoke to her.</w:t>
      </w:r>
      <w:r>
        <w:br/>
      </w:r>
      <w:r>
        <w:t xml:space="preserve">    (a) very tired</w:t>
      </w:r>
      <w:r>
        <w:br/>
      </w:r>
      <w:r>
        <w:t xml:space="preserve">    (b) very demanding</w:t>
      </w:r>
      <w:r>
        <w:br/>
      </w:r>
      <w:r>
        <w:t xml:space="preserve">    (c) easily annoyed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lawyers will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remonstrate</w:t>
      </w:r>
      <w:r>
        <w:rPr>
          <w:b/>
          <w:bCs/>
        </w:rPr>
        <w:t xml:space="preserve"> </w:t>
      </w:r>
      <w:r>
        <w:rPr>
          <w:b/>
          <w:bCs/>
        </w:rPr>
        <w:t xml:space="preserve">that we're starting without a written agreement, but we trust each other.</w:t>
      </w:r>
      <w:r>
        <w:br/>
      </w:r>
      <w:r>
        <w:t xml:space="preserve">    (a) protest</w:t>
      </w:r>
      <w:r>
        <w:br/>
      </w:r>
      <w:r>
        <w:t xml:space="preserve">    (b) explain</w:t>
      </w:r>
      <w:r>
        <w:br/>
      </w:r>
      <w:r>
        <w:t xml:space="preserve">    (c) promise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Don't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reproach</w:t>
      </w:r>
      <w:r>
        <w:rPr>
          <w:b/>
          <w:bCs/>
        </w:rPr>
        <w:t xml:space="preserve"> </w:t>
      </w:r>
      <w:r>
        <w:rPr>
          <w:b/>
          <w:bCs/>
        </w:rPr>
        <w:t xml:space="preserve">yourself for things beyond your control.</w:t>
      </w:r>
      <w:r>
        <w:br/>
      </w:r>
      <w:r>
        <w:t xml:space="preserve">    (a) criticize</w:t>
      </w:r>
      <w:r>
        <w:br/>
      </w:r>
      <w:r>
        <w:t xml:space="preserve">    (b) accept honor for</w:t>
      </w:r>
      <w:r>
        <w:br/>
      </w:r>
      <w:r>
        <w:t xml:space="preserve">    (c) congratulate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Everyone liked the idea. The arguments I prepared to support it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superfluous</w:t>
      </w:r>
      <w:r>
        <w:rPr>
          <w:b/>
          <w:bCs/>
        </w:rPr>
        <w:t xml:space="preserve">.</w:t>
      </w:r>
      <w:r>
        <w:br/>
      </w:r>
      <w:r>
        <w:t xml:space="preserve">    (a) appreciated</w:t>
      </w:r>
      <w:r>
        <w:br/>
      </w:r>
      <w:r>
        <w:t xml:space="preserve">    (b) unnecessary</w:t>
      </w:r>
      <w:r>
        <w:br/>
      </w:r>
      <w:r>
        <w:t xml:space="preserve">    (c) important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tried to sound confident, but her voice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tremulous</w:t>
      </w:r>
      <w:r>
        <w:rPr>
          <w:b/>
          <w:bCs/>
        </w:rPr>
        <w:t xml:space="preserve">.</w:t>
      </w:r>
      <w:r>
        <w:br/>
      </w:r>
      <w:r>
        <w:t xml:space="preserve">    (a) frail (weak or soft)</w:t>
      </w:r>
      <w:r>
        <w:br/>
      </w:r>
      <w:r>
        <w:t xml:space="preserve">    (b) quivering (shaky)</w:t>
      </w:r>
      <w:r>
        <w:br/>
      </w:r>
      <w:r>
        <w:t xml:space="preserve">    (c) grating (rough)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vexing</w:t>
      </w:r>
      <w:r>
        <w:rPr>
          <w:b/>
          <w:bCs/>
        </w:rPr>
        <w:t xml:space="preserve"> </w:t>
      </w:r>
      <w:r>
        <w:rPr>
          <w:b/>
          <w:bCs/>
        </w:rPr>
        <w:t xml:space="preserve">puzzle kept her up late into the night.</w:t>
      </w:r>
      <w:r>
        <w:br/>
      </w:r>
      <w:r>
        <w:t xml:space="preserve">    (a) amusing</w:t>
      </w:r>
      <w:r>
        <w:br/>
      </w:r>
      <w:r>
        <w:t xml:space="preserve">    (b) soothing</w:t>
      </w:r>
      <w:r>
        <w:br/>
      </w:r>
      <w:r>
        <w:t xml:space="preserve">    (c) annoying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yearn</w:t>
      </w:r>
      <w:r>
        <w:rPr>
          <w:b/>
          <w:bCs/>
        </w:rPr>
        <w:t xml:space="preserve"> </w:t>
      </w:r>
      <w:r>
        <w:rPr>
          <w:b/>
          <w:bCs/>
        </w:rPr>
        <w:t xml:space="preserve">for more independence.</w:t>
      </w:r>
      <w:r>
        <w:br/>
      </w:r>
      <w:r>
        <w:t xml:space="preserve">    (a) desire</w:t>
      </w:r>
      <w:r>
        <w:br/>
      </w:r>
      <w:r>
        <w:t xml:space="preserve">    (b) fear</w:t>
      </w:r>
      <w:r>
        <w:br/>
      </w:r>
      <w:r>
        <w:t xml:space="preserve">    (c) work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experiment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yielded</w:t>
      </w:r>
      <w:r>
        <w:rPr>
          <w:b/>
          <w:bCs/>
        </w:rPr>
        <w:t xml:space="preserve"> </w:t>
      </w:r>
      <w:r>
        <w:rPr>
          <w:b/>
          <w:bCs/>
        </w:rPr>
        <w:t xml:space="preserve">data that raised a new set of questions.</w:t>
      </w:r>
      <w:r>
        <w:br/>
      </w:r>
      <w:r>
        <w:t xml:space="preserve">    (a) destroyed</w:t>
      </w:r>
      <w:r>
        <w:br/>
      </w:r>
      <w:r>
        <w:t xml:space="preserve">    (b) slowed down</w:t>
      </w:r>
      <w:r>
        <w:br/>
      </w:r>
      <w:r>
        <w:t xml:space="preserve">    (c) produced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the scandal, 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yielded</w:t>
      </w:r>
      <w:r>
        <w:rPr>
          <w:b/>
          <w:bCs/>
        </w:rPr>
        <w:t xml:space="preserve"> </w:t>
      </w:r>
      <w:r>
        <w:rPr>
          <w:b/>
          <w:bCs/>
        </w:rPr>
        <w:t xml:space="preserve">to public pressure and resigned her position.</w:t>
      </w:r>
      <w:r>
        <w:br/>
      </w:r>
      <w:r>
        <w:t xml:space="preserve">    (a) gave in</w:t>
      </w:r>
      <w:r>
        <w:br/>
      </w:r>
      <w:r>
        <w:t xml:space="preserve">    (b) added</w:t>
      </w:r>
      <w:r>
        <w:br/>
      </w:r>
      <w:r>
        <w:t xml:space="preserve">    (c) produced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2026-07-31T17:33:25Z</dcterms:created>
  <dcterms:modified xsi:type="dcterms:W3CDTF">2026-07-31T17:33:25Z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