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303410b416c6e847000b0558412228a154feff"/>
    <w:p>
      <w:pPr>
        <w:pStyle w:val="Heading1"/>
      </w:pPr>
      <w:r>
        <w:rPr>
          <w:b/>
          <w:bCs/>
        </w:rPr>
        <w:t xml:space="preserve">Adam Bede</w:t>
      </w:r>
      <w:r>
        <w:br/>
      </w:r>
      <w:r>
        <w:rPr>
          <w:i/>
          <w:iCs/>
        </w:rPr>
        <w:t xml:space="preserve">George Eliot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told the tragic tale of two lovers separated by war.</w:t>
      </w:r>
      <w:r>
        <w:br/>
      </w:r>
      <w:r>
        <w:t xml:space="preserve">    (a) dramatic performance on stage</w:t>
      </w:r>
      <w:r>
        <w:br/>
      </w:r>
      <w:r>
        <w:t xml:space="preserve">    (b) song that tells a story</w:t>
      </w:r>
      <w:r>
        <w:br/>
      </w:r>
      <w:r>
        <w:t xml:space="preserve">    (c) traditional short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forced</w:t>
      </w:r>
      <w:r>
        <w:br/>
      </w:r>
      <w:r>
        <w:t xml:space="preserve">    (b) encouraged</w:t>
      </w:r>
      <w:r>
        <w:br/>
      </w:r>
      <w:r>
        <w:t xml:space="preserve">    (c) tricked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threatened</w:t>
      </w:r>
      <w:r>
        <w:br/>
      </w:r>
      <w:r>
        <w:t xml:space="preserve">    (b) enforced</w:t>
      </w:r>
      <w:r>
        <w:br/>
      </w:r>
      <w:r>
        <w:t xml:space="preserve">    (c) restricted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large in quantity</w:t>
      </w:r>
      <w:r>
        <w:br/>
      </w:r>
      <w:r>
        <w:t xml:space="preserve">    (b) small in amount</w:t>
      </w:r>
      <w:r>
        <w:br/>
      </w:r>
      <w:r>
        <w:t xml:space="preserve">    (c) rare and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dancer</w:t>
      </w:r>
      <w:r>
        <w:br/>
      </w:r>
      <w:r>
        <w:t xml:space="preserve">    (b) a star</w:t>
      </w:r>
      <w:r>
        <w:br/>
      </w:r>
      <w:r>
        <w:t xml:space="preserve">    (c) a flirt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believe him.</w:t>
      </w:r>
      <w:r>
        <w:br/>
      </w:r>
      <w:r>
        <w:t xml:space="preserve">    (a) reluctant</w:t>
      </w:r>
      <w:r>
        <w:br/>
      </w:r>
      <w:r>
        <w:t xml:space="preserve">    (b) able to be stopped from happening</w:t>
      </w:r>
      <w:r>
        <w:br/>
      </w:r>
      <w:r>
        <w:t xml:space="preserve">    (c) related to belief in a single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teaches or instructs</w:t>
      </w:r>
      <w:r>
        <w:br/>
      </w:r>
      <w:r>
        <w:t xml:space="preserve">    (b) learns from others</w:t>
      </w:r>
      <w:r>
        <w:br/>
      </w:r>
      <w:r>
        <w:t xml:space="preserve">    (c) puzzles listeners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parent/child</w:t>
      </w:r>
      <w:r>
        <w:br/>
      </w:r>
      <w:r>
        <w:t xml:space="preserve">    (b) owner/pet</w:t>
      </w:r>
      <w:r>
        <w:br/>
      </w:r>
      <w:r>
        <w:t xml:space="preserve">    (c) friend/friend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slowed</w:t>
      </w:r>
      <w:r>
        <w:br/>
      </w:r>
      <w:r>
        <w:t xml:space="preserve">    (b) drove</w:t>
      </w:r>
      <w:r>
        <w:br/>
      </w:r>
      <w:r>
        <w:t xml:space="preserve">    (c) prevented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said the redness around the cut was caused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inflammation</w:t>
      </w:r>
      <w:r>
        <w:rPr>
          <w:b/>
          <w:bCs/>
        </w:rPr>
        <w:t xml:space="preserve">.</w:t>
      </w:r>
      <w:r>
        <w:br/>
      </w:r>
      <w:r>
        <w:t xml:space="preserve">    (a) tissue swelling</w:t>
      </w:r>
      <w:r>
        <w:br/>
      </w:r>
      <w:r>
        <w:t xml:space="preserve">    (b) steady heartbeat</w:t>
      </w:r>
      <w:r>
        <w:br/>
      </w:r>
      <w:r>
        <w:t xml:space="preserve">    (c) broken bone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devious</w:t>
      </w:r>
      <w:r>
        <w:br/>
      </w:r>
      <w:r>
        <w:t xml:space="preserve">    (b) extremely dislikable</w:t>
      </w:r>
      <w:r>
        <w:br/>
      </w:r>
      <w:r>
        <w:t xml:space="preserve">    (c) harmful and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captured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pathos</w:t>
      </w:r>
      <w:r>
        <w:rPr>
          <w:b/>
          <w:bCs/>
        </w:rPr>
        <w:t xml:space="preserve"> </w:t>
      </w:r>
      <w:r>
        <w:rPr>
          <w:b/>
          <w:bCs/>
        </w:rPr>
        <w:t xml:space="preserve">of wartime loss.</w:t>
      </w:r>
      <w:r>
        <w:br/>
      </w:r>
      <w:r>
        <w:t xml:space="preserve">    (a) angry tone</w:t>
      </w:r>
      <w:r>
        <w:br/>
      </w:r>
      <w:r>
        <w:t xml:space="preserve">    (b) moving sadness</w:t>
      </w:r>
      <w:r>
        <w:br/>
      </w:r>
      <w:r>
        <w:t xml:space="preserve">    (c) cheerful spirit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confused about the rules</w:t>
      </w:r>
      <w:r>
        <w:br/>
      </w:r>
      <w:r>
        <w:t xml:space="preserve">    (b) feeling regret for wrongdoing</w:t>
      </w:r>
      <w:r>
        <w:br/>
      </w:r>
      <w:r>
        <w:t xml:space="preserve">    (c) proud of one's actions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in line with her usual manner</w:t>
      </w:r>
      <w:r>
        <w:br/>
      </w:r>
      <w:r>
        <w:t xml:space="preserve">    (b) not allowing contradiction or refusal</w:t>
      </w:r>
      <w:r>
        <w:br/>
      </w:r>
      <w:r>
        <w:t xml:space="preserve">    (c) more rushed than 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hearing all the rumors, the real explanation turned out to be surprisingly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ordinary and uninteresting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able to make clear with example, diagram, photo,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instruct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was shut down due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kitchen conditions.</w:t>
      </w:r>
      <w:r>
        <w:br/>
      </w:r>
      <w:r>
        <w:t xml:space="preserve">    (a) dirty</w:t>
      </w:r>
      <w:r>
        <w:br/>
      </w:r>
      <w:r>
        <w:t xml:space="preserve">    (b) costly</w:t>
      </w:r>
      <w:r>
        <w:br/>
      </w:r>
      <w:r>
        <w:t xml:space="preserve">    (c) inefficient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 is concerned that further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stimulus</w:t>
      </w:r>
      <w:r>
        <w:rPr>
          <w:b/>
          <w:bCs/>
        </w:rPr>
        <w:t xml:space="preserve"> </w:t>
      </w:r>
      <w:r>
        <w:rPr>
          <w:b/>
          <w:bCs/>
        </w:rPr>
        <w:t xml:space="preserve">will lead to inflation.</w:t>
      </w:r>
      <w:r>
        <w:br/>
      </w:r>
      <w:r>
        <w:t xml:space="preserve">    (a) encouragement of growth</w:t>
      </w:r>
      <w:r>
        <w:br/>
      </w:r>
      <w:r>
        <w:t xml:space="preserve">    (b) interest rates increases</w:t>
      </w:r>
      <w:r>
        <w:br/>
      </w:r>
      <w:r>
        <w:t xml:space="preserve">    (c) unemployment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belief</w:t>
      </w:r>
      <w:r>
        <w:br/>
      </w:r>
      <w:r>
        <w:t xml:space="preserve">    (b) expense</w:t>
      </w:r>
      <w:r>
        <w:br/>
      </w:r>
      <w:r>
        <w:t xml:space="preserve">    (c) computer program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drink because members of my family have an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susceptibility</w:t>
      </w:r>
      <w:r>
        <w:rPr>
          <w:b/>
          <w:bCs/>
        </w:rPr>
        <w:t xml:space="preserve"> </w:t>
      </w:r>
      <w:r>
        <w:rPr>
          <w:b/>
          <w:bCs/>
        </w:rPr>
        <w:t xml:space="preserve">to alcoholism.</w:t>
      </w:r>
      <w:r>
        <w:br/>
      </w:r>
      <w:r>
        <w:t xml:space="preserve">    (a) two successive lines of poetry; usually rhymed</w:t>
      </w:r>
      <w:r>
        <w:br/>
      </w:r>
      <w:r>
        <w:t xml:space="preserve">    (b) the trait of being easily harmed</w:t>
      </w:r>
      <w:r>
        <w:br/>
      </w:r>
      <w:r>
        <w:t xml:space="preserve">    (c) the main building (or buildings) of government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2026-07-31T17:33:26Z</dcterms:created>
  <dcterms:modified xsi:type="dcterms:W3CDTF">2026-07-31T17:33:26Z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