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d3f38eb6c186bf97e8d1ed1f0a24d4e548b547"/>
    <w:p>
      <w:pPr>
        <w:pStyle w:val="Heading1"/>
      </w:pPr>
      <w:r>
        <w:rPr>
          <w:b/>
          <w:bCs/>
        </w:rPr>
        <w:t xml:space="preserve">Adam Bede</w:t>
      </w:r>
      <w:r>
        <w:br/>
      </w:r>
      <w:r>
        <w:rPr>
          <w:i/>
          <w:iCs/>
        </w:rPr>
        <w:t xml:space="preserve">George Eliot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allays</w:t>
      </w:r>
      <w:r>
        <w:rPr>
          <w:b/>
          <w:bCs/>
        </w:rPr>
        <w:t xml:space="preserve"> </w:t>
      </w:r>
      <w:r>
        <w:rPr>
          <w:b/>
          <w:bCs/>
        </w:rPr>
        <w:t xml:space="preserve">put up his hoss here, sir, iver since before I hed the Donnithorne Arms.</w:t>
      </w:r>
      <w:r>
        <w:br/>
      </w:r>
      <w:r>
        <w:t xml:space="preserve">    (a) helps or grants favors to someone</w:t>
      </w:r>
      <w:r>
        <w:br/>
      </w:r>
      <w:r>
        <w:t xml:space="preserve">    (b) reduces the intensity of or calms</w:t>
      </w:r>
      <w:r>
        <w:br/>
      </w:r>
      <w:r>
        <w:t xml:space="preserve">    (c) interacts, interests, or attracts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own niece to Poyser's wife, an' they'll be fine an'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vexed</w:t>
      </w:r>
      <w:r>
        <w:rPr>
          <w:b/>
          <w:bCs/>
        </w:rPr>
        <w:t xml:space="preserve"> </w:t>
      </w:r>
      <w:r>
        <w:rPr>
          <w:b/>
          <w:bCs/>
        </w:rPr>
        <w:t xml:space="preserve">at her for making a fool of herself i' that way.</w:t>
      </w:r>
      <w:r>
        <w:br/>
      </w:r>
      <w:r>
        <w:t xml:space="preserve">    (a) forgave</w:t>
      </w:r>
      <w:r>
        <w:br/>
      </w:r>
      <w:r>
        <w:t xml:space="preserve">    (b) annoyed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one of the elderly women bending down to take him by the shoulder, with an air of grave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remonstrance</w:t>
      </w:r>
      <w:r>
        <w:rPr>
          <w:b/>
          <w:bCs/>
        </w:rPr>
        <w:t xml:space="preserve">, Timothy's Bess's Ben first kicked out vigorously, then took to his heels and sought refuge behind his father's legs.</w:t>
      </w:r>
      <w:r>
        <w:br/>
      </w:r>
      <w:r>
        <w:t xml:space="preserve">    (a) the act of recognizing difference</w:t>
      </w:r>
      <w:r>
        <w:br/>
      </w:r>
      <w:r>
        <w:t xml:space="preserve">    (b) argument in protest or opposition</w:t>
      </w:r>
      <w:r>
        <w:br/>
      </w:r>
      <w:r>
        <w:t xml:space="preserve">    (c) someone who expresses disapproval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'My God, my God!' he cries, 'why hast Thou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forsaken</w:t>
      </w:r>
      <w:r>
        <w:rPr>
          <w:b/>
          <w:bCs/>
        </w:rPr>
        <w:t xml:space="preserve"> </w:t>
      </w:r>
      <w:r>
        <w:rPr>
          <w:b/>
          <w:bCs/>
        </w:rPr>
        <w:t xml:space="preserve">me?'</w:t>
      </w:r>
      <w:r>
        <w:br/>
      </w:r>
      <w:r>
        <w:t xml:space="preserve">    (a) abandoned or given up on</w:t>
      </w:r>
      <w:r>
        <w:br/>
      </w:r>
      <w:r>
        <w:t xml:space="preserve">    (b) able to take on or adopt</w:t>
      </w:r>
      <w:r>
        <w:br/>
      </w:r>
      <w:r>
        <w:t xml:space="preserve">    (c) the state of being awake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"Let be!" said Adam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impetuously</w:t>
      </w:r>
      <w:r>
        <w:rPr>
          <w:b/>
          <w:bCs/>
        </w:rPr>
        <w:t xml:space="preserve">, shaking her off and seizing one of the planks that stood against the wall.</w:t>
      </w:r>
      <w:r>
        <w:br/>
      </w:r>
      <w:r>
        <w:t xml:space="preserve">    (a) in a manner that shows care or concern for someone</w:t>
      </w:r>
      <w:r>
        <w:br/>
      </w:r>
      <w:r>
        <w:t xml:space="preserve">    (b) impulsively (acting suddenly without much thought)</w:t>
      </w:r>
      <w:r>
        <w:br/>
      </w:r>
      <w:r>
        <w:t xml:space="preserve">    (c) in the manner of a logical, systematic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Seth had never in his life spoken a harsh word to his mother, and timid people always wreak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peevishness</w:t>
      </w:r>
      <w:r>
        <w:rPr>
          <w:b/>
          <w:bCs/>
        </w:rPr>
        <w:t xml:space="preserve"> </w:t>
      </w:r>
      <w:r>
        <w:rPr>
          <w:b/>
          <w:bCs/>
        </w:rPr>
        <w:t xml:space="preserve">on the gentle.</w:t>
      </w:r>
      <w:r>
        <w:br/>
      </w:r>
      <w:r>
        <w:t xml:space="preserve">    (a) related to the setting or situation in which something occurs</w:t>
      </w:r>
      <w:r>
        <w:br/>
      </w:r>
      <w:r>
        <w:t xml:space="preserve">    (b) trustworthy with secrets or subtle (not attracting attention)</w:t>
      </w:r>
      <w:r>
        <w:br/>
      </w:r>
      <w:r>
        <w:t xml:space="preserve">    (c) annoyed or easily annoyed -- especially by unimportant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ha' wished myself as Adam could ha' made another choice, but I wouldn't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him for what he can't help.</w:t>
      </w:r>
      <w:r>
        <w:br/>
      </w:r>
      <w:r>
        <w:t xml:space="preserve">    (a) a criticism; or to express criticism</w:t>
      </w:r>
      <w:r>
        <w:br/>
      </w:r>
      <w:r>
        <w:t xml:space="preserve">    (b) to spread to other parts of the body</w:t>
      </w:r>
      <w:r>
        <w:br/>
      </w:r>
      <w:r>
        <w:t xml:space="preserve">    (c) move into position to work; or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 </w:t>
      </w:r>
      <w:r>
        <w:rPr>
          <w:b/>
          <w:bCs/>
        </w:rPr>
        <w:t xml:space="preserve">morning—because it was nearly time hay-harvest should begin, and instead of that the meadows were likely to be flooded.</w:t>
      </w:r>
      <w:r>
        <w:br/>
      </w:r>
      <w:r>
        <w:t xml:space="preserve">    (a) a sad feeling or manner</w:t>
      </w:r>
      <w:r>
        <w:br/>
      </w:r>
      <w:r>
        <w:t xml:space="preserve">    (b) relating to the outside</w:t>
      </w:r>
      <w:r>
        <w:br/>
      </w:r>
      <w:r>
        <w:t xml:space="preserve">    (c) about (but not exactly)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 Reverence is very good to say so; an' I'm sensable as, you not livin' i'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parish</w:t>
      </w:r>
      <w:r>
        <w:rPr>
          <w:b/>
          <w:bCs/>
        </w:rPr>
        <w:t xml:space="preserve">, there's more upo' my shoulders.</w:t>
      </w:r>
      <w:r>
        <w:br/>
      </w:r>
      <w:r>
        <w:t xml:space="preserve">    (a) an artists performance of another artist's work that expresses the performer's feelings or ideas about the work</w:t>
      </w:r>
      <w:r>
        <w:br/>
      </w:r>
      <w:r>
        <w:t xml:space="preserve">    (b) someone who abandoned their religion or separated from others with whom they used to share firmly held beliefs</w:t>
      </w:r>
      <w:r>
        <w:br/>
      </w:r>
      <w:r>
        <w:t xml:space="preserve">    (c) a local church community</w:t>
      </w:r>
      <w:r>
        <w:br/>
      </w:r>
      <w:r>
        <w:br/>
      </w:r>
      <w:r>
        <w:t xml:space="preserve">or in some places including Louisiana:  a jurisdiction of government like a county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for all who saw them through a less mythical medium, the Miss Irwines were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 </w:t>
      </w:r>
      <w:r>
        <w:rPr>
          <w:b/>
          <w:bCs/>
        </w:rPr>
        <w:t xml:space="preserve">existences—inartistic figures crowding the canvas of life without adequate effect.</w:t>
      </w:r>
      <w:r>
        <w:br/>
      </w:r>
      <w:r>
        <w:t xml:space="preserve">    (a) more than is needed, desired, or required</w:t>
      </w:r>
      <w:r>
        <w:br/>
      </w:r>
      <w:r>
        <w:t xml:space="preserve">    (b) the quality of being sensible and careful</w:t>
      </w:r>
      <w:r>
        <w:br/>
      </w:r>
      <w:r>
        <w:t xml:space="preserve">    (c) without purpose, job, or natural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family likeness between her and her niece Dinah Morris,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her keenness and Dinah's seraphic gentleness of expression, might have served a painter as an excellent suggestion for a Martha and Mary.</w:t>
      </w:r>
      <w:r>
        <w:br/>
      </w:r>
      <w:r>
        <w:t xml:space="preserve">    (a) notable difference</w:t>
      </w:r>
      <w:r>
        <w:br/>
      </w:r>
      <w:r>
        <w:t xml:space="preserve">    (b) come to terms with</w:t>
      </w:r>
      <w:r>
        <w:br/>
      </w:r>
      <w:r>
        <w:t xml:space="preserve">    (c) block or interfere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Hetty was particularly clever at making up the butter; it was the one performance of hers that her aunt allowed to pass without severe criticism; so she handled it with all the grace that belongs to mastery.</w:t>
      </w:r>
      <w:r>
        <w:br/>
      </w:r>
      <w:r>
        <w:t xml:space="preserve">    (a) in addition to what has just been said</w:t>
      </w:r>
      <w:r>
        <w:br/>
      </w:r>
      <w:r>
        <w:t xml:space="preserve">    (b) even though -- used to connect contrasting ideas</w:t>
      </w:r>
      <w:r>
        <w:br/>
      </w:r>
      <w:r>
        <w:t xml:space="preserve">    (c) despite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"Molly," she said, rather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languidly</w:t>
      </w:r>
      <w:r>
        <w:rPr>
          <w:b/>
          <w:bCs/>
        </w:rPr>
        <w:t xml:space="preserve">, "just run out and get me a bunch of dock-leaves: the butter's ready to pack up now."</w:t>
      </w:r>
      <w:r>
        <w:br/>
      </w:r>
      <w:r>
        <w:t xml:space="preserve">    (a) in a state similar to sleep where one is unaware of anything</w:t>
      </w:r>
      <w:r>
        <w:br/>
      </w:r>
      <w:r>
        <w:t xml:space="preserve">    (b) without much energy; or moving slowly or in a relaxed manner</w:t>
      </w:r>
      <w:r>
        <w:br/>
      </w:r>
      <w:r>
        <w:t xml:space="preserve">    (c) always; or (said in exaggeration when meaning) almost always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was necessary to him, and it was not an approbation to be enjoyed quite gratuitously; it must be won by a fair amount of merit.</w:t>
      </w:r>
      <w:r>
        <w:br/>
      </w:r>
      <w:r>
        <w:t xml:space="preserve">    (a) not real</w:t>
      </w:r>
      <w:r>
        <w:br/>
      </w:r>
      <w:r>
        <w:t xml:space="preserve">    (b) approval</w:t>
      </w:r>
      <w:r>
        <w:br/>
      </w:r>
      <w:r>
        <w:t xml:space="preserve">    (c) allowing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Hetty spoke more audibly now, but still rather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tremulously</w:t>
      </w:r>
      <w:r>
        <w:rPr>
          <w:b/>
          <w:bCs/>
        </w:rPr>
        <w:t xml:space="preserve">; she thought, perhaps she seemed as stupid to Captain Donnithorne as Luke Britton did to her.</w:t>
      </w:r>
      <w:r>
        <w:br/>
      </w:r>
      <w:r>
        <w:t xml:space="preserve">    (a) in a bad or harmful manner</w:t>
      </w:r>
      <w:r>
        <w:br/>
      </w:r>
      <w:r>
        <w:t xml:space="preserve">    (b) not capable of being found</w:t>
      </w:r>
      <w:r>
        <w:br/>
      </w:r>
      <w:r>
        <w:t xml:space="preserve">    (c) with quivering (shakiness)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tall buildings round the yard shut out a good deal of the sky, but the large window let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abundant</w:t>
      </w:r>
      <w:r>
        <w:rPr>
          <w:b/>
          <w:bCs/>
        </w:rPr>
        <w:t xml:space="preserve"> </w:t>
      </w:r>
      <w:r>
        <w:rPr>
          <w:b/>
          <w:bCs/>
        </w:rPr>
        <w:t xml:space="preserve">light to show every corner of the house-place.</w:t>
      </w:r>
      <w:r>
        <w:br/>
      </w:r>
      <w:r>
        <w:t xml:space="preserve">    (a) not tending to find fault</w:t>
      </w:r>
      <w:r>
        <w:br/>
      </w:r>
      <w:r>
        <w:t xml:space="preserve">    (b) able to be disagreed with</w:t>
      </w:r>
      <w:r>
        <w:br/>
      </w:r>
      <w:r>
        <w:t xml:space="preserve">    (c) present in great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light enough for her, if she opened her Bible,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discern</w:t>
      </w:r>
      <w:r>
        <w:rPr>
          <w:b/>
          <w:bCs/>
        </w:rPr>
        <w:t xml:space="preserve"> </w:t>
      </w:r>
      <w:r>
        <w:rPr>
          <w:b/>
          <w:bCs/>
        </w:rPr>
        <w:t xml:space="preserve">the text sufficiently to know what it would say to her.</w:t>
      </w:r>
      <w:r>
        <w:br/>
      </w:r>
      <w:r>
        <w:t xml:space="preserve">    (a) notice or understand something</w:t>
      </w:r>
      <w:r>
        <w:br/>
      </w:r>
      <w:r>
        <w:t xml:space="preserve">    (b) a sensible view of a situation</w:t>
      </w:r>
      <w:r>
        <w:br/>
      </w:r>
      <w:r>
        <w:t xml:space="preserve">    (c) made by taking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two pale faces were looking at each other: one with a wild hard despair in it, the other full of sad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yearning</w:t>
      </w:r>
      <w:r>
        <w:rPr>
          <w:b/>
          <w:bCs/>
        </w:rPr>
        <w:t xml:space="preserve"> </w:t>
      </w:r>
      <w:r>
        <w:rPr>
          <w:b/>
          <w:bCs/>
        </w:rPr>
        <w:t xml:space="preserve">love.</w:t>
      </w:r>
      <w:r>
        <w:br/>
      </w:r>
      <w:r>
        <w:t xml:space="preserve">    (a) strongly desiring; or a strong desire</w:t>
      </w:r>
      <w:r>
        <w:br/>
      </w:r>
      <w:r>
        <w:t xml:space="preserve">    (b) charging (with having broken the law)</w:t>
      </w:r>
      <w:r>
        <w:br/>
      </w:r>
      <w:r>
        <w:t xml:space="preserve">    (c) changing to fit a different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boy's flutelike voice has its own spring charm; but the man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a richer deeper music.</w:t>
      </w:r>
      <w:r>
        <w:br/>
      </w:r>
      <w:r>
        <w:t xml:space="preserve">    (a) stop (something from happening)</w:t>
      </w:r>
      <w:r>
        <w:br/>
      </w:r>
      <w:r>
        <w:t xml:space="preserve">    (b) think deeply or carefully about</w:t>
      </w:r>
      <w:r>
        <w:br/>
      </w:r>
      <w:r>
        <w:t xml:space="preserve">    (c) produce or give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amatory David was a young man of an unconscious abstracted expression, which was due probably to a squint of superior intensity rather than to any mental characteristic; for he was not indifferent to Ben's invitation, but blushed and laughed and rubbed his sleeve over his mouth in a way that was regarded as a symptom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yielding</w:t>
      </w:r>
      <w:r>
        <w:rPr>
          <w:b/>
          <w:bCs/>
        </w:rPr>
        <w:t xml:space="preserve">.</w:t>
      </w:r>
      <w:r>
        <w:br/>
      </w:r>
      <w:r>
        <w:t xml:space="preserve">    (a) showing, demonstrating, determining, or causing acceptance</w:t>
      </w:r>
      <w:r>
        <w:br/>
      </w:r>
      <w:r>
        <w:t xml:space="preserve">    (b) placing trust (in someone) by talking about private things</w:t>
      </w:r>
      <w:r>
        <w:br/>
      </w:r>
      <w:r>
        <w:t xml:space="preserve">    (c) giving in, giving up, or giving way (easily moved or soft)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2026-07-31T17:33:25Z</dcterms:created>
  <dcterms:modified xsi:type="dcterms:W3CDTF">2026-07-31T17:33:25Z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