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ce90f89d4ea7dde6397dc82fff85cf7a7e9ee0"/>
    <w:p>
      <w:pPr>
        <w:pStyle w:val="Heading1"/>
      </w:pPr>
      <w:r>
        <w:rPr>
          <w:b/>
          <w:bCs/>
        </w:rPr>
        <w:t xml:space="preserve">Absalom, Absalom!</w:t>
      </w:r>
      <w:r>
        <w:br/>
      </w:r>
      <w:r>
        <w:rPr>
          <w:i/>
          <w:iCs/>
        </w:rPr>
        <w:t xml:space="preserve">William Faulkner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customer satisfaction rating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abysmal</w:t>
      </w:r>
      <w:r>
        <w:rPr>
          <w:b/>
          <w:bCs/>
        </w:rPr>
        <w:t xml:space="preserve">.</w:t>
      </w:r>
      <w:r>
        <w:br/>
      </w:r>
      <w:r>
        <w:t xml:space="preserve">    (a) complicated</w:t>
      </w:r>
      <w:r>
        <w:br/>
      </w:r>
      <w:r>
        <w:t xml:space="preserve">    (b) very bad</w:t>
      </w:r>
      <w:r>
        <w:br/>
      </w:r>
      <w:r>
        <w:t xml:space="preserve">    (c) fantastic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we disagree, I think we can reach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amicable</w:t>
      </w:r>
      <w:r>
        <w:rPr>
          <w:b/>
          <w:bCs/>
        </w:rPr>
        <w:t xml:space="preserve"> </w:t>
      </w:r>
      <w:r>
        <w:rPr>
          <w:b/>
          <w:bCs/>
        </w:rPr>
        <w:t xml:space="preserve">compromise.</w:t>
      </w:r>
      <w:r>
        <w:br/>
      </w:r>
      <w:r>
        <w:t xml:space="preserve">    (a) temporary</w:t>
      </w:r>
      <w:r>
        <w:br/>
      </w:r>
      <w:r>
        <w:t xml:space="preserve">    (b) quick</w:t>
      </w:r>
      <w:r>
        <w:br/>
      </w:r>
      <w:r>
        <w:t xml:space="preserve">    (c)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understand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toward me.</w:t>
      </w:r>
      <w:r>
        <w:br/>
      </w:r>
      <w:r>
        <w:t xml:space="preserve">    (a) kindness</w:t>
      </w:r>
      <w:r>
        <w:br/>
      </w:r>
      <w:r>
        <w:t xml:space="preserve">    (b) positive attitude</w:t>
      </w:r>
      <w:r>
        <w:br/>
      </w:r>
      <w:r>
        <w:t xml:space="preserve">    (c) hostility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approval</w:t>
      </w:r>
      <w:r>
        <w:br/>
      </w:r>
      <w:r>
        <w:t xml:space="preserve">    (b) distrust</w:t>
      </w:r>
      <w:r>
        <w:br/>
      </w:r>
      <w:r>
        <w:t xml:space="preserve">    (c) sympathy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building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arbor</w:t>
      </w:r>
      <w:r>
        <w:rPr>
          <w:b/>
          <w:bCs/>
        </w:rPr>
        <w:t xml:space="preserve"> </w:t>
      </w:r>
      <w:r>
        <w:rPr>
          <w:b/>
          <w:bCs/>
        </w:rPr>
        <w:t xml:space="preserve">in the back yard.</w:t>
      </w:r>
      <w:r>
        <w:br/>
      </w:r>
      <w:r>
        <w:t xml:space="preserve">    (a) framework for plants</w:t>
      </w:r>
      <w:r>
        <w:br/>
      </w:r>
      <w:r>
        <w:t xml:space="preserve">    (b) raised flower bed</w:t>
      </w:r>
      <w:r>
        <w:br/>
      </w:r>
      <w:r>
        <w:t xml:space="preserve">    (c) stone fire pit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countries celebrate November 11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armistice</w:t>
      </w:r>
      <w:r>
        <w:rPr>
          <w:b/>
          <w:bCs/>
        </w:rPr>
        <w:t xml:space="preserve"> </w:t>
      </w:r>
      <w:r>
        <w:rPr>
          <w:b/>
          <w:bCs/>
        </w:rPr>
        <w:t xml:space="preserve">which, in 1918, ended hostilities of the First World War.</w:t>
      </w:r>
      <w:r>
        <w:br/>
      </w:r>
      <w:r>
        <w:t xml:space="preserve">    (a) victory</w:t>
      </w:r>
      <w:r>
        <w:br/>
      </w:r>
      <w:r>
        <w:t xml:space="preserve">    (b) revolution</w:t>
      </w:r>
      <w:r>
        <w:br/>
      </w:r>
      <w:r>
        <w:t xml:space="preserve">    (c) peace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chief made a statement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assuaged</w:t>
      </w:r>
      <w:r>
        <w:rPr>
          <w:b/>
          <w:bCs/>
        </w:rPr>
        <w:t xml:space="preserve"> </w:t>
      </w:r>
      <w:r>
        <w:rPr>
          <w:b/>
          <w:bCs/>
        </w:rPr>
        <w:t xml:space="preserve">many people's worst fears.</w:t>
      </w:r>
      <w:r>
        <w:br/>
      </w:r>
      <w:r>
        <w:t xml:space="preserve">    (a) soothed</w:t>
      </w:r>
      <w:r>
        <w:br/>
      </w:r>
      <w:r>
        <w:t xml:space="preserve">    (b) made a joke of</w:t>
      </w:r>
      <w:r>
        <w:br/>
      </w:r>
      <w:r>
        <w:t xml:space="preserve">    (c) made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surgeon uses irrigation fluid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distend</w:t>
      </w:r>
      <w:r>
        <w:rPr>
          <w:b/>
          <w:bCs/>
        </w:rPr>
        <w:t xml:space="preserve"> </w:t>
      </w:r>
      <w:r>
        <w:rPr>
          <w:b/>
          <w:bCs/>
        </w:rPr>
        <w:t xml:space="preserve">the joint to create room to operate.</w:t>
      </w:r>
      <w:r>
        <w:br/>
      </w:r>
      <w:r>
        <w:t xml:space="preserve">    (a) empty</w:t>
      </w:r>
      <w:r>
        <w:br/>
      </w:r>
      <w:r>
        <w:t xml:space="preserve">    (b) extend</w:t>
      </w:r>
      <w:r>
        <w:br/>
      </w:r>
      <w:r>
        <w:t xml:space="preserve">    (c) collapse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get caught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flouting</w:t>
      </w:r>
      <w:r>
        <w:rPr>
          <w:b/>
          <w:bCs/>
        </w:rPr>
        <w:t xml:space="preserve"> </w:t>
      </w:r>
      <w:r>
        <w:rPr>
          <w:b/>
          <w:bCs/>
        </w:rPr>
        <w:t xml:space="preserve">the rules.</w:t>
      </w:r>
      <w:r>
        <w:br/>
      </w:r>
      <w:r>
        <w:t xml:space="preserve">    (a) complaining about</w:t>
      </w:r>
      <w:r>
        <w:br/>
      </w:r>
      <w:r>
        <w:t xml:space="preserve">    (b) questioning</w:t>
      </w:r>
      <w:r>
        <w:br/>
      </w:r>
      <w:r>
        <w:t xml:space="preserve">    (c) ignoring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mare gave birth to a healthy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foal</w:t>
      </w:r>
      <w:r>
        <w:rPr>
          <w:b/>
          <w:bCs/>
        </w:rPr>
        <w:t xml:space="preserve"> </w:t>
      </w:r>
      <w:r>
        <w:rPr>
          <w:b/>
          <w:bCs/>
        </w:rPr>
        <w:t xml:space="preserve">in the spring meadow.</w:t>
      </w:r>
      <w:r>
        <w:br/>
      </w:r>
      <w:r>
        <w:t xml:space="preserve">    (a) wooden saddle</w:t>
      </w:r>
      <w:r>
        <w:br/>
      </w:r>
      <w:r>
        <w:t xml:space="preserve">    (b) metal gate</w:t>
      </w:r>
      <w:r>
        <w:br/>
      </w:r>
      <w:r>
        <w:t xml:space="preserve">    (c) young horse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 presented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incontrovertible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that proved her client’s innocence.</w:t>
      </w:r>
      <w:r>
        <w:br/>
      </w:r>
      <w:r>
        <w:t xml:space="preserve">    (a) undeniable</w:t>
      </w:r>
      <w:r>
        <w:br/>
      </w:r>
      <w:r>
        <w:t xml:space="preserve">    (b) related to</w:t>
      </w:r>
      <w:r>
        <w:br/>
      </w:r>
      <w:r>
        <w:t xml:space="preserve">    (c)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interdicted</w:t>
      </w:r>
      <w:r>
        <w:rPr>
          <w:b/>
          <w:bCs/>
        </w:rPr>
        <w:t xml:space="preserve"> </w:t>
      </w:r>
      <w:r>
        <w:rPr>
          <w:b/>
          <w:bCs/>
        </w:rPr>
        <w:t xml:space="preserve">the shipment of arms to the rebels.</w:t>
      </w:r>
      <w:r>
        <w:br/>
      </w:r>
      <w:r>
        <w:t xml:space="preserve">    (a) discovered</w:t>
      </w:r>
      <w:r>
        <w:br/>
      </w:r>
      <w:r>
        <w:t xml:space="preserve">    (b) stopped</w:t>
      </w:r>
      <w:r>
        <w:br/>
      </w:r>
      <w:r>
        <w:t xml:space="preserve">    (c) provided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announcement,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maelstrom</w:t>
      </w:r>
      <w:r>
        <w:rPr>
          <w:b/>
          <w:bCs/>
        </w:rPr>
        <w:t xml:space="preserve"> </w:t>
      </w:r>
      <w:r>
        <w:rPr>
          <w:b/>
          <w:bCs/>
        </w:rPr>
        <w:t xml:space="preserve">of emotions swept through the crowd.</w:t>
      </w:r>
      <w:r>
        <w:br/>
      </w:r>
      <w:r>
        <w:t xml:space="preserve">    (a) powerful whirlpool (figuratively)</w:t>
      </w:r>
      <w:r>
        <w:br/>
      </w:r>
      <w:r>
        <w:t xml:space="preserve">    (b) a powerful stimulant drug that increases activity in the brain and nervous system -- often addictive</w:t>
      </w:r>
      <w:r>
        <w:br/>
      </w:r>
      <w:r>
        <w:t xml:space="preserve">    (c) aka natural right -- a right that is naturally due because of human nature and the natural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metamorphosis</w:t>
      </w:r>
      <w:r>
        <w:rPr>
          <w:b/>
          <w:bCs/>
        </w:rPr>
        <w:t xml:space="preserve"> </w:t>
      </w:r>
      <w:r>
        <w:rPr>
          <w:b/>
          <w:bCs/>
        </w:rPr>
        <w:t xml:space="preserve">from a shy teenager to a confident leader impressed everyone who knew her.</w:t>
      </w:r>
      <w:r>
        <w:br/>
      </w:r>
      <w:r>
        <w:t xml:space="preserve">    (a) sudden departure</w:t>
      </w:r>
      <w:r>
        <w:br/>
      </w:r>
      <w:r>
        <w:t xml:space="preserve">    (b) major change</w:t>
      </w:r>
      <w:r>
        <w:br/>
      </w:r>
      <w:r>
        <w:t xml:space="preserve">    (c) rapid promotion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 in a world of stillbirths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privation</w:t>
      </w:r>
      <w:r>
        <w:rPr>
          <w:b/>
          <w:bCs/>
        </w:rPr>
        <w:t xml:space="preserve">.</w:t>
      </w:r>
      <w:r>
        <w:br/>
      </w:r>
      <w:r>
        <w:t xml:space="preserve">    (a) lack of basic things needed to live in a satisfactory manner</w:t>
      </w:r>
      <w:r>
        <w:br/>
      </w:r>
      <w:r>
        <w:t xml:space="preserve">    (b) a stone coffin (usually bearing sculpture or inscriptions)</w:t>
      </w:r>
      <w:r>
        <w:br/>
      </w:r>
      <w:r>
        <w:t xml:space="preserve">    (c) rules of conduct said to be universally desired by all peoples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greeting</w:t>
      </w:r>
      <w:r>
        <w:br/>
      </w:r>
      <w:r>
        <w:t xml:space="preserve">    (b) smile</w:t>
      </w:r>
      <w:r>
        <w:br/>
      </w:r>
      <w:r>
        <w:t xml:space="preserve">    (c) introduction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visited every art museum in New York City, and she still wasn't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satiated</w:t>
      </w:r>
      <w:r>
        <w:rPr>
          <w:b/>
          <w:bCs/>
        </w:rPr>
        <w:t xml:space="preserve">.</w:t>
      </w:r>
      <w:r>
        <w:br/>
      </w:r>
      <w:r>
        <w:t xml:space="preserve">    (a) knowledgeable</w:t>
      </w:r>
      <w:r>
        <w:br/>
      </w:r>
      <w:r>
        <w:t xml:space="preserve">    (b) tired</w:t>
      </w:r>
      <w:r>
        <w:br/>
      </w:r>
      <w:r>
        <w:t xml:space="preserve">    (c)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Knowing which fork to use first was once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shibboleth</w:t>
      </w:r>
      <w:r>
        <w:rPr>
          <w:b/>
          <w:bCs/>
        </w:rPr>
        <w:t xml:space="preserve"> </w:t>
      </w:r>
      <w:r>
        <w:rPr>
          <w:b/>
          <w:bCs/>
        </w:rPr>
        <w:t xml:space="preserve">of the upper class, separating the socially educated from the uninitiated.</w:t>
      </w:r>
      <w:r>
        <w:br/>
      </w:r>
      <w:r>
        <w:t xml:space="preserve">    (a) the process of controlling (how something turns out)</w:t>
      </w:r>
      <w:r>
        <w:br/>
      </w:r>
      <w:r>
        <w:t xml:space="preserve">    (b) the taking on or adoption of power or responsibility</w:t>
      </w:r>
      <w:r>
        <w:br/>
      </w:r>
      <w:r>
        <w:t xml:space="preserve">    (c) something that identifies one as a member of a 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spurious</w:t>
      </w:r>
      <w:r>
        <w:rPr>
          <w:b/>
          <w:bCs/>
        </w:rPr>
        <w:t xml:space="preserve"> </w:t>
      </w:r>
      <w:r>
        <w:rPr>
          <w:b/>
          <w:bCs/>
        </w:rPr>
        <w:t xml:space="preserve">claim has already been dismissed by the court.</w:t>
      </w:r>
      <w:r>
        <w:br/>
      </w:r>
      <w:r>
        <w:t xml:space="preserve">    (a) the state or degree of having the ability to change for different situations</w:t>
      </w:r>
      <w:r>
        <w:br/>
      </w:r>
      <w:r>
        <w:t xml:space="preserve">    (b) false</w:t>
      </w:r>
      <w:r>
        <w:br/>
      </w:r>
      <w:r>
        <w:t xml:space="preserve">    (c) the quality of behaving in an instinctive, uninhibited, and unplanned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an avid reader, she experiences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vicarious</w:t>
      </w:r>
      <w:r>
        <w:rPr>
          <w:b/>
          <w:bCs/>
        </w:rPr>
        <w:t xml:space="preserve"> </w:t>
      </w:r>
      <w:r>
        <w:rPr>
          <w:b/>
          <w:bCs/>
        </w:rPr>
        <w:t xml:space="preserve">adventures through the characters in her books.</w:t>
      </w:r>
      <w:r>
        <w:br/>
      </w:r>
      <w:r>
        <w:t xml:space="preserve">    (a) exciting</w:t>
      </w:r>
      <w:r>
        <w:br/>
      </w:r>
      <w:r>
        <w:t xml:space="preserve">    (b) secondhand</w:t>
      </w:r>
      <w:r>
        <w:br/>
      </w:r>
      <w:r>
        <w:t xml:space="preserve">    (c) dangerous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2026-07-31T18:12:36Z</dcterms:created>
  <dcterms:modified xsi:type="dcterms:W3CDTF">2026-07-31T18:12:36Z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