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d0e65a242fed6ce8fe67bbc0b24cfd0472c643d"/>
    <w:p>
      <w:pPr>
        <w:pStyle w:val="Heading1"/>
      </w:pPr>
      <w:r>
        <w:rPr>
          <w:b/>
          <w:bCs/>
        </w:rPr>
        <w:t xml:space="preserve">Abraham Lincoln's Second Inaugural Address</w:t>
      </w:r>
      <w:r>
        <w:br/>
      </w:r>
      <w:r>
        <w:rPr>
          <w:i/>
          <w:iCs/>
        </w:rPr>
        <w:t xml:space="preserve">Abraham Lincoln</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Now, at the expiration of four years, during which public declarations have been</w:t>
      </w:r>
      <w:r>
        <w:rPr>
          <w:b/>
          <w:bCs/>
        </w:rPr>
        <w:t xml:space="preserve"> </w:t>
      </w:r>
      <w:r>
        <w:rPr>
          <w:b/>
          <w:bCs/>
          <w:u w:val="single"/>
        </w:rPr>
        <w:t xml:space="preserve">constantly</w:t>
      </w:r>
      <w:r>
        <w:rPr>
          <w:b/>
          <w:bCs/>
        </w:rPr>
        <w:t xml:space="preserve"> </w:t>
      </w:r>
      <w:r>
        <w:rPr>
          <w:b/>
          <w:bCs/>
        </w:rPr>
        <w:t xml:space="preserve">called forth on every point and phase of the great contest which still absorbs the attention and engrosses the energies of the nation, little that is new could be presented.</w:t>
      </w:r>
      <w:r>
        <w:br/>
      </w:r>
      <w:r>
        <w:t xml:space="preserve">    (a) in a manner that is unchanging, continuous, or happens repeatedly</w:t>
      </w:r>
      <w:r>
        <w:br/>
      </w:r>
      <w:r>
        <w:t xml:space="preserve">    (b) in a manner that is crosswise (at a right angle to the long axis)</w:t>
      </w:r>
      <w:r>
        <w:br/>
      </w:r>
      <w:r>
        <w:t xml:space="preserve">    (c) with too much concern for formal rules, details, or book learning</w:t>
      </w:r>
    </w:p>
    <w:p>
      <w:pPr>
        <w:pStyle w:val="Compact"/>
        <w:numPr>
          <w:ilvl w:val="0"/>
          <w:numId w:val="1001"/>
        </w:numPr>
      </w:pPr>
      <w:r>
        <w:rPr>
          <w:b/>
          <w:bCs/>
        </w:rPr>
        <w:t xml:space="preserve">...which still absorbs the attention and</w:t>
      </w:r>
      <w:r>
        <w:rPr>
          <w:b/>
          <w:bCs/>
        </w:rPr>
        <w:t xml:space="preserve"> </w:t>
      </w:r>
      <w:r>
        <w:rPr>
          <w:b/>
          <w:bCs/>
          <w:u w:val="single"/>
        </w:rPr>
        <w:t xml:space="preserve">engrosses</w:t>
      </w:r>
      <w:r>
        <w:rPr>
          <w:b/>
          <w:bCs/>
        </w:rPr>
        <w:t xml:space="preserve"> </w:t>
      </w:r>
      <w:r>
        <w:rPr>
          <w:b/>
          <w:bCs/>
        </w:rPr>
        <w:t xml:space="preserve">the energies of the nation,</w:t>
      </w:r>
      <w:r>
        <w:br/>
      </w:r>
      <w:r>
        <w:t xml:space="preserve">    (a) struggles or disagreements</w:t>
      </w:r>
      <w:r>
        <w:br/>
      </w:r>
      <w:r>
        <w:t xml:space="preserve">    (b) takes all</w:t>
      </w:r>
      <w:r>
        <w:br/>
      </w:r>
      <w:r>
        <w:t xml:space="preserve">    (c) is attractive or desirable</w:t>
      </w:r>
    </w:p>
    <w:p>
      <w:pPr>
        <w:pStyle w:val="Compact"/>
        <w:numPr>
          <w:ilvl w:val="0"/>
          <w:numId w:val="1001"/>
        </w:numPr>
      </w:pPr>
      <w:r>
        <w:rPr>
          <w:b/>
          <w:bCs/>
        </w:rPr>
        <w:t xml:space="preserve">On the occasion</w:t>
      </w:r>
      <w:r>
        <w:rPr>
          <w:b/>
          <w:bCs/>
        </w:rPr>
        <w:t xml:space="preserve"> </w:t>
      </w:r>
      <w:r>
        <w:rPr>
          <w:b/>
          <w:bCs/>
          <w:u w:val="single"/>
        </w:rPr>
        <w:t xml:space="preserve">corresponding</w:t>
      </w:r>
      <w:r>
        <w:rPr>
          <w:b/>
          <w:bCs/>
        </w:rPr>
        <w:t xml:space="preserve"> </w:t>
      </w:r>
      <w:r>
        <w:rPr>
          <w:b/>
          <w:bCs/>
        </w:rPr>
        <w:t xml:space="preserve">to this four years ago,</w:t>
      </w:r>
      <w:r>
        <w:br/>
      </w:r>
      <w:r>
        <w:t xml:space="preserve">    (a) sticking out, attracting more attention than desired, or imposing on others</w:t>
      </w:r>
      <w:r>
        <w:br/>
      </w:r>
      <w:r>
        <w:t xml:space="preserve">    (b) matching (similar)</w:t>
      </w:r>
      <w:r>
        <w:br/>
      </w:r>
      <w:r>
        <w:t xml:space="preserve">    (c) drying out by heat or excessive exposure to sunlight; or making very thirsty</w:t>
      </w:r>
    </w:p>
    <w:p>
      <w:pPr>
        <w:pStyle w:val="Compact"/>
        <w:numPr>
          <w:ilvl w:val="0"/>
          <w:numId w:val="1001"/>
        </w:numPr>
      </w:pPr>
      <w:r>
        <w:rPr>
          <w:b/>
          <w:bCs/>
        </w:rPr>
        <w:t xml:space="preserve">...all thoughts were anxiously directed to an</w:t>
      </w:r>
      <w:r>
        <w:rPr>
          <w:b/>
          <w:bCs/>
        </w:rPr>
        <w:t xml:space="preserve"> </w:t>
      </w:r>
      <w:r>
        <w:rPr>
          <w:b/>
          <w:bCs/>
          <w:u w:val="single"/>
        </w:rPr>
        <w:t xml:space="preserve">impending</w:t>
      </w:r>
      <w:r>
        <w:rPr>
          <w:b/>
          <w:bCs/>
        </w:rPr>
        <w:t xml:space="preserve"> </w:t>
      </w:r>
      <w:r>
        <w:rPr>
          <w:b/>
          <w:bCs/>
        </w:rPr>
        <w:t xml:space="preserve">civil war.</w:t>
      </w:r>
      <w:r>
        <w:br/>
      </w:r>
      <w:r>
        <w:t xml:space="preserve">    (a) material wealth</w:t>
      </w:r>
      <w:r>
        <w:br/>
      </w:r>
      <w:r>
        <w:t xml:space="preserve">    (b) strongly biased</w:t>
      </w:r>
      <w:r>
        <w:br/>
      </w:r>
      <w:r>
        <w:t xml:space="preserve">    (c) about to happen</w:t>
      </w:r>
    </w:p>
    <w:p>
      <w:pPr>
        <w:pStyle w:val="Compact"/>
        <w:numPr>
          <w:ilvl w:val="0"/>
          <w:numId w:val="1001"/>
        </w:numPr>
      </w:pPr>
      <w:r>
        <w:rPr>
          <w:b/>
          <w:bCs/>
        </w:rPr>
        <w:t xml:space="preserve">All dreaded it, all sought to</w:t>
      </w:r>
      <w:r>
        <w:rPr>
          <w:b/>
          <w:bCs/>
        </w:rPr>
        <w:t xml:space="preserve"> </w:t>
      </w:r>
      <w:r>
        <w:rPr>
          <w:b/>
          <w:bCs/>
          <w:u w:val="single"/>
        </w:rPr>
        <w:t xml:space="preserve">avert</w:t>
      </w:r>
      <w:r>
        <w:rPr>
          <w:b/>
          <w:bCs/>
        </w:rPr>
        <w:t xml:space="preserve"> </w:t>
      </w:r>
      <w:r>
        <w:rPr>
          <w:b/>
          <w:bCs/>
        </w:rPr>
        <w:t xml:space="preserve">it.</w:t>
      </w:r>
      <w:r>
        <w:br/>
      </w:r>
      <w:r>
        <w:t xml:space="preserve">    (a) prevent</w:t>
      </w:r>
      <w:r>
        <w:br/>
      </w:r>
      <w:r>
        <w:t xml:space="preserve">    (b) lacks adequate funding</w:t>
      </w:r>
      <w:r>
        <w:br/>
      </w:r>
      <w:r>
        <w:t xml:space="preserve">    (c) not thinking carefully</w:t>
      </w:r>
    </w:p>
    <w:p>
      <w:pPr>
        <w:pStyle w:val="Compact"/>
        <w:numPr>
          <w:ilvl w:val="0"/>
          <w:numId w:val="1001"/>
        </w:numPr>
      </w:pPr>
      <w:r>
        <w:rPr>
          <w:b/>
          <w:bCs/>
        </w:rPr>
        <w:t xml:space="preserve">Both parties</w:t>
      </w:r>
      <w:r>
        <w:rPr>
          <w:b/>
          <w:bCs/>
        </w:rPr>
        <w:t xml:space="preserve"> </w:t>
      </w:r>
      <w:r>
        <w:rPr>
          <w:b/>
          <w:bCs/>
          <w:u w:val="single"/>
        </w:rPr>
        <w:t xml:space="preserve">deprecated</w:t>
      </w:r>
      <w:r>
        <w:rPr>
          <w:b/>
          <w:bCs/>
        </w:rPr>
        <w:t xml:space="preserve"> </w:t>
      </w:r>
      <w:r>
        <w:rPr>
          <w:b/>
          <w:bCs/>
        </w:rPr>
        <w:t xml:space="preserve">war, but one of them would make war rather than let the nation survive, and the other would accept war rather than let it perish, and the war came.</w:t>
      </w:r>
      <w:r>
        <w:br/>
      </w:r>
      <w:r>
        <w:t xml:space="preserve">    (a) persuaded someone to want something (often sex or love) by tempting with something desired</w:t>
      </w:r>
      <w:r>
        <w:br/>
      </w:r>
      <w:r>
        <w:t xml:space="preserve">    (b) disapproved of</w:t>
      </w:r>
      <w:r>
        <w:br/>
      </w:r>
      <w:r>
        <w:t xml:space="preserve">    (c) (verb) created, started, settled, or set in a place  OR  (adjective) existing, or familiar</w:t>
      </w:r>
    </w:p>
    <w:p>
      <w:pPr>
        <w:pStyle w:val="Compact"/>
        <w:numPr>
          <w:ilvl w:val="0"/>
          <w:numId w:val="1001"/>
        </w:numPr>
      </w:pPr>
      <w:r>
        <w:rPr>
          <w:b/>
          <w:bCs/>
        </w:rPr>
        <w:t xml:space="preserve">Both parties deprecated war, but one of them would make war rather than let the nation survive, and the other would accept war rather than let it</w:t>
      </w:r>
      <w:r>
        <w:rPr>
          <w:b/>
          <w:bCs/>
        </w:rPr>
        <w:t xml:space="preserve"> </w:t>
      </w:r>
      <w:r>
        <w:rPr>
          <w:b/>
          <w:bCs/>
          <w:u w:val="single"/>
        </w:rPr>
        <w:t xml:space="preserve">perish</w:t>
      </w:r>
      <w:r>
        <w:rPr>
          <w:b/>
          <w:bCs/>
        </w:rPr>
        <w:t xml:space="preserve">, and the war came.</w:t>
      </w:r>
      <w:r>
        <w:br/>
      </w:r>
      <w:r>
        <w:t xml:space="preserve">    (a) to spread to other parts of the body</w:t>
      </w:r>
      <w:r>
        <w:br/>
      </w:r>
      <w:r>
        <w:t xml:space="preserve">    (b) be destroyed</w:t>
      </w:r>
      <w:r>
        <w:br/>
      </w:r>
      <w:r>
        <w:t xml:space="preserve">    (c) move into position to work; or start</w:t>
      </w:r>
    </w:p>
    <w:p>
      <w:pPr>
        <w:pStyle w:val="Compact"/>
        <w:numPr>
          <w:ilvl w:val="0"/>
          <w:numId w:val="1001"/>
        </w:numPr>
      </w:pPr>
      <w:r>
        <w:rPr>
          <w:b/>
          <w:bCs/>
        </w:rPr>
        <w:t xml:space="preserve">...the</w:t>
      </w:r>
      <w:r>
        <w:rPr>
          <w:b/>
          <w:bCs/>
        </w:rPr>
        <w:t xml:space="preserve"> </w:t>
      </w:r>
      <w:r>
        <w:rPr>
          <w:b/>
          <w:bCs/>
          <w:u w:val="single"/>
        </w:rPr>
        <w:t xml:space="preserve">insurgents</w:t>
      </w:r>
      <w:r>
        <w:rPr>
          <w:b/>
          <w:bCs/>
        </w:rPr>
        <w:t xml:space="preserve"> </w:t>
      </w:r>
      <w:r>
        <w:rPr>
          <w:b/>
          <w:bCs/>
        </w:rPr>
        <w:t xml:space="preserve">would rend the Union even by war,</w:t>
      </w:r>
      <w:r>
        <w:br/>
      </w:r>
      <w:r>
        <w:t xml:space="preserve">    (a) streaks of light in the sky caused by small space rocks burning up in Earth’s atmosphere</w:t>
      </w:r>
      <w:r>
        <w:br/>
      </w:r>
      <w:r>
        <w:t xml:space="preserve">    (b) rebels (people who are rebelling)</w:t>
      </w:r>
      <w:r>
        <w:br/>
      </w:r>
      <w:r>
        <w:t xml:space="preserve">    (c) the science related to DNA sequences or units of heredity that influence biological traits</w:t>
      </w:r>
    </w:p>
    <w:p>
      <w:pPr>
        <w:pStyle w:val="Compact"/>
        <w:numPr>
          <w:ilvl w:val="0"/>
          <w:numId w:val="1001"/>
        </w:numPr>
      </w:pPr>
      <w:r>
        <w:rPr>
          <w:b/>
          <w:bCs/>
        </w:rPr>
        <w:t xml:space="preserve">Neither party expected for the war the magnitude or the</w:t>
      </w:r>
      <w:r>
        <w:rPr>
          <w:b/>
          <w:bCs/>
        </w:rPr>
        <w:t xml:space="preserve"> </w:t>
      </w:r>
      <w:r>
        <w:rPr>
          <w:b/>
          <w:bCs/>
          <w:u w:val="single"/>
        </w:rPr>
        <w:t xml:space="preserve">duration</w:t>
      </w:r>
      <w:r>
        <w:rPr>
          <w:b/>
          <w:bCs/>
        </w:rPr>
        <w:t xml:space="preserve"> </w:t>
      </w:r>
      <w:r>
        <w:rPr>
          <w:b/>
          <w:bCs/>
        </w:rPr>
        <w:t xml:space="preserve">which it has already attained.</w:t>
      </w:r>
      <w:r>
        <w:br/>
      </w:r>
      <w:r>
        <w:t xml:space="preserve">    (a) a particular understanding or explanation</w:t>
      </w:r>
      <w:r>
        <w:br/>
      </w:r>
      <w:r>
        <w:t xml:space="preserve">    (b) meticulousness (care about small details)</w:t>
      </w:r>
      <w:r>
        <w:br/>
      </w:r>
      <w:r>
        <w:t xml:space="preserve">    (c) the time during which something continues</w:t>
      </w:r>
    </w:p>
    <w:p>
      <w:pPr>
        <w:pStyle w:val="Compact"/>
        <w:numPr>
          <w:ilvl w:val="0"/>
          <w:numId w:val="1001"/>
        </w:numPr>
      </w:pPr>
      <w:r>
        <w:rPr>
          <w:b/>
          <w:bCs/>
        </w:rPr>
        <w:t xml:space="preserve">Neither party expected for the war the magnitude or the duration which it has already</w:t>
      </w:r>
      <w:r>
        <w:rPr>
          <w:b/>
          <w:bCs/>
        </w:rPr>
        <w:t xml:space="preserve"> </w:t>
      </w:r>
      <w:r>
        <w:rPr>
          <w:b/>
          <w:bCs/>
          <w:u w:val="single"/>
        </w:rPr>
        <w:t xml:space="preserve">attained</w:t>
      </w:r>
      <w:r>
        <w:rPr>
          <w:b/>
          <w:bCs/>
        </w:rPr>
        <w:t xml:space="preserve">.</w:t>
      </w:r>
      <w:r>
        <w:br/>
      </w:r>
      <w:r>
        <w:t xml:space="preserve">    (a) tension from opposing ideas or feelings</w:t>
      </w:r>
      <w:r>
        <w:br/>
      </w:r>
      <w:r>
        <w:t xml:space="preserve">    (b) examined in detail to better understand</w:t>
      </w:r>
      <w:r>
        <w:br/>
      </w:r>
      <w:r>
        <w:t xml:space="preserve">    (c) reached (with effort)</w:t>
      </w:r>
    </w:p>
    <w:p>
      <w:pPr>
        <w:pStyle w:val="Compact"/>
        <w:numPr>
          <w:ilvl w:val="0"/>
          <w:numId w:val="1001"/>
        </w:numPr>
      </w:pPr>
      <w:r>
        <w:rPr>
          <w:b/>
          <w:bCs/>
        </w:rPr>
        <w:t xml:space="preserve">Neither anticipated that the cause of the</w:t>
      </w:r>
      <w:r>
        <w:rPr>
          <w:b/>
          <w:bCs/>
        </w:rPr>
        <w:t xml:space="preserve"> </w:t>
      </w:r>
      <w:r>
        <w:rPr>
          <w:b/>
          <w:bCs/>
          <w:u w:val="single"/>
        </w:rPr>
        <w:t xml:space="preserve">conflict</w:t>
      </w:r>
      <w:r>
        <w:rPr>
          <w:b/>
          <w:bCs/>
        </w:rPr>
        <w:t xml:space="preserve"> </w:t>
      </w:r>
      <w:r>
        <w:rPr>
          <w:b/>
          <w:bCs/>
        </w:rPr>
        <w:t xml:space="preserve">might cease with or even before the conflict itself should cease.</w:t>
      </w:r>
      <w:r>
        <w:br/>
      </w:r>
      <w:r>
        <w:t xml:space="preserve">    (a) war</w:t>
      </w:r>
      <w:r>
        <w:br/>
      </w:r>
      <w:r>
        <w:t xml:space="preserve">    (b) include consideration of</w:t>
      </w:r>
      <w:r>
        <w:br/>
      </w:r>
      <w:r>
        <w:t xml:space="preserve">    (c) make nervous or confused</w:t>
      </w:r>
    </w:p>
    <w:p>
      <w:pPr>
        <w:pStyle w:val="Compact"/>
        <w:numPr>
          <w:ilvl w:val="0"/>
          <w:numId w:val="1001"/>
        </w:numPr>
      </w:pPr>
      <w:r>
        <w:rPr>
          <w:b/>
          <w:bCs/>
        </w:rPr>
        <w:t xml:space="preserve">...before the conflict itself should</w:t>
      </w:r>
      <w:r>
        <w:rPr>
          <w:b/>
          <w:bCs/>
        </w:rPr>
        <w:t xml:space="preserve"> </w:t>
      </w:r>
      <w:r>
        <w:rPr>
          <w:b/>
          <w:bCs/>
          <w:u w:val="single"/>
        </w:rPr>
        <w:t xml:space="preserve">cease</w:t>
      </w:r>
      <w:r>
        <w:rPr>
          <w:b/>
          <w:bCs/>
        </w:rPr>
        <w:t xml:space="preserve">.</w:t>
      </w:r>
      <w:r>
        <w:br/>
      </w:r>
      <w:r>
        <w:t xml:space="preserve">    (a) stop</w:t>
      </w:r>
      <w:r>
        <w:br/>
      </w:r>
      <w:r>
        <w:t xml:space="preserve">    (b) influence or effect</w:t>
      </w:r>
      <w:r>
        <w:br/>
      </w:r>
      <w:r>
        <w:t xml:space="preserve">    (c) gain advantage from</w:t>
      </w:r>
    </w:p>
    <w:p>
      <w:pPr>
        <w:pStyle w:val="Compact"/>
        <w:numPr>
          <w:ilvl w:val="0"/>
          <w:numId w:val="1001"/>
        </w:numPr>
      </w:pPr>
      <w:r>
        <w:rPr>
          <w:b/>
          <w:bCs/>
        </w:rPr>
        <w:t xml:space="preserve">Both read the same Bible and pray to the same God, and each</w:t>
      </w:r>
      <w:r>
        <w:rPr>
          <w:b/>
          <w:bCs/>
        </w:rPr>
        <w:t xml:space="preserve"> </w:t>
      </w:r>
      <w:r>
        <w:rPr>
          <w:b/>
          <w:bCs/>
          <w:u w:val="single"/>
        </w:rPr>
        <w:t xml:space="preserve">invokes</w:t>
      </w:r>
      <w:r>
        <w:rPr>
          <w:b/>
          <w:bCs/>
        </w:rPr>
        <w:t xml:space="preserve"> </w:t>
      </w:r>
      <w:r>
        <w:rPr>
          <w:b/>
          <w:bCs/>
        </w:rPr>
        <w:t xml:space="preserve">His aid against the other.</w:t>
      </w:r>
      <w:r>
        <w:br/>
      </w:r>
      <w:r>
        <w:t xml:space="preserve">    (a) calls upon</w:t>
      </w:r>
      <w:r>
        <w:br/>
      </w:r>
      <w:r>
        <w:t xml:space="preserve">    (b) translates</w:t>
      </w:r>
      <w:r>
        <w:br/>
      </w:r>
      <w:r>
        <w:t xml:space="preserve">    (c) sticks out</w:t>
      </w:r>
    </w:p>
    <w:p>
      <w:pPr>
        <w:pStyle w:val="Compact"/>
        <w:numPr>
          <w:ilvl w:val="0"/>
          <w:numId w:val="1001"/>
        </w:numPr>
      </w:pPr>
      <w:r>
        <w:rPr>
          <w:b/>
          <w:bCs/>
        </w:rPr>
        <w:t xml:space="preserve">If we shall suppose that American slavery is one of those offenses which, in the</w:t>
      </w:r>
      <w:r>
        <w:rPr>
          <w:b/>
          <w:bCs/>
        </w:rPr>
        <w:t xml:space="preserve"> </w:t>
      </w:r>
      <w:r>
        <w:rPr>
          <w:b/>
          <w:bCs/>
          <w:u w:val="single"/>
        </w:rPr>
        <w:t xml:space="preserve">providence</w:t>
      </w:r>
      <w:r>
        <w:rPr>
          <w:b/>
          <w:bCs/>
        </w:rPr>
        <w:t xml:space="preserve"> </w:t>
      </w:r>
      <w:r>
        <w:rPr>
          <w:b/>
          <w:bCs/>
        </w:rPr>
        <w:t xml:space="preserve">of God, must needs come, but which, having continued through His appointed time, He now wills to remove, and that He gives to both North and South this terrible war as the woe due to those by whom...</w:t>
      </w:r>
      <w:r>
        <w:br/>
      </w:r>
      <w:r>
        <w:t xml:space="preserve">    (a) a particular way of seeing or thinking about things</w:t>
      </w:r>
      <w:r>
        <w:br/>
      </w:r>
      <w:r>
        <w:t xml:space="preserve">    (b) plan of God</w:t>
      </w:r>
      <w:r>
        <w:br/>
      </w:r>
      <w:r>
        <w:t xml:space="preserve">    (c) collection of star systems held together by gravity</w:t>
      </w:r>
    </w:p>
    <w:p>
      <w:pPr>
        <w:pStyle w:val="Compact"/>
        <w:numPr>
          <w:ilvl w:val="0"/>
          <w:numId w:val="1001"/>
        </w:numPr>
      </w:pPr>
      <w:r>
        <w:rPr>
          <w:b/>
          <w:bCs/>
        </w:rPr>
        <w:t xml:space="preserve">those</w:t>
      </w:r>
      <w:r>
        <w:rPr>
          <w:b/>
          <w:bCs/>
        </w:rPr>
        <w:t xml:space="preserve"> </w:t>
      </w:r>
      <w:r>
        <w:rPr>
          <w:b/>
          <w:bCs/>
          <w:u w:val="single"/>
        </w:rPr>
        <w:t xml:space="preserve">divine</w:t>
      </w:r>
      <w:r>
        <w:rPr>
          <w:b/>
          <w:bCs/>
        </w:rPr>
        <w:t xml:space="preserve"> </w:t>
      </w:r>
      <w:r>
        <w:rPr>
          <w:b/>
          <w:bCs/>
        </w:rPr>
        <w:t xml:space="preserve">attributes which the believers in a living God always ascribe to Him</w:t>
      </w:r>
      <w:r>
        <w:br/>
      </w:r>
      <w:r>
        <w:t xml:space="preserve">    (a) the quality of being sensible and careful</w:t>
      </w:r>
      <w:r>
        <w:br/>
      </w:r>
      <w:r>
        <w:t xml:space="preserve">    (b) God-like</w:t>
      </w:r>
      <w:r>
        <w:br/>
      </w:r>
      <w:r>
        <w:t xml:space="preserve">    (c) unable or difficult to meet and talk with</w:t>
      </w:r>
    </w:p>
    <w:p>
      <w:pPr>
        <w:pStyle w:val="Compact"/>
        <w:numPr>
          <w:ilvl w:val="0"/>
          <w:numId w:val="1001"/>
        </w:numPr>
      </w:pPr>
      <w:r>
        <w:rPr>
          <w:b/>
          <w:bCs/>
        </w:rPr>
        <w:t xml:space="preserve">those divine</w:t>
      </w:r>
      <w:r>
        <w:rPr>
          <w:b/>
          <w:bCs/>
        </w:rPr>
        <w:t xml:space="preserve"> </w:t>
      </w:r>
      <w:r>
        <w:rPr>
          <w:b/>
          <w:bCs/>
          <w:u w:val="single"/>
        </w:rPr>
        <w:t xml:space="preserve">attributes</w:t>
      </w:r>
      <w:r>
        <w:rPr>
          <w:b/>
          <w:bCs/>
        </w:rPr>
        <w:t xml:space="preserve"> </w:t>
      </w:r>
      <w:r>
        <w:rPr>
          <w:b/>
          <w:bCs/>
        </w:rPr>
        <w:t xml:space="preserve">which the believers in a living God always ascribe to Him?</w:t>
      </w:r>
      <w:r>
        <w:br/>
      </w:r>
      <w:r>
        <w:t xml:space="preserve">    (a) dreamlike states of altered consciousness</w:t>
      </w:r>
      <w:r>
        <w:br/>
      </w:r>
      <w:r>
        <w:t xml:space="preserve">    (b) piles of wood or other burnable materials</w:t>
      </w:r>
      <w:r>
        <w:br/>
      </w:r>
      <w:r>
        <w:t xml:space="preserve">    (c) characteristics</w:t>
      </w:r>
    </w:p>
    <w:p>
      <w:pPr>
        <w:pStyle w:val="Compact"/>
        <w:numPr>
          <w:ilvl w:val="0"/>
          <w:numId w:val="1001"/>
        </w:numPr>
      </w:pPr>
      <w:r>
        <w:rPr>
          <w:b/>
          <w:bCs/>
        </w:rPr>
        <w:t xml:space="preserve">Fondly do we hope,</w:t>
      </w:r>
      <w:r>
        <w:rPr>
          <w:b/>
          <w:bCs/>
        </w:rPr>
        <w:t xml:space="preserve"> </w:t>
      </w:r>
      <w:r>
        <w:rPr>
          <w:b/>
          <w:bCs/>
          <w:u w:val="single"/>
        </w:rPr>
        <w:t xml:space="preserve">fervently</w:t>
      </w:r>
      <w:r>
        <w:rPr>
          <w:b/>
          <w:bCs/>
        </w:rPr>
        <w:t xml:space="preserve"> </w:t>
      </w:r>
      <w:r>
        <w:rPr>
          <w:b/>
          <w:bCs/>
        </w:rPr>
        <w:t xml:space="preserve">do we pray, that this mighty scourge of war may speedily pass away.</w:t>
      </w:r>
      <w:r>
        <w:br/>
      </w:r>
      <w:r>
        <w:t xml:space="preserve">    (a) in a way that is good at solving problems</w:t>
      </w:r>
      <w:r>
        <w:br/>
      </w:r>
      <w:r>
        <w:t xml:space="preserve">    (b) with intense emotion</w:t>
      </w:r>
      <w:r>
        <w:br/>
      </w:r>
      <w:r>
        <w:t xml:space="preserve">    (c) in a manner that is not easily identified</w:t>
      </w:r>
    </w:p>
    <w:p>
      <w:pPr>
        <w:pStyle w:val="Compact"/>
        <w:numPr>
          <w:ilvl w:val="0"/>
          <w:numId w:val="1001"/>
        </w:numPr>
      </w:pPr>
      <w:r>
        <w:rPr>
          <w:b/>
          <w:bCs/>
        </w:rPr>
        <w:t xml:space="preserve">two hundred and fifty years of</w:t>
      </w:r>
      <w:r>
        <w:rPr>
          <w:b/>
          <w:bCs/>
        </w:rPr>
        <w:t xml:space="preserve"> </w:t>
      </w:r>
      <w:r>
        <w:rPr>
          <w:b/>
          <w:bCs/>
          <w:u w:val="single"/>
        </w:rPr>
        <w:t xml:space="preserve">unrequited</w:t>
      </w:r>
      <w:r>
        <w:rPr>
          <w:b/>
          <w:bCs/>
        </w:rPr>
        <w:t xml:space="preserve"> </w:t>
      </w:r>
      <w:r>
        <w:rPr>
          <w:b/>
          <w:bCs/>
        </w:rPr>
        <w:t xml:space="preserve">toil</w:t>
      </w:r>
      <w:r>
        <w:br/>
      </w:r>
      <w:r>
        <w:t xml:space="preserve">    (a) unrewarded (not returned)</w:t>
      </w:r>
      <w:r>
        <w:br/>
      </w:r>
      <w:r>
        <w:t xml:space="preserve">    (b) consistent or the same</w:t>
      </w:r>
      <w:r>
        <w:br/>
      </w:r>
      <w:r>
        <w:t xml:space="preserve">    (c) not aware of something</w:t>
      </w:r>
    </w:p>
    <w:p>
      <w:pPr>
        <w:pStyle w:val="Compact"/>
        <w:numPr>
          <w:ilvl w:val="0"/>
          <w:numId w:val="1001"/>
        </w:numPr>
      </w:pPr>
      <w:r>
        <w:rPr>
          <w:b/>
          <w:bCs/>
        </w:rPr>
        <w:t xml:space="preserve">...as was said three thousand years ago, so still it must be said "the judgments of the Lord are true and</w:t>
      </w:r>
      <w:r>
        <w:rPr>
          <w:b/>
          <w:bCs/>
        </w:rPr>
        <w:t xml:space="preserve"> </w:t>
      </w:r>
      <w:r>
        <w:rPr>
          <w:b/>
          <w:bCs/>
          <w:u w:val="single"/>
        </w:rPr>
        <w:t xml:space="preserve">righteous</w:t>
      </w:r>
      <w:r>
        <w:rPr>
          <w:b/>
          <w:bCs/>
        </w:rPr>
        <w:t xml:space="preserve"> </w:t>
      </w:r>
      <w:r>
        <w:rPr>
          <w:b/>
          <w:bCs/>
        </w:rPr>
        <w:t xml:space="preserve">altogether."</w:t>
      </w:r>
      <w:r>
        <w:br/>
      </w:r>
      <w:r>
        <w:t xml:space="preserve">    (a) good (morally correct, or adhering to moral principles)</w:t>
      </w:r>
      <w:r>
        <w:br/>
      </w:r>
      <w:r>
        <w:t xml:space="preserve">    (b) the degree to which a performance of or to someone else's work lends itself to the expression of personal artistic ideas or feelings by the performer</w:t>
      </w:r>
      <w:r>
        <w:br/>
      </w:r>
      <w:r>
        <w:t xml:space="preserve">    (c) the quality or degree of being straightforward or clear (sometimes indicating that truth is not worded carefully to spare feelings or gain advantage)</w:t>
      </w:r>
    </w:p>
    <w:p>
      <w:pPr>
        <w:pStyle w:val="Compact"/>
        <w:numPr>
          <w:ilvl w:val="0"/>
          <w:numId w:val="1001"/>
        </w:numPr>
      </w:pPr>
      <w:r>
        <w:rPr>
          <w:b/>
          <w:bCs/>
        </w:rPr>
        <w:t xml:space="preserve">With</w:t>
      </w:r>
      <w:r>
        <w:rPr>
          <w:b/>
          <w:bCs/>
        </w:rPr>
        <w:t xml:space="preserve"> </w:t>
      </w:r>
      <w:r>
        <w:rPr>
          <w:b/>
          <w:bCs/>
          <w:u w:val="single"/>
        </w:rPr>
        <w:t xml:space="preserve">malice</w:t>
      </w:r>
      <w:r>
        <w:rPr>
          <w:b/>
          <w:bCs/>
        </w:rPr>
        <w:t xml:space="preserve"> </w:t>
      </w:r>
      <w:r>
        <w:rPr>
          <w:b/>
          <w:bCs/>
        </w:rPr>
        <w:t xml:space="preserve">toward none, with charity for all...</w:t>
      </w:r>
      <w:r>
        <w:br/>
      </w:r>
      <w:r>
        <w:t xml:space="preserve">    (a) not adjusting a lens to create a clear image</w:t>
      </w:r>
      <w:r>
        <w:br/>
      </w:r>
      <w:r>
        <w:t xml:space="preserve">    (b) wanting to see others suffer</w:t>
      </w:r>
      <w:r>
        <w:br/>
      </w:r>
      <w:r>
        <w:t xml:space="preserve">    (c) the quality of lacking exactness or accuracy</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2026-07-31T17:02:34Z</dcterms:created>
  <dcterms:modified xsi:type="dcterms:W3CDTF">2026-07-31T17:02:34Z</dcterms:modified>
</cp:coreProperties>
</file>

<file path=docProps/custom.xml><?xml version="1.0" encoding="utf-8"?>
<Properties xmlns="http://schemas.openxmlformats.org/officeDocument/2006/custom-properties" xmlns:vt="http://schemas.openxmlformats.org/officeDocument/2006/docPropsVTypes"/>
</file>