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fca3170b981ef93b069c671e1fb70fc70cf2630"/>
    <w:p>
      <w:pPr>
        <w:pStyle w:val="Heading1"/>
      </w:pPr>
      <w:r>
        <w:rPr>
          <w:b/>
          <w:bCs/>
        </w:rPr>
        <w:t xml:space="preserve">Abraham Lincoln and the Self-Made Myth</w:t>
      </w:r>
      <w:r>
        <w:br/>
      </w:r>
      <w:r>
        <w:rPr>
          <w:i/>
          <w:iCs/>
        </w:rPr>
        <w:t xml:space="preserve">Richard Hofstadter</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Here is a drama in which a great man shoulders the torment and moral burdens of a blimdering and sinful people, suffers for them, and redeems them with hallowed Christian virtues—"</w:t>
      </w:r>
      <w:r>
        <w:rPr>
          <w:b/>
          <w:bCs/>
          <w:u w:val="single"/>
        </w:rPr>
        <w:t xml:space="preserve">malice</w:t>
      </w:r>
      <w:r>
        <w:rPr>
          <w:b/>
          <w:bCs/>
        </w:rPr>
        <w:t xml:space="preserve"> </w:t>
      </w:r>
      <w:r>
        <w:rPr>
          <w:b/>
          <w:bCs/>
        </w:rPr>
        <w:t xml:space="preserve">toward none and charity for all"—and is destroyed at the pitch of his success.</w:t>
      </w:r>
      <w:r>
        <w:br/>
      </w:r>
      <w:r>
        <w:t xml:space="preserve">    (a) the desire to hurt others or see them suffer</w:t>
      </w:r>
      <w:r>
        <w:br/>
      </w:r>
      <w:r>
        <w:t xml:space="preserve">    (b) not adjusting a lens to create a clear image</w:t>
      </w:r>
      <w:r>
        <w:br/>
      </w:r>
      <w:r>
        <w:t xml:space="preserve">    (c) the quality of lacking exactness or accuracy</w:t>
      </w:r>
    </w:p>
    <w:p>
      <w:pPr>
        <w:pStyle w:val="Compact"/>
        <w:numPr>
          <w:ilvl w:val="0"/>
          <w:numId w:val="1001"/>
        </w:numPr>
      </w:pPr>
      <w:r>
        <w:rPr>
          <w:b/>
          <w:bCs/>
        </w:rPr>
        <w:t xml:space="preserve">He was not, of course, the first</w:t>
      </w:r>
      <w:r>
        <w:rPr>
          <w:b/>
          <w:bCs/>
        </w:rPr>
        <w:t xml:space="preserve"> </w:t>
      </w:r>
      <w:r>
        <w:rPr>
          <w:b/>
          <w:bCs/>
          <w:u w:val="single"/>
        </w:rPr>
        <w:t xml:space="preserve">eminent</w:t>
      </w:r>
      <w:r>
        <w:rPr>
          <w:b/>
          <w:bCs/>
        </w:rPr>
        <w:t xml:space="preserve"> </w:t>
      </w:r>
      <w:r>
        <w:rPr>
          <w:b/>
          <w:bCs/>
        </w:rPr>
        <w:t xml:space="preserve">American politician who could claim humble origins, nor the first to exploit them.</w:t>
      </w:r>
      <w:r>
        <w:br/>
      </w:r>
      <w:r>
        <w:t xml:space="preserve">    (a) respected and famous or important</w:t>
      </w:r>
      <w:r>
        <w:br/>
      </w:r>
      <w:r>
        <w:t xml:space="preserve">    (b) improper, awkward, or unfavorable</w:t>
      </w:r>
      <w:r>
        <w:br/>
      </w:r>
      <w:r>
        <w:t xml:space="preserve">    (c) able to be stopped from happening</w:t>
      </w:r>
    </w:p>
    <w:p>
      <w:pPr>
        <w:pStyle w:val="Compact"/>
        <w:numPr>
          <w:ilvl w:val="0"/>
          <w:numId w:val="1001"/>
        </w:numPr>
      </w:pPr>
      <w:r>
        <w:rPr>
          <w:b/>
          <w:bCs/>
        </w:rPr>
        <w:t xml:space="preserve">1840 and 1844—placed on Harrison and Clay electoral tickets "and spent much time and labor in both those</w:t>
      </w:r>
      <w:r>
        <w:rPr>
          <w:b/>
          <w:bCs/>
        </w:rPr>
        <w:t xml:space="preserve"> </w:t>
      </w:r>
      <w:r>
        <w:rPr>
          <w:b/>
          <w:bCs/>
          <w:u w:val="single"/>
        </w:rPr>
        <w:t xml:space="preserve">canvasses</w:t>
      </w:r>
      <w:r>
        <w:rPr>
          <w:b/>
          <w:bCs/>
        </w:rPr>
        <w:t xml:space="preserve">";</w:t>
      </w:r>
      <w:r>
        <w:br/>
      </w:r>
      <w:r>
        <w:t xml:space="preserve">    (a) accepts someone's membership though a special procedure such as a ceremony and/or period of instruction and/or test</w:t>
      </w:r>
      <w:r>
        <w:br/>
      </w:r>
      <w:r>
        <w:t xml:space="preserve">    (b) examines an issue, gets opinions by asking specific questions; and/or asks people for political support individually</w:t>
      </w:r>
      <w:r>
        <w:br/>
      </w:r>
      <w:r>
        <w:t xml:space="preserve">    (c) puts someone into a state of hypnosis (a trance-like state of focused concentration and heightened suggestibility)</w:t>
      </w:r>
    </w:p>
    <w:p>
      <w:pPr>
        <w:pStyle w:val="Compact"/>
        <w:numPr>
          <w:ilvl w:val="0"/>
          <w:numId w:val="1001"/>
        </w:numPr>
      </w:pPr>
      <w:r>
        <w:rPr>
          <w:b/>
          <w:bCs/>
        </w:rPr>
        <w:t xml:space="preserve">He early became a party wheelhorse, a member of the Illinois State Whig Committee, and in the</w:t>
      </w:r>
      <w:r>
        <w:rPr>
          <w:b/>
          <w:bCs/>
        </w:rPr>
        <w:t xml:space="preserve"> </w:t>
      </w:r>
      <w:r>
        <w:rPr>
          <w:b/>
          <w:bCs/>
          <w:u w:val="single"/>
        </w:rPr>
        <w:t xml:space="preserve">legislature</w:t>
      </w:r>
      <w:r>
        <w:rPr>
          <w:b/>
          <w:bCs/>
        </w:rPr>
        <w:t xml:space="preserve"> </w:t>
      </w:r>
      <w:r>
        <w:rPr>
          <w:b/>
          <w:bCs/>
        </w:rPr>
        <w:t xml:space="preserve">a Whig floor leader.</w:t>
      </w:r>
      <w:r>
        <w:br/>
      </w:r>
      <w:r>
        <w:t xml:space="preserve">    (a) something that serves as evidence -- especially a statement at a trial or hearing</w:t>
      </w:r>
      <w:r>
        <w:br/>
      </w:r>
      <w:r>
        <w:t xml:space="preserve">    (b) an atom that has acquired an electrical charge by the loss or gain of an electron</w:t>
      </w:r>
      <w:r>
        <w:br/>
      </w:r>
      <w:r>
        <w:t xml:space="preserve">    (c) a group, made up of government representatives, that has the power to create laws</w:t>
      </w:r>
    </w:p>
    <w:p>
      <w:pPr>
        <w:pStyle w:val="Compact"/>
        <w:numPr>
          <w:ilvl w:val="0"/>
          <w:numId w:val="1001"/>
        </w:numPr>
      </w:pPr>
      <w:r>
        <w:rPr>
          <w:b/>
          <w:bCs/>
        </w:rPr>
        <w:t xml:space="preserve">Lincoln's connection with such a tribe could only spur his loyalty to the democratic ways in which he had been brought up; he never did "belong," and Mary Todd's attitude toward him as a social creature was always</w:t>
      </w:r>
      <w:r>
        <w:rPr>
          <w:b/>
          <w:bCs/>
        </w:rPr>
        <w:t xml:space="preserve"> </w:t>
      </w:r>
      <w:r>
        <w:rPr>
          <w:b/>
          <w:bCs/>
          <w:u w:val="single"/>
        </w:rPr>
        <w:t xml:space="preserve">disdainful</w:t>
      </w:r>
      <w:r>
        <w:rPr>
          <w:b/>
          <w:bCs/>
        </w:rPr>
        <w:t xml:space="preserve">.</w:t>
      </w:r>
      <w:r>
        <w:br/>
      </w:r>
      <w:r>
        <w:t xml:space="preserve">    (a) impossible to find</w:t>
      </w:r>
      <w:r>
        <w:br/>
      </w:r>
      <w:r>
        <w:t xml:space="preserve">    (b) full of disrespect</w:t>
      </w:r>
      <w:r>
        <w:br/>
      </w:r>
      <w:r>
        <w:t xml:space="preserve">    (c) good or beneficial</w:t>
      </w:r>
    </w:p>
    <w:p>
      <w:pPr>
        <w:pStyle w:val="Compact"/>
        <w:numPr>
          <w:ilvl w:val="0"/>
          <w:numId w:val="1001"/>
        </w:numPr>
      </w:pPr>
      <w:r>
        <w:rPr>
          <w:b/>
          <w:bCs/>
        </w:rPr>
        <w:t xml:space="preserve">Consequently I go for admitting all whites to the right of</w:t>
      </w:r>
      <w:r>
        <w:rPr>
          <w:b/>
          <w:bCs/>
        </w:rPr>
        <w:t xml:space="preserve"> </w:t>
      </w:r>
      <w:r>
        <w:rPr>
          <w:b/>
          <w:bCs/>
          <w:u w:val="single"/>
        </w:rPr>
        <w:t xml:space="preserve">suffrage</w:t>
      </w:r>
      <w:r>
        <w:rPr>
          <w:b/>
          <w:bCs/>
        </w:rPr>
        <w:t xml:space="preserve"> </w:t>
      </w:r>
      <w:r>
        <w:rPr>
          <w:b/>
          <w:bCs/>
        </w:rPr>
        <w:t xml:space="preserve">who pay taxes or bear arms (by no means excluding females).</w:t>
      </w:r>
      <w:r>
        <w:br/>
      </w:r>
      <w:r>
        <w:t xml:space="preserve">    (a) right to vote</w:t>
      </w:r>
      <w:r>
        <w:br/>
      </w:r>
      <w:r>
        <w:t xml:space="preserve">    (b) use of reason</w:t>
      </w:r>
      <w:r>
        <w:br/>
      </w:r>
      <w:r>
        <w:t xml:space="preserve">    (c) determination</w:t>
      </w:r>
    </w:p>
    <w:p>
      <w:pPr>
        <w:pStyle w:val="Compact"/>
        <w:numPr>
          <w:ilvl w:val="0"/>
          <w:numId w:val="1001"/>
        </w:numPr>
      </w:pPr>
      <w:r>
        <w:rPr>
          <w:b/>
          <w:bCs/>
        </w:rPr>
        <w:t xml:space="preserve">The</w:t>
      </w:r>
      <w:r>
        <w:rPr>
          <w:b/>
          <w:bCs/>
        </w:rPr>
        <w:t xml:space="preserve"> </w:t>
      </w:r>
      <w:r>
        <w:rPr>
          <w:b/>
          <w:bCs/>
          <w:u w:val="single"/>
        </w:rPr>
        <w:t xml:space="preserve">contradiction</w:t>
      </w:r>
      <w:r>
        <w:rPr>
          <w:b/>
          <w:bCs/>
        </w:rPr>
        <w:t xml:space="preserve"> </w:t>
      </w:r>
      <w:r>
        <w:rPr>
          <w:b/>
          <w:bCs/>
        </w:rPr>
        <w:t xml:space="preserve">is not peculiar to Lincoln; Anglo-Saxon history is full of it.</w:t>
      </w:r>
      <w:r>
        <w:br/>
      </w:r>
      <w:r>
        <w:t xml:space="preserve">    (a) something made of the brownish metal with the same name -- such as a sculpture or a third place medal</w:t>
      </w:r>
      <w:r>
        <w:br/>
      </w:r>
      <w:r>
        <w:t xml:space="preserve">    (b) something (typically a statement) that disagrees with itself; or (more rarely) the act of disagreeing</w:t>
      </w:r>
      <w:r>
        <w:br/>
      </w:r>
      <w:r>
        <w:t xml:space="preserve">    (c) nerve cells running from the base of the skull to the lower back and enclosed by vertebrae in adults</w:t>
      </w:r>
    </w:p>
    <w:p>
      <w:pPr>
        <w:pStyle w:val="Compact"/>
        <w:numPr>
          <w:ilvl w:val="0"/>
          <w:numId w:val="1001"/>
        </w:numPr>
      </w:pPr>
      <w:r>
        <w:rPr>
          <w:b/>
          <w:bCs/>
        </w:rPr>
        <w:t xml:space="preserve">It was the legitimate inheritance of Jacksonian</w:t>
      </w:r>
      <w:r>
        <w:rPr>
          <w:b/>
          <w:bCs/>
        </w:rPr>
        <w:t xml:space="preserve"> </w:t>
      </w:r>
      <w:r>
        <w:rPr>
          <w:b/>
          <w:bCs/>
          <w:u w:val="single"/>
        </w:rPr>
        <w:t xml:space="preserve">democracy</w:t>
      </w:r>
      <w:r>
        <w:rPr>
          <w:b/>
          <w:bCs/>
        </w:rPr>
        <w:t xml:space="preserve">.</w:t>
      </w:r>
      <w:r>
        <w:br/>
      </w:r>
      <w:r>
        <w:t xml:space="preserve">    (a) relating to logical examination of something to better understand it</w:t>
      </w:r>
      <w:r>
        <w:br/>
      </w:r>
      <w:r>
        <w:t xml:space="preserve">    (b) lack of interest; or the process of stopping interaction or interest</w:t>
      </w:r>
      <w:r>
        <w:br/>
      </w:r>
      <w:r>
        <w:t xml:space="preserve">    (c) a system of government in which citizens have power with equal votes</w:t>
      </w:r>
    </w:p>
    <w:p>
      <w:pPr>
        <w:pStyle w:val="Compact"/>
        <w:numPr>
          <w:ilvl w:val="0"/>
          <w:numId w:val="1001"/>
        </w:numPr>
      </w:pPr>
      <w:r>
        <w:rPr>
          <w:b/>
          <w:bCs/>
        </w:rPr>
        <w:t xml:space="preserve">The implication is clear: Lincoln was half</w:t>
      </w:r>
      <w:r>
        <w:rPr>
          <w:b/>
          <w:bCs/>
        </w:rPr>
        <w:t xml:space="preserve"> </w:t>
      </w:r>
      <w:r>
        <w:rPr>
          <w:b/>
          <w:bCs/>
          <w:u w:val="single"/>
        </w:rPr>
        <w:t xml:space="preserve">abolitionist</w:t>
      </w:r>
      <w:r>
        <w:rPr>
          <w:b/>
          <w:bCs/>
        </w:rPr>
        <w:t xml:space="preserve"> </w:t>
      </w:r>
      <w:r>
        <w:rPr>
          <w:b/>
          <w:bCs/>
        </w:rPr>
        <w:t xml:space="preserve">and the Emancipation Proclamation was fulfillment of that young promise.</w:t>
      </w:r>
      <w:r>
        <w:br/>
      </w:r>
      <w:r>
        <w:t xml:space="preserve">    (a) someone who grants a favor to someone</w:t>
      </w:r>
      <w:r>
        <w:br/>
      </w:r>
      <w:r>
        <w:t xml:space="preserve">    (b) a reformer who favored ending slavery</w:t>
      </w:r>
      <w:r>
        <w:br/>
      </w:r>
      <w:r>
        <w:t xml:space="preserve">    (c) someone who believes in multiple gods</w:t>
      </w:r>
    </w:p>
    <w:p>
      <w:pPr>
        <w:pStyle w:val="Compact"/>
        <w:numPr>
          <w:ilvl w:val="0"/>
          <w:numId w:val="1001"/>
        </w:numPr>
      </w:pPr>
      <w:r>
        <w:rPr>
          <w:b/>
          <w:bCs/>
        </w:rPr>
        <w:t xml:space="preserve">We know that he refused to</w:t>
      </w:r>
      <w:r>
        <w:rPr>
          <w:b/>
          <w:bCs/>
        </w:rPr>
        <w:t xml:space="preserve"> </w:t>
      </w:r>
      <w:r>
        <w:rPr>
          <w:b/>
          <w:bCs/>
          <w:u w:val="single"/>
        </w:rPr>
        <w:t xml:space="preserve">denounce</w:t>
      </w:r>
      <w:r>
        <w:rPr>
          <w:b/>
          <w:bCs/>
        </w:rPr>
        <w:t xml:space="preserve"> </w:t>
      </w:r>
      <w:r>
        <w:rPr>
          <w:b/>
          <w:bCs/>
        </w:rPr>
        <w:t xml:space="preserve">the Fugitive Slave Law, viciously unfair though it was, even to free Negroes charged as runaways.</w:t>
      </w:r>
      <w:r>
        <w:br/>
      </w:r>
      <w:r>
        <w:t xml:space="preserve">    (a) remove or suppress anything considered obscene, immoral, or politically unacceptable  OR  a person who does such suppression</w:t>
      </w:r>
      <w:r>
        <w:br/>
      </w:r>
      <w:r>
        <w:t xml:space="preserve">    (b) to corrupt or seduce from virtue, duty, or allegiance  OR  excessive drinking, casual sex, and/or drug abuse while partying</w:t>
      </w:r>
      <w:r>
        <w:br/>
      </w:r>
      <w:r>
        <w:t xml:space="preserve">    (c) to strongly criticize or accuse publicly</w:t>
      </w:r>
      <w:r>
        <w:br/>
      </w:r>
      <w:r>
        <w:br/>
      </w:r>
      <w:r>
        <w:t xml:space="preserve">or more rarely:  to inform against someone (turn someone into the authorities)</w:t>
      </w:r>
    </w:p>
    <w:p>
      <w:pPr>
        <w:pStyle w:val="Compact"/>
        <w:numPr>
          <w:ilvl w:val="0"/>
          <w:numId w:val="1001"/>
        </w:numPr>
      </w:pPr>
      <w:r>
        <w:rPr>
          <w:b/>
          <w:bCs/>
        </w:rPr>
        <w:t xml:space="preserve">His attitude was based on justice tempered by</w:t>
      </w:r>
      <w:r>
        <w:rPr>
          <w:b/>
          <w:bCs/>
        </w:rPr>
        <w:t xml:space="preserve"> </w:t>
      </w:r>
      <w:r>
        <w:rPr>
          <w:b/>
          <w:bCs/>
          <w:u w:val="single"/>
        </w:rPr>
        <w:t xml:space="preserve">expediency</w:t>
      </w:r>
      <w:r>
        <w:rPr>
          <w:b/>
          <w:bCs/>
        </w:rPr>
        <w:t xml:space="preserve">—or perhaps more accurately, expediency tempered by justice.</w:t>
      </w:r>
      <w:r>
        <w:br/>
      </w:r>
      <w:r>
        <w:t xml:space="preserve">    (a) convenient, speedy, or practical; or an action that is speedy or practical</w:t>
      </w:r>
      <w:r>
        <w:br/>
      </w:r>
      <w:r>
        <w:t xml:space="preserve">    (b) someone who creates or spreads one-sided information to influence opinions</w:t>
      </w:r>
      <w:r>
        <w:br/>
      </w:r>
      <w:r>
        <w:t xml:space="preserve">    (c) the act of again being in a working position; or the act of starting again</w:t>
      </w:r>
    </w:p>
    <w:p>
      <w:pPr>
        <w:pStyle w:val="Compact"/>
        <w:numPr>
          <w:ilvl w:val="0"/>
          <w:numId w:val="1001"/>
        </w:numPr>
      </w:pPr>
      <w:r>
        <w:rPr>
          <w:b/>
          <w:bCs/>
        </w:rPr>
        <w:t xml:space="preserve">District slaveholders who wanted to</w:t>
      </w:r>
      <w:r>
        <w:rPr>
          <w:b/>
          <w:bCs/>
        </w:rPr>
        <w:t xml:space="preserve"> </w:t>
      </w:r>
      <w:r>
        <w:rPr>
          <w:b/>
          <w:bCs/>
          <w:u w:val="single"/>
        </w:rPr>
        <w:t xml:space="preserve">emancipate</w:t>
      </w:r>
      <w:r>
        <w:rPr>
          <w:b/>
          <w:bCs/>
        </w:rPr>
        <w:t xml:space="preserve"> </w:t>
      </w:r>
      <w:r>
        <w:rPr>
          <w:b/>
          <w:bCs/>
        </w:rPr>
        <w:t xml:space="preserve">their slaves were to be compensated from the federal Treasury.</w:t>
      </w:r>
      <w:r>
        <w:br/>
      </w:r>
      <w:r>
        <w:t xml:space="preserve">    (a) portray or create in a particular way  OR  interpret, translate, or extract from</w:t>
      </w:r>
      <w:r>
        <w:br/>
      </w:r>
      <w:r>
        <w:t xml:space="preserve">    (b) to release from slavery or servitude; or (metaphorically) from social restraints</w:t>
      </w:r>
      <w:r>
        <w:br/>
      </w:r>
      <w:r>
        <w:t xml:space="preserve">    (c) removing the favoring any side in a contest, war, disagreement, or other dispute</w:t>
      </w:r>
    </w:p>
    <w:p>
      <w:pPr>
        <w:pStyle w:val="Compact"/>
        <w:numPr>
          <w:ilvl w:val="0"/>
          <w:numId w:val="1001"/>
        </w:numPr>
      </w:pPr>
      <w:r>
        <w:rPr>
          <w:b/>
          <w:bCs/>
        </w:rPr>
        <w:t xml:space="preserve">Again and again the</w:t>
      </w:r>
      <w:r>
        <w:rPr>
          <w:b/>
          <w:bCs/>
        </w:rPr>
        <w:t xml:space="preserve"> </w:t>
      </w:r>
      <w:r>
        <w:rPr>
          <w:b/>
          <w:bCs/>
          <w:u w:val="single"/>
        </w:rPr>
        <w:t xml:space="preserve">Republican</w:t>
      </w:r>
      <w:r>
        <w:rPr>
          <w:b/>
          <w:bCs/>
        </w:rPr>
        <w:t xml:space="preserve"> </w:t>
      </w:r>
      <w:r>
        <w:rPr>
          <w:b/>
          <w:bCs/>
        </w:rPr>
        <w:t xml:space="preserve">press of the Northwest referred to the Republican Party as the "White Man's Party."</w:t>
      </w:r>
      <w:r>
        <w:br/>
      </w:r>
      <w:r>
        <w:t xml:space="preserve">    (a) of a system of government in which a majority of citizens elect representatives to make laws; or someone in favor of such a form of government</w:t>
      </w:r>
      <w:r>
        <w:br/>
      </w:r>
      <w:r>
        <w:t xml:space="preserve">    (b) relating to a Christian ceremony signifying spiritual cleansing and rebirth  OR  relating to a challenging experience that initiates or purifies</w:t>
      </w:r>
      <w:r>
        <w:br/>
      </w:r>
      <w:r>
        <w:t xml:space="preserve">    (c) of an organism in the early stages of development prior to birth, hatching, or sprouting  OR  of anything in an early stage of development</w:t>
      </w:r>
    </w:p>
    <w:p>
      <w:pPr>
        <w:pStyle w:val="Compact"/>
        <w:numPr>
          <w:ilvl w:val="0"/>
          <w:numId w:val="1001"/>
        </w:numPr>
      </w:pPr>
      <w:r>
        <w:rPr>
          <w:b/>
          <w:bCs/>
        </w:rPr>
        <w:t xml:space="preserve">It was</w:t>
      </w:r>
      <w:r>
        <w:rPr>
          <w:b/>
          <w:bCs/>
        </w:rPr>
        <w:t xml:space="preserve"> </w:t>
      </w:r>
      <w:r>
        <w:rPr>
          <w:b/>
          <w:bCs/>
          <w:u w:val="single"/>
        </w:rPr>
        <w:t xml:space="preserve">ratified</w:t>
      </w:r>
      <w:r>
        <w:rPr>
          <w:b/>
          <w:bCs/>
        </w:rPr>
        <w:t xml:space="preserve"> </w:t>
      </w:r>
      <w:r>
        <w:rPr>
          <w:b/>
          <w:bCs/>
        </w:rPr>
        <w:t xml:space="preserve">by a vote of 50,261 to 21,297.</w:t>
      </w:r>
      <w:r>
        <w:br/>
      </w:r>
      <w:r>
        <w:t xml:space="preserve">    (a) restored</w:t>
      </w:r>
      <w:r>
        <w:br/>
      </w:r>
      <w:r>
        <w:t xml:space="preserve">    (b) approved</w:t>
      </w:r>
      <w:r>
        <w:br/>
      </w:r>
      <w:r>
        <w:t xml:space="preserve">    (c) not said</w:t>
      </w:r>
    </w:p>
    <w:p>
      <w:pPr>
        <w:pStyle w:val="Compact"/>
        <w:numPr>
          <w:ilvl w:val="0"/>
          <w:numId w:val="1001"/>
        </w:numPr>
      </w:pPr>
      <w:r>
        <w:rPr>
          <w:b/>
          <w:bCs/>
        </w:rPr>
        <w:t xml:space="preserve">Chicago, July 10, 1858: Let us discard all this quibbling about this man and the other man, this race and that race and the other race being</w:t>
      </w:r>
      <w:r>
        <w:rPr>
          <w:b/>
          <w:bCs/>
        </w:rPr>
        <w:t xml:space="preserve"> </w:t>
      </w:r>
      <w:r>
        <w:rPr>
          <w:b/>
          <w:bCs/>
          <w:u w:val="single"/>
        </w:rPr>
        <w:t xml:space="preserve">inferior</w:t>
      </w:r>
      <w:r>
        <w:rPr>
          <w:b/>
          <w:bCs/>
        </w:rPr>
        <w:t xml:space="preserve">, and therefore they must be placed in an inferior position.</w:t>
      </w:r>
      <w:r>
        <w:br/>
      </w:r>
      <w:r>
        <w:t xml:space="preserve">    (a) (adjective) of low quality, or of lower quality or rank than something else  OR  (more rarely as a noun) a person of lower rank or status</w:t>
      </w:r>
      <w:r>
        <w:br/>
      </w:r>
      <w:r>
        <w:t xml:space="preserve">    (b) of an organism in the early stages of development prior to birth, hatching, or sprouting  OR  of anything in an early stage of development</w:t>
      </w:r>
      <w:r>
        <w:br/>
      </w:r>
      <w:r>
        <w:t xml:space="preserve">    (c) relating to existentialism -- a philosophical movement that assumes each person is free to determine what is essential in their existence</w:t>
      </w:r>
    </w:p>
    <w:p>
      <w:pPr>
        <w:pStyle w:val="Compact"/>
        <w:numPr>
          <w:ilvl w:val="0"/>
          <w:numId w:val="1001"/>
        </w:numPr>
      </w:pPr>
      <w:r>
        <w:rPr>
          <w:b/>
          <w:bCs/>
        </w:rPr>
        <w:t xml:space="preserve">"Slavery," Fitzhugh predicted, "will everywhere be</w:t>
      </w:r>
      <w:r>
        <w:rPr>
          <w:b/>
          <w:bCs/>
        </w:rPr>
        <w:t xml:space="preserve"> </w:t>
      </w:r>
      <w:r>
        <w:rPr>
          <w:b/>
          <w:bCs/>
          <w:u w:val="single"/>
        </w:rPr>
        <w:t xml:space="preserve">abolished</w:t>
      </w:r>
      <w:r>
        <w:rPr>
          <w:b/>
          <w:bCs/>
        </w:rPr>
        <w:t xml:space="preserve">, or everywhere be reinstituted."</w:t>
      </w:r>
      <w:r>
        <w:br/>
      </w:r>
      <w:r>
        <w:t xml:space="preserve">    (a) subtracted</w:t>
      </w:r>
      <w:r>
        <w:br/>
      </w:r>
      <w:r>
        <w:t xml:space="preserve">    (b) translated</w:t>
      </w:r>
      <w:r>
        <w:br/>
      </w:r>
      <w:r>
        <w:t xml:space="preserve">    (c) eliminated</w:t>
      </w:r>
    </w:p>
    <w:p>
      <w:pPr>
        <w:pStyle w:val="Compact"/>
        <w:numPr>
          <w:ilvl w:val="0"/>
          <w:numId w:val="1001"/>
        </w:numPr>
      </w:pPr>
      <w:r>
        <w:rPr>
          <w:b/>
          <w:bCs/>
        </w:rPr>
        <w:t xml:space="preserve">The supporters of this</w:t>
      </w:r>
      <w:r>
        <w:rPr>
          <w:b/>
          <w:bCs/>
        </w:rPr>
        <w:t xml:space="preserve"> </w:t>
      </w:r>
      <w:r>
        <w:rPr>
          <w:b/>
          <w:bCs/>
          <w:u w:val="single"/>
        </w:rPr>
        <w:t xml:space="preserve">doctrine</w:t>
      </w:r>
      <w:r>
        <w:rPr>
          <w:b/>
          <w:bCs/>
        </w:rPr>
        <w:t xml:space="preserve"> </w:t>
      </w:r>
      <w:r>
        <w:rPr>
          <w:b/>
          <w:bCs/>
        </w:rPr>
        <w:t xml:space="preserve">vote for Buchanan.</w:t>
      </w:r>
      <w:r>
        <w:br/>
      </w:r>
      <w:r>
        <w:t xml:space="preserve">    (a) a belief (or system of beliefs or principles) accepted as authoritative by some group</w:t>
      </w:r>
      <w:r>
        <w:br/>
      </w:r>
      <w:r>
        <w:t xml:space="preserve">    (b) a substance that stimulates the production of antibodies to protect against a disease</w:t>
      </w:r>
      <w:r>
        <w:br/>
      </w:r>
      <w:r>
        <w:t xml:space="preserve">    (c) an economic system where most decisions are made through voluntary buying and selling</w:t>
      </w:r>
    </w:p>
    <w:p>
      <w:pPr>
        <w:pStyle w:val="Compact"/>
        <w:numPr>
          <w:ilvl w:val="0"/>
          <w:numId w:val="1001"/>
        </w:numPr>
      </w:pPr>
      <w:r>
        <w:rPr>
          <w:b/>
          <w:bCs/>
        </w:rPr>
        <w:t xml:space="preserve">Although it was no part of his constitutional function, Lincoln did what he could to speed this amendment toward ratification by announcing that he considered it only an explicit statement of what was already</w:t>
      </w:r>
      <w:r>
        <w:rPr>
          <w:b/>
          <w:bCs/>
        </w:rPr>
        <w:t xml:space="preserve"> </w:t>
      </w:r>
      <w:r>
        <w:rPr>
          <w:b/>
          <w:bCs/>
          <w:u w:val="single"/>
        </w:rPr>
        <w:t xml:space="preserve">implicit</w:t>
      </w:r>
      <w:r>
        <w:rPr>
          <w:b/>
          <w:bCs/>
        </w:rPr>
        <w:t xml:space="preserve"> </w:t>
      </w:r>
      <w:r>
        <w:rPr>
          <w:b/>
          <w:bCs/>
        </w:rPr>
        <w:t xml:space="preserve">in the Constitution—</w:t>
      </w:r>
      <w:r>
        <w:br/>
      </w:r>
      <w:r>
        <w:t xml:space="preserve">    (a) mental activity of which one is not self-aware</w:t>
      </w:r>
      <w:r>
        <w:br/>
      </w:r>
      <w:r>
        <w:t xml:space="preserve">    (b) with the involvement of other people or things</w:t>
      </w:r>
      <w:r>
        <w:br/>
      </w:r>
      <w:r>
        <w:t xml:space="preserve">    (c) understood (without having been directly said)</w:t>
      </w:r>
    </w:p>
    <w:p>
      <w:pPr>
        <w:pStyle w:val="Compact"/>
        <w:numPr>
          <w:ilvl w:val="0"/>
          <w:numId w:val="1001"/>
        </w:numPr>
      </w:pPr>
      <w:r>
        <w:rPr>
          <w:b/>
          <w:bCs/>
        </w:rPr>
        <w:t xml:space="preserve">No, replied the Little Giant, but "he is</w:t>
      </w:r>
      <w:r>
        <w:rPr>
          <w:b/>
          <w:bCs/>
        </w:rPr>
        <w:t xml:space="preserve"> </w:t>
      </w:r>
      <w:r>
        <w:rPr>
          <w:b/>
          <w:bCs/>
          <w:u w:val="single"/>
        </w:rPr>
        <w:t xml:space="preserve">preeminently</w:t>
      </w:r>
      <w:r>
        <w:rPr>
          <w:b/>
          <w:bCs/>
        </w:rPr>
        <w:t xml:space="preserve"> </w:t>
      </w:r>
      <w:r>
        <w:rPr>
          <w:b/>
          <w:bCs/>
        </w:rPr>
        <w:t xml:space="preserve">a man of the atmosphere that surrounds him."</w:t>
      </w:r>
      <w:r>
        <w:br/>
      </w:r>
      <w:r>
        <w:t xml:space="preserve">    (a) in a manner that surpasses others in status, ability, or possession of a notable characteristic</w:t>
      </w:r>
      <w:r>
        <w:br/>
      </w:r>
      <w:r>
        <w:t xml:space="preserve">    (b) in a manner relating to something that is not an essential part or that arises from the outside</w:t>
      </w:r>
      <w:r>
        <w:br/>
      </w:r>
      <w:r>
        <w:t xml:space="preserve">    (c) in a manner like a "rogue" (someone who doesn't behave like others; often dangerous or immoral)</w:t>
      </w:r>
    </w:p>
    <w:p>
      <w:pPr>
        <w:pStyle w:val="Compact"/>
        <w:numPr>
          <w:ilvl w:val="0"/>
          <w:numId w:val="1001"/>
        </w:numPr>
      </w:pPr>
      <w:r>
        <w:rPr>
          <w:b/>
          <w:bCs/>
        </w:rPr>
        <w:t xml:space="preserve">It expressly</w:t>
      </w:r>
      <w:r>
        <w:rPr>
          <w:b/>
          <w:bCs/>
        </w:rPr>
        <w:t xml:space="preserve"> </w:t>
      </w:r>
      <w:r>
        <w:rPr>
          <w:b/>
          <w:bCs/>
          <w:u w:val="single"/>
        </w:rPr>
        <w:t xml:space="preserve">omitted</w:t>
      </w:r>
      <w:r>
        <w:rPr>
          <w:b/>
          <w:bCs/>
        </w:rPr>
        <w:t xml:space="preserve"> </w:t>
      </w:r>
      <w:r>
        <w:rPr>
          <w:b/>
          <w:bCs/>
        </w:rPr>
        <w:t xml:space="preserve">the loyal slave states from its terms.</w:t>
      </w:r>
      <w:r>
        <w:br/>
      </w:r>
      <w:r>
        <w:t xml:space="preserve">    (a) learned, discovered, or decided</w:t>
      </w:r>
      <w:r>
        <w:br/>
      </w:r>
      <w:r>
        <w:t xml:space="preserve">    (b) to exclude or neglect something</w:t>
      </w:r>
      <w:r>
        <w:br/>
      </w:r>
      <w:r>
        <w:t xml:space="preserve">    (c) took up or received into heaven</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2026-07-31T18:46:10Z</dcterms:created>
  <dcterms:modified xsi:type="dcterms:W3CDTF">2026-07-31T18:46:10Z</dcterms:modified>
</cp:coreProperties>
</file>

<file path=docProps/custom.xml><?xml version="1.0" encoding="utf-8"?>
<Properties xmlns="http://schemas.openxmlformats.org/officeDocument/2006/custom-properties" xmlns:vt="http://schemas.openxmlformats.org/officeDocument/2006/docPropsVTypes"/>
</file>