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d1a044e6976615a09c02f21cd2cb22be67a1ba"/>
    <w:p>
      <w:pPr>
        <w:pStyle w:val="Heading1"/>
      </w:pPr>
      <w:r>
        <w:rPr>
          <w:b/>
          <w:bCs/>
        </w:rPr>
        <w:t xml:space="preserve">A Wrinkle in Time</w:t>
      </w:r>
      <w:r>
        <w:br/>
      </w:r>
      <w:r>
        <w:rPr>
          <w:i/>
          <w:iCs/>
        </w:rPr>
        <w:t xml:space="preserve">Madeleine L'Engle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weather changed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abruptly</w:t>
      </w:r>
      <w:r>
        <w:rPr>
          <w:b/>
          <w:bCs/>
        </w:rPr>
        <w:t xml:space="preserve"> </w:t>
      </w:r>
      <w:r>
        <w:rPr>
          <w:b/>
          <w:bCs/>
        </w:rPr>
        <w:t xml:space="preserve">at about noon.</w:t>
      </w:r>
      <w:r>
        <w:br/>
      </w:r>
      <w:r>
        <w:t xml:space="preserve">    (a) gradually</w:t>
      </w:r>
      <w:r>
        <w:br/>
      </w:r>
      <w:r>
        <w:t xml:space="preserve">    (b) suddenly</w:t>
      </w:r>
      <w:r>
        <w:br/>
      </w:r>
      <w:r>
        <w:t xml:space="preserve">    (c) for the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keeping</w:t>
      </w:r>
      <w:r>
        <w:br/>
      </w:r>
      <w:r>
        <w:t xml:space="preserve">    (b) opposition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safety</w:t>
      </w:r>
      <w:r>
        <w:br/>
      </w:r>
      <w:r>
        <w:t xml:space="preserve">    (b) own mind</w:t>
      </w:r>
      <w:r>
        <w:br/>
      </w:r>
      <w:r>
        <w:t xml:space="preserve">    (c) own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anyone think of a better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?</w:t>
      </w:r>
      <w:r>
        <w:br/>
      </w:r>
      <w:r>
        <w:t xml:space="preserve">    (a) job</w:t>
      </w:r>
      <w:r>
        <w:br/>
      </w:r>
      <w:r>
        <w:t xml:space="preserve">    (b) possibility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forward to meeting his parents, but not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.</w:t>
      </w:r>
      <w:r>
        <w:br/>
      </w:r>
      <w:r>
        <w:t xml:space="preserve">    (a) nervousness</w:t>
      </w:r>
      <w:r>
        <w:br/>
      </w:r>
      <w:r>
        <w:t xml:space="preserve">    (b) excitement</w:t>
      </w:r>
      <w:r>
        <w:br/>
      </w:r>
      <w:r>
        <w:t xml:space="preserve">    (c) preparation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for young children.</w:t>
      </w:r>
      <w:r>
        <w:br/>
      </w:r>
      <w:r>
        <w:t xml:space="preserve">    (a) bad</w:t>
      </w:r>
      <w:r>
        <w:br/>
      </w:r>
      <w:r>
        <w:t xml:space="preserve">    (b) good</w:t>
      </w:r>
      <w:r>
        <w:br/>
      </w:r>
      <w:r>
        <w:t xml:space="preserve">    (c)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has the ability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cleave</w:t>
      </w:r>
      <w:r>
        <w:rPr>
          <w:b/>
          <w:bCs/>
        </w:rPr>
        <w:t xml:space="preserve"> </w:t>
      </w:r>
      <w:r>
        <w:rPr>
          <w:b/>
          <w:bCs/>
        </w:rPr>
        <w:t xml:space="preserve">carbon-carbon bonds.</w:t>
      </w:r>
      <w:r>
        <w:br/>
      </w:r>
      <w:r>
        <w:t xml:space="preserve">    (a) split</w:t>
      </w:r>
      <w:r>
        <w:br/>
      </w:r>
      <w:r>
        <w:t xml:space="preserve">    (b) find</w:t>
      </w:r>
      <w:r>
        <w:br/>
      </w:r>
      <w:r>
        <w:t xml:space="preserve">    (c) identify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eating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doesn't make sense.</w:t>
      </w:r>
      <w:r>
        <w:br/>
      </w:r>
      <w:r>
        <w:t xml:space="preserve">    (a) uncontrollably</w:t>
      </w:r>
      <w:r>
        <w:br/>
      </w:r>
      <w:r>
        <w:t xml:space="preserve">    (b) so slowly</w:t>
      </w:r>
      <w:r>
        <w:br/>
      </w:r>
      <w:r>
        <w:t xml:space="preserve">    (c) unhealthfully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disagree with</w:t>
      </w:r>
      <w:r>
        <w:br/>
      </w:r>
      <w:r>
        <w:t xml:space="preserve">    (b) expand upon</w:t>
      </w:r>
      <w:r>
        <w:br/>
      </w:r>
      <w:r>
        <w:t xml:space="preserve">    (c) reinforce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hopelessness</w:t>
      </w:r>
      <w:r>
        <w:br/>
      </w:r>
      <w:r>
        <w:t xml:space="preserve">    (b) poverty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cry</w:t>
      </w:r>
      <w:r>
        <w:br/>
      </w:r>
      <w:r>
        <w:t xml:space="preserve">    (b) lose hope</w:t>
      </w:r>
      <w:r>
        <w:br/>
      </w:r>
      <w:r>
        <w:t xml:space="preserve">    (c) be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a thousand acres of the forest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flames.</w:t>
      </w:r>
      <w:r>
        <w:br/>
      </w:r>
      <w:r>
        <w:t xml:space="preserve">    (a) spared</w:t>
      </w:r>
      <w:r>
        <w:br/>
      </w:r>
      <w:r>
        <w:t xml:space="preserve">    (b) endangered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brain does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as well when I'm under stress.</w:t>
      </w:r>
      <w:r>
        <w:br/>
      </w:r>
      <w:r>
        <w:t xml:space="preserve">    (a) work</w:t>
      </w:r>
      <w:r>
        <w:br/>
      </w:r>
      <w:r>
        <w:t xml:space="preserve">    (b) have fun</w:t>
      </w:r>
      <w:r>
        <w:br/>
      </w:r>
      <w:r>
        <w:t xml:space="preserve">    (c) feel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Juliet repeatedly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intones</w:t>
      </w:r>
      <w:r>
        <w:rPr>
          <w:b/>
          <w:bCs/>
        </w:rPr>
        <w:t xml:space="preserve"> </w:t>
      </w:r>
      <w:r>
        <w:rPr>
          <w:b/>
          <w:bCs/>
        </w:rPr>
        <w:t xml:space="preserve">Romeos name in the magical balcony scene.</w:t>
      </w:r>
      <w:r>
        <w:br/>
      </w:r>
      <w:r>
        <w:t xml:space="preserve">    (a) says</w:t>
      </w:r>
      <w:r>
        <w:br/>
      </w:r>
      <w:r>
        <w:t xml:space="preserve">    (b) thinks</w:t>
      </w:r>
      <w:r>
        <w:br/>
      </w:r>
      <w:r>
        <w:t xml:space="preserve">    (c) writes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the cause of the failure.</w:t>
      </w:r>
      <w:r>
        <w:br/>
      </w:r>
      <w:r>
        <w:t xml:space="preserve">    (a) make better</w:t>
      </w:r>
      <w:r>
        <w:br/>
      </w:r>
      <w:r>
        <w:t xml:space="preserve">    (b) make worse</w:t>
      </w:r>
      <w:r>
        <w:br/>
      </w:r>
      <w:r>
        <w:t xml:space="preserve">    (c) investigate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 </w:t>
      </w:r>
      <w:r>
        <w:rPr>
          <w:b/>
          <w:bCs/>
        </w:rPr>
        <w:t xml:space="preserve">even when he was yelling at her.</w:t>
      </w:r>
      <w:r>
        <w:br/>
      </w:r>
      <w:r>
        <w:t xml:space="preserve">    (a) unmoved</w:t>
      </w:r>
      <w:r>
        <w:br/>
      </w:r>
      <w:r>
        <w:t xml:space="preserve">    (b) aggressive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evil</w:t>
      </w:r>
      <w:r>
        <w:br/>
      </w:r>
      <w:r>
        <w:t xml:space="preserve">    (b) clever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performance goal should be expressed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tangible</w:t>
      </w:r>
      <w:r>
        <w:rPr>
          <w:b/>
          <w:bCs/>
        </w:rPr>
        <w:t xml:space="preserve">, measurable objective, against which actual achievement can be compared.</w:t>
      </w:r>
      <w:r>
        <w:br/>
      </w:r>
      <w:r>
        <w:t xml:space="preserve">    (a) highly profitable</w:t>
      </w:r>
      <w:r>
        <w:br/>
      </w:r>
      <w:r>
        <w:t xml:space="preserve">    (b) important</w:t>
      </w:r>
      <w:r>
        <w:br/>
      </w:r>
      <w:r>
        <w:t xml:space="preserve">    (c) easily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confident</w:t>
      </w:r>
      <w:r>
        <w:br/>
      </w:r>
      <w:r>
        <w:t xml:space="preserve">    (b) careful</w:t>
      </w:r>
      <w:r>
        <w:br/>
      </w:r>
      <w:r>
        <w:t xml:space="preserve">    (c) brave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safety measure, the school now insists that all backpacks and school bags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.</w:t>
      </w:r>
      <w:r>
        <w:br/>
      </w:r>
      <w:r>
        <w:t xml:space="preserve">    (a) searched upon entry</w:t>
      </w:r>
      <w:r>
        <w:br/>
      </w:r>
      <w:r>
        <w:t xml:space="preserve">    (b) weighed</w:t>
      </w:r>
      <w:r>
        <w:br/>
      </w:r>
      <w:r>
        <w:t xml:space="preserve">    (c) easily seen through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2026-07-31T20:00:51Z</dcterms:created>
  <dcterms:modified xsi:type="dcterms:W3CDTF">2026-07-31T20:00:51Z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