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700744415633e19b2725a2e4be6b28efc0ff2"/>
    <w:p>
      <w:pPr>
        <w:pStyle w:val="Heading1"/>
      </w:pPr>
      <w:r>
        <w:rPr>
          <w:b/>
          <w:bCs/>
        </w:rPr>
        <w:t xml:space="preserve">A Worn Path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Washington fails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comprehend</w:t>
      </w:r>
      <w:r>
        <w:rPr>
          <w:b/>
          <w:bCs/>
        </w:rPr>
        <w:t xml:space="preserve"> </w:t>
      </w:r>
      <w:r>
        <w:rPr>
          <w:b/>
          <w:bCs/>
        </w:rPr>
        <w:t xml:space="preserve">the change in China's strategy.</w:t>
      </w:r>
      <w:r>
        <w:br/>
      </w:r>
      <w:r>
        <w:t xml:space="preserve">    (a) regard respectfully</w:t>
      </w:r>
      <w:r>
        <w:br/>
      </w:r>
      <w:r>
        <w:t xml:space="preserve">    (b) fully understand</w:t>
      </w:r>
      <w:r>
        <w:br/>
      </w:r>
      <w:r>
        <w:t xml:space="preserve">    (c) respond adequately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day after the funeral, she was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grave</w:t>
      </w:r>
      <w:r>
        <w:rPr>
          <w:b/>
          <w:bCs/>
        </w:rPr>
        <w:t xml:space="preserve"> </w:t>
      </w:r>
      <w:r>
        <w:rPr>
          <w:b/>
          <w:bCs/>
        </w:rPr>
        <w:t xml:space="preserve">mood.</w:t>
      </w:r>
      <w:r>
        <w:br/>
      </w:r>
      <w:r>
        <w:t xml:space="preserve">    (a) solemn</w:t>
      </w:r>
      <w:r>
        <w:br/>
      </w:r>
      <w:r>
        <w:t xml:space="preserve">    (b) hysterical</w:t>
      </w:r>
      <w:r>
        <w:br/>
      </w:r>
      <w:r>
        <w:t xml:space="preserve">    (c) fearful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boat ramp has a steep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incline</w:t>
      </w:r>
      <w:r>
        <w:rPr>
          <w:b/>
          <w:bCs/>
        </w:rPr>
        <w:t xml:space="preserve">.</w:t>
      </w:r>
      <w:r>
        <w:br/>
      </w:r>
      <w:r>
        <w:t xml:space="preserve">    (a) danger</w:t>
      </w:r>
      <w:r>
        <w:br/>
      </w:r>
      <w:r>
        <w:t xml:space="preserve">    (b) slope</w:t>
      </w:r>
      <w:r>
        <w:br/>
      </w:r>
      <w:r>
        <w:t xml:space="preserve">    (c) price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Stretching every morning keeps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limber</w:t>
      </w:r>
      <w:r>
        <w:rPr>
          <w:b/>
          <w:bCs/>
        </w:rPr>
        <w:t xml:space="preserve"> </w:t>
      </w:r>
      <w:r>
        <w:rPr>
          <w:b/>
          <w:bCs/>
        </w:rPr>
        <w:t xml:space="preserve">enough to do the splits.</w:t>
      </w:r>
      <w:r>
        <w:br/>
      </w:r>
      <w:r>
        <w:t xml:space="preserve">    (a) stiff and sore</w:t>
      </w:r>
      <w:r>
        <w:br/>
      </w:r>
      <w:r>
        <w:t xml:space="preserve">    (b) flexible and loose</w:t>
      </w:r>
      <w:r>
        <w:br/>
      </w:r>
      <w:r>
        <w:t xml:space="preserve">    (c) weak and tired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 and refuses to change his mind.</w:t>
      </w:r>
      <w:r>
        <w:br/>
      </w:r>
      <w:r>
        <w:t xml:space="preserve">    (a) cheerful</w:t>
      </w:r>
      <w:r>
        <w:br/>
      </w:r>
      <w:r>
        <w:t xml:space="preserve">    (b) stubborn</w:t>
      </w:r>
      <w:r>
        <w:br/>
      </w:r>
      <w:r>
        <w:t xml:space="preserve">    (c) 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clock's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pendulum</w:t>
      </w:r>
      <w:r>
        <w:rPr>
          <w:b/>
          <w:bCs/>
        </w:rPr>
        <w:t xml:space="preserve"> </w:t>
      </w:r>
      <w:r>
        <w:rPr>
          <w:b/>
          <w:bCs/>
        </w:rPr>
        <w:t xml:space="preserve">swung steadily from side to side.</w:t>
      </w:r>
      <w:r>
        <w:br/>
      </w:r>
      <w:r>
        <w:t xml:space="preserve">    (a) swinging weight</w:t>
      </w:r>
      <w:r>
        <w:br/>
      </w:r>
      <w:r>
        <w:t xml:space="preserve">    (b) fixed support</w:t>
      </w:r>
      <w:r>
        <w:br/>
      </w:r>
      <w:r>
        <w:t xml:space="preserve">    (c) measuring mark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persistent</w:t>
      </w:r>
      <w:r>
        <w:rPr>
          <w:b/>
          <w:bCs/>
        </w:rPr>
        <w:t xml:space="preserve"> </w:t>
      </w:r>
      <w:r>
        <w:rPr>
          <w:b/>
          <w:bCs/>
        </w:rPr>
        <w:t xml:space="preserve">rain finally stopped after flooding streets for a full week.</w:t>
      </w:r>
      <w:r>
        <w:br/>
      </w:r>
      <w:r>
        <w:t xml:space="preserve">    (a) quickly ending</w:t>
      </w:r>
      <w:r>
        <w:br/>
      </w:r>
      <w:r>
        <w:t xml:space="preserve">    (b) suddenly starting</w:t>
      </w:r>
      <w:r>
        <w:br/>
      </w:r>
      <w:r>
        <w:t xml:space="preserve">    (c) continuing steadily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hands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quiver</w:t>
      </w:r>
      <w:r>
        <w:rPr>
          <w:b/>
          <w:bCs/>
        </w:rPr>
        <w:t xml:space="preserve"> </w:t>
      </w:r>
      <w:r>
        <w:rPr>
          <w:b/>
          <w:bCs/>
        </w:rPr>
        <w:t xml:space="preserve">as she opened the envelope.</w:t>
      </w:r>
      <w:r>
        <w:br/>
      </w:r>
      <w:r>
        <w:t xml:space="preserve">    (a) slightly shake</w:t>
      </w:r>
      <w:r>
        <w:br/>
      </w:r>
      <w:r>
        <w:t xml:space="preserve">    (b) tightly grip</w:t>
      </w:r>
      <w:r>
        <w:br/>
      </w:r>
      <w:r>
        <w:t xml:space="preserve">    (c) quickly move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was afraid that if we climbed into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ravine</w:t>
      </w:r>
      <w:r>
        <w:rPr>
          <w:b/>
          <w:bCs/>
        </w:rPr>
        <w:t xml:space="preserve">, we might be caught in a flood before we could get out.</w:t>
      </w:r>
      <w:r>
        <w:br/>
      </w:r>
      <w:r>
        <w:t xml:space="preserve">    (a) a large, fast-moving river</w:t>
      </w:r>
      <w:r>
        <w:br/>
      </w:r>
      <w:r>
        <w:t xml:space="preserve">    (b) deep, narrow, steep-sided valley</w:t>
      </w:r>
      <w:r>
        <w:br/>
      </w:r>
      <w:r>
        <w:t xml:space="preserve">    (c) a hole so deep the bottom cannot be seen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smell of freshly brewed coffee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roused</w:t>
      </w:r>
      <w:r>
        <w:rPr>
          <w:b/>
          <w:bCs/>
        </w:rPr>
        <w:t xml:space="preserve"> </w:t>
      </w:r>
      <w:r>
        <w:rPr>
          <w:b/>
          <w:bCs/>
        </w:rPr>
        <w:t xml:space="preserve">her from her sleep.</w:t>
      </w:r>
      <w:r>
        <w:br/>
      </w:r>
      <w:r>
        <w:t xml:space="preserve">    (a) deepened</w:t>
      </w:r>
      <w:r>
        <w:br/>
      </w:r>
      <w:r>
        <w:t xml:space="preserve">    (b) interrupted</w:t>
      </w:r>
      <w:r>
        <w:br/>
      </w:r>
      <w:r>
        <w:t xml:space="preserve">    (c) awakened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Everyone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solemn</w:t>
      </w:r>
      <w:r>
        <w:rPr>
          <w:b/>
          <w:bCs/>
        </w:rPr>
        <w:t xml:space="preserve"> </w:t>
      </w:r>
      <w:r>
        <w:rPr>
          <w:b/>
          <w:bCs/>
        </w:rPr>
        <w:t xml:space="preserve">at the funeral.</w:t>
      </w:r>
      <w:r>
        <w:br/>
      </w:r>
      <w:r>
        <w:t xml:space="preserve">    (a) teary eyed</w:t>
      </w:r>
      <w:r>
        <w:br/>
      </w:r>
      <w:r>
        <w:t xml:space="preserve">    (b) serious and dignified</w:t>
      </w:r>
      <w:r>
        <w:br/>
      </w:r>
      <w:r>
        <w:t xml:space="preserve">    (c) dressed in dark colors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pursued her research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</w:t>
      </w:r>
      <w:r>
        <w:rPr>
          <w:b/>
          <w:bCs/>
        </w:rPr>
        <w:t xml:space="preserve">, determined to make a breakthrough discovery.</w:t>
      </w:r>
      <w:r>
        <w:br/>
      </w:r>
      <w:r>
        <w:t xml:space="preserve">    (a) energy and strength</w:t>
      </w:r>
      <w:r>
        <w:br/>
      </w:r>
      <w:r>
        <w:t xml:space="preserve">    (b) persistent patience</w:t>
      </w:r>
      <w:r>
        <w:br/>
      </w:r>
      <w:r>
        <w:t xml:space="preserve">    (c) outside help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2026-07-31T17:54:36Z</dcterms:created>
  <dcterms:modified xsi:type="dcterms:W3CDTF">2026-07-31T17:54:36Z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