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d20c1e4a2c53507f1916bc372f02a86477556a"/>
    <w:p>
      <w:pPr>
        <w:pStyle w:val="Heading1"/>
      </w:pPr>
      <w:r>
        <w:rPr>
          <w:b/>
          <w:bCs/>
        </w:rPr>
        <w:t xml:space="preserve">A White Heron</w:t>
      </w:r>
      <w:r>
        <w:br/>
      </w:r>
      <w:r>
        <w:rPr>
          <w:i/>
          <w:iCs/>
        </w:rPr>
        <w:t xml:space="preserve">Sarah Orne Jewett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trying to understand her, but 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.</w:t>
      </w:r>
      <w:r>
        <w:br/>
      </w:r>
      <w:r>
        <w:t xml:space="preserve">    (a) distracted</w:t>
      </w:r>
      <w:r>
        <w:br/>
      </w:r>
      <w:r>
        <w:t xml:space="preserve">    (b) bored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injunction requires that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</w:t>
      </w:r>
      <w:r>
        <w:rPr>
          <w:b/>
          <w:bCs/>
        </w:rPr>
        <w:t xml:space="preserve"> </w:t>
      </w:r>
      <w:r>
        <w:rPr>
          <w:b/>
          <w:bCs/>
        </w:rPr>
        <w:t xml:space="preserve">all activity on the site.</w:t>
      </w:r>
      <w:r>
        <w:br/>
      </w:r>
      <w:r>
        <w:t xml:space="preserve">    (a) permit</w:t>
      </w:r>
      <w:r>
        <w:br/>
      </w:r>
      <w:r>
        <w:t xml:space="preserve">    (b) stop</w:t>
      </w:r>
      <w:r>
        <w:br/>
      </w:r>
      <w:r>
        <w:t xml:space="preserve">    (c) record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not enough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compassionate</w:t>
      </w:r>
      <w:r>
        <w:rPr>
          <w:b/>
          <w:bCs/>
        </w:rPr>
        <w:t xml:space="preserve">. We must act. It is not enough to act. We must act with intelligence.</w:t>
      </w:r>
      <w:r>
        <w:br/>
      </w:r>
      <w:r>
        <w:t xml:space="preserve">    (a) talented</w:t>
      </w:r>
      <w:r>
        <w:br/>
      </w:r>
      <w:r>
        <w:t xml:space="preserve">    (b) sympathetic</w:t>
      </w:r>
      <w:r>
        <w:br/>
      </w:r>
      <w:r>
        <w:t xml:space="preserve">    (c) lucky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Washington fails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comprehend</w:t>
      </w:r>
      <w:r>
        <w:rPr>
          <w:b/>
          <w:bCs/>
        </w:rPr>
        <w:t xml:space="preserve"> </w:t>
      </w:r>
      <w:r>
        <w:rPr>
          <w:b/>
          <w:bCs/>
        </w:rPr>
        <w:t xml:space="preserve">the change in China's strategy.</w:t>
      </w:r>
      <w:r>
        <w:br/>
      </w:r>
      <w:r>
        <w:t xml:space="preserve">    (a) regard respectfully</w:t>
      </w:r>
      <w:r>
        <w:br/>
      </w:r>
      <w:r>
        <w:t xml:space="preserve">    (b) fully understand</w:t>
      </w:r>
      <w:r>
        <w:br/>
      </w:r>
      <w:r>
        <w:t xml:space="preserve">    (c) respond adequately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demure</w:t>
      </w:r>
      <w:r>
        <w:rPr>
          <w:b/>
          <w:bCs/>
        </w:rPr>
        <w:t xml:space="preserve"> </w:t>
      </w:r>
      <w:r>
        <w:rPr>
          <w:b/>
          <w:bCs/>
        </w:rPr>
        <w:t xml:space="preserve">nod and let her friend do most of the talking.</w:t>
      </w:r>
      <w:r>
        <w:br/>
      </w:r>
      <w:r>
        <w:t xml:space="preserve">    (a) sharp and dismissive</w:t>
      </w:r>
      <w:r>
        <w:br/>
      </w:r>
      <w:r>
        <w:t xml:space="preserve">    (b) confused and nervous</w:t>
      </w:r>
      <w:r>
        <w:br/>
      </w:r>
      <w:r>
        <w:t xml:space="preserve">    (c) modest and quiet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wouldn't talk about it, but I was able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project isn't going well.</w:t>
      </w:r>
      <w:r>
        <w:br/>
      </w:r>
      <w:r>
        <w:t xml:space="preserve">    (a) state</w:t>
      </w:r>
      <w:r>
        <w:br/>
      </w:r>
      <w:r>
        <w:t xml:space="preserve">    (b) share</w:t>
      </w:r>
      <w:r>
        <w:br/>
      </w:r>
      <w:r>
        <w:t xml:space="preserve">    (c) figure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day after the funeral, she was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grave</w:t>
      </w:r>
      <w:r>
        <w:rPr>
          <w:b/>
          <w:bCs/>
        </w:rPr>
        <w:t xml:space="preserve"> </w:t>
      </w:r>
      <w:r>
        <w:rPr>
          <w:b/>
          <w:bCs/>
        </w:rPr>
        <w:t xml:space="preserve">mood.</w:t>
      </w:r>
      <w:r>
        <w:br/>
      </w:r>
      <w:r>
        <w:t xml:space="preserve">    (a) hysterical</w:t>
      </w:r>
      <w:r>
        <w:br/>
      </w:r>
      <w:r>
        <w:t xml:space="preserve">    (b) solemn</w:t>
      </w:r>
      <w:r>
        <w:br/>
      </w:r>
      <w:r>
        <w:t xml:space="preserve">    (c) fearful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laugh, but I overcame the urge.</w:t>
      </w:r>
      <w:r>
        <w:br/>
      </w:r>
      <w:r>
        <w:t xml:space="preserve">    (a) afraid</w:t>
      </w:r>
      <w:r>
        <w:br/>
      </w:r>
      <w:r>
        <w:t xml:space="preserve">    (b) tending</w:t>
      </w:r>
      <w:r>
        <w:br/>
      </w:r>
      <w:r>
        <w:t xml:space="preserve">    (c) disinclined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 lighthouse stands as a beloved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landmark</w:t>
      </w:r>
      <w:r>
        <w:rPr>
          <w:b/>
          <w:bCs/>
        </w:rPr>
        <w:t xml:space="preserve"> </w:t>
      </w:r>
      <w:r>
        <w:rPr>
          <w:b/>
          <w:bCs/>
        </w:rPr>
        <w:t xml:space="preserve">along the rocky coast.</w:t>
      </w:r>
      <w:r>
        <w:br/>
      </w:r>
      <w:r>
        <w:t xml:space="preserve">    (a) passing ship</w:t>
      </w:r>
      <w:r>
        <w:br/>
      </w:r>
      <w:r>
        <w:t xml:space="preserve">    (b) hidden danger</w:t>
      </w:r>
      <w:r>
        <w:br/>
      </w:r>
      <w:r>
        <w:t xml:space="preserve">    (c) well-known feature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Germans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migrated</w:t>
      </w:r>
      <w:r>
        <w:rPr>
          <w:b/>
          <w:bCs/>
        </w:rPr>
        <w:t xml:space="preserve"> </w:t>
      </w:r>
      <w:r>
        <w:rPr>
          <w:b/>
          <w:bCs/>
        </w:rPr>
        <w:t xml:space="preserve">to South America in the mid-19th century</w:t>
      </w:r>
      <w:r>
        <w:br/>
      </w:r>
      <w:r>
        <w:t xml:space="preserve">    (a) flew away</w:t>
      </w:r>
      <w:r>
        <w:br/>
      </w:r>
      <w:r>
        <w:t xml:space="preserve">    (b) flew toward</w:t>
      </w:r>
      <w:r>
        <w:br/>
      </w:r>
      <w:r>
        <w:t xml:space="preserve">    (c) moved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journalist's investigation put her in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fame</w:t>
      </w:r>
      <w:r>
        <w:br/>
      </w:r>
      <w:r>
        <w:t xml:space="preserve">    (b) danger</w:t>
      </w:r>
      <w:r>
        <w:br/>
      </w:r>
      <w:r>
        <w:t xml:space="preserve">    (c) weariness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 truck made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ponderous</w:t>
      </w:r>
      <w:r>
        <w:rPr>
          <w:b/>
          <w:bCs/>
        </w:rPr>
        <w:t xml:space="preserve"> </w:t>
      </w:r>
      <w:r>
        <w:rPr>
          <w:b/>
          <w:bCs/>
        </w:rPr>
        <w:t xml:space="preserve">progress up the steep mountain road.</w:t>
      </w:r>
      <w:r>
        <w:br/>
      </w:r>
      <w:r>
        <w:t xml:space="preserve">    (a) slow and heavy</w:t>
      </w:r>
      <w:r>
        <w:br/>
      </w:r>
      <w:r>
        <w:t xml:space="preserve">    (b) quick and light</w:t>
      </w:r>
      <w:r>
        <w:br/>
      </w:r>
      <w:r>
        <w:t xml:space="preserve">    (c) loud and showy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most soldiers, I was scared before battle, but it's not like I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premonition</w:t>
      </w:r>
      <w:r>
        <w:rPr>
          <w:b/>
          <w:bCs/>
        </w:rPr>
        <w:t xml:space="preserve"> </w:t>
      </w:r>
      <w:r>
        <w:rPr>
          <w:b/>
          <w:bCs/>
        </w:rPr>
        <w:t xml:space="preserve">that something bad was going to happen to me.</w:t>
      </w:r>
      <w:r>
        <w:br/>
      </w:r>
      <w:r>
        <w:t xml:space="preserve">    (a) certainty</w:t>
      </w:r>
      <w:r>
        <w:br/>
      </w:r>
      <w:r>
        <w:t xml:space="preserve">    (b) feeling</w:t>
      </w:r>
      <w:r>
        <w:br/>
      </w:r>
      <w:r>
        <w:t xml:space="preserve">    (c) expectation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should not permit deeply offensive words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provoke</w:t>
      </w:r>
      <w:r>
        <w:rPr>
          <w:b/>
          <w:bCs/>
        </w:rPr>
        <w:t xml:space="preserve"> </w:t>
      </w:r>
      <w:r>
        <w:rPr>
          <w:b/>
          <w:bCs/>
        </w:rPr>
        <w:t xml:space="preserve">violence.</w:t>
      </w:r>
      <w:r>
        <w:br/>
      </w:r>
      <w:r>
        <w:t xml:space="preserve">    (a) stop</w:t>
      </w:r>
      <w:r>
        <w:br/>
      </w:r>
      <w:r>
        <w:t xml:space="preserve">    (b) cause</w:t>
      </w:r>
      <w:r>
        <w:br/>
      </w:r>
      <w:r>
        <w:t xml:space="preserve">    (c) distract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</w:t>
      </w:r>
      <w:r>
        <w:rPr>
          <w:b/>
          <w:bCs/>
        </w:rPr>
        <w:t xml:space="preserve"> </w:t>
      </w:r>
      <w:r>
        <w:rPr>
          <w:b/>
          <w:bCs/>
        </w:rPr>
        <w:t xml:space="preserve">at the funeral.</w:t>
      </w:r>
      <w:r>
        <w:br/>
      </w:r>
      <w:r>
        <w:t xml:space="preserve">    (a) dressed in dark colors</w:t>
      </w:r>
      <w:r>
        <w:br/>
      </w:r>
      <w:r>
        <w:t xml:space="preserve">    (b) teary eyed</w:t>
      </w:r>
      <w:r>
        <w:br/>
      </w:r>
      <w:r>
        <w:t xml:space="preserve">    (c) serious and dignified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my living conditions are not what I would like, they are far better than the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squalor</w:t>
      </w:r>
      <w:r>
        <w:rPr>
          <w:b/>
          <w:bCs/>
        </w:rPr>
        <w:t xml:space="preserve"> </w:t>
      </w:r>
      <w:r>
        <w:rPr>
          <w:b/>
          <w:bCs/>
        </w:rPr>
        <w:t xml:space="preserve">I read of in Charles Dickens novels.</w:t>
      </w:r>
      <w:r>
        <w:br/>
      </w:r>
      <w:r>
        <w:t xml:space="preserve">    (a) confusion</w:t>
      </w:r>
      <w:r>
        <w:br/>
      </w:r>
      <w:r>
        <w:t xml:space="preserve">    (b) slum</w:t>
      </w:r>
      <w:r>
        <w:br/>
      </w:r>
      <w:r>
        <w:t xml:space="preserve">    (c) cruelty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vexing</w:t>
      </w:r>
      <w:r>
        <w:rPr>
          <w:b/>
          <w:bCs/>
        </w:rPr>
        <w:t xml:space="preserve"> </w:t>
      </w:r>
      <w:r>
        <w:rPr>
          <w:b/>
          <w:bCs/>
        </w:rPr>
        <w:t xml:space="preserve">puzzle kept her up late into the night.</w:t>
      </w:r>
      <w:r>
        <w:br/>
      </w:r>
      <w:r>
        <w:t xml:space="preserve">    (a) soothing</w:t>
      </w:r>
      <w:r>
        <w:br/>
      </w:r>
      <w:r>
        <w:t xml:space="preserve">    (b) annoying</w:t>
      </w:r>
      <w:r>
        <w:br/>
      </w:r>
      <w:r>
        <w:t xml:space="preserve">    (c) amusing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wary</w:t>
      </w:r>
      <w:r>
        <w:rPr>
          <w:b/>
          <w:bCs/>
        </w:rPr>
        <w:t xml:space="preserve"> </w:t>
      </w:r>
      <w:r>
        <w:rPr>
          <w:b/>
          <w:bCs/>
        </w:rPr>
        <w:t xml:space="preserve">as she reached out to pet her friend's new dog.</w:t>
      </w:r>
      <w:r>
        <w:br/>
      </w:r>
      <w:r>
        <w:t xml:space="preserve">    (a) distrustful</w:t>
      </w:r>
      <w:r>
        <w:br/>
      </w:r>
      <w:r>
        <w:t xml:space="preserve">    (b) excited</w:t>
      </w:r>
      <w:r>
        <w:br/>
      </w:r>
      <w:r>
        <w:t xml:space="preserve">    (c) determined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will never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waver</w:t>
      </w:r>
      <w:r>
        <w:rPr>
          <w:b/>
          <w:bCs/>
        </w:rPr>
        <w:t xml:space="preserve"> </w:t>
      </w:r>
      <w:r>
        <w:rPr>
          <w:b/>
          <w:bCs/>
        </w:rPr>
        <w:t xml:space="preserve">in our commitment to provide the best education possible.</w:t>
      </w:r>
      <w:r>
        <w:br/>
      </w:r>
      <w:r>
        <w:t xml:space="preserve">    (a) speak forcefully</w:t>
      </w:r>
      <w:r>
        <w:br/>
      </w:r>
      <w:r>
        <w:t xml:space="preserve">    (b) grow rapidly</w:t>
      </w:r>
      <w:r>
        <w:br/>
      </w:r>
      <w:r>
        <w:t xml:space="preserve">    (c) be unsteady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wistful</w:t>
      </w:r>
      <w:r>
        <w:rPr>
          <w:b/>
          <w:bCs/>
        </w:rPr>
        <w:t xml:space="preserve">, dreamy look as she thought about how life would change if she could get a good job.</w:t>
      </w:r>
      <w:r>
        <w:br/>
      </w:r>
      <w:r>
        <w:t xml:space="preserve">    (a) showing determination</w:t>
      </w:r>
      <w:r>
        <w:br/>
      </w:r>
      <w:r>
        <w:t xml:space="preserve">    (b) showing longing</w:t>
      </w:r>
      <w:r>
        <w:br/>
      </w:r>
      <w:r>
        <w:t xml:space="preserve">    (c) showing optimism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2026-07-31T18:36:26Z</dcterms:created>
  <dcterms:modified xsi:type="dcterms:W3CDTF">2026-07-31T18:36:26Z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