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68bcce131d94f4d0f0e9a4547533f611d20615"/>
    <w:p>
      <w:pPr>
        <w:pStyle w:val="Heading1"/>
      </w:pPr>
      <w:r>
        <w:rPr>
          <w:b/>
          <w:bCs/>
        </w:rPr>
        <w:t xml:space="preserve">A White Heron</w:t>
      </w:r>
      <w:r>
        <w:br/>
      </w:r>
      <w:r>
        <w:rPr>
          <w:i/>
          <w:iCs/>
        </w:rPr>
        <w:t xml:space="preserve">Sarah Orne Jewett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so quiet; our breathing was the only 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audible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room.</w:t>
      </w:r>
      <w:r>
        <w:br/>
      </w:r>
      <w:r>
        <w:t xml:space="preserve">    (a) making too much noise</w:t>
      </w:r>
      <w:r>
        <w:br/>
      </w:r>
      <w:r>
        <w:t xml:space="preserve">    (b) that was comforting</w:t>
      </w:r>
      <w:r>
        <w:br/>
      </w:r>
      <w:r>
        <w:t xml:space="preserve">    (c) capable of being heard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accused the mayor of having been intentionally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dilatory</w:t>
      </w:r>
      <w:r>
        <w:rPr>
          <w:b/>
          <w:bCs/>
        </w:rPr>
        <w:t xml:space="preserve"> </w:t>
      </w:r>
      <w:r>
        <w:rPr>
          <w:b/>
          <w:bCs/>
        </w:rPr>
        <w:t xml:space="preserve">in eliminating corruption.</w:t>
      </w:r>
      <w:r>
        <w:br/>
      </w:r>
      <w:r>
        <w:t xml:space="preserve">    (a) not aware of something</w:t>
      </w:r>
      <w:r>
        <w:br/>
      </w:r>
      <w:r>
        <w:t xml:space="preserve">    (b) slow</w:t>
      </w:r>
      <w:r>
        <w:br/>
      </w:r>
      <w:r>
        <w:t xml:space="preserve">    (c) consistent or the same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discreet</w:t>
      </w:r>
      <w:r>
        <w:rPr>
          <w:b/>
          <w:bCs/>
        </w:rPr>
        <w:t xml:space="preserve"> </w:t>
      </w:r>
      <w:r>
        <w:rPr>
          <w:b/>
          <w:bCs/>
        </w:rPr>
        <w:t xml:space="preserve">in my investigation.</w:t>
      </w:r>
      <w:r>
        <w:br/>
      </w:r>
      <w:r>
        <w:t xml:space="preserve">    (a) quick</w:t>
      </w:r>
      <w:r>
        <w:br/>
      </w:r>
      <w:r>
        <w:t xml:space="preserve">    (b) subtle</w:t>
      </w:r>
      <w:r>
        <w:br/>
      </w:r>
      <w:r>
        <w:t xml:space="preserve">    (c) thorough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pitch-black cave, the faint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glimmer</w:t>
      </w:r>
      <w:r>
        <w:rPr>
          <w:b/>
          <w:bCs/>
        </w:rPr>
        <w:t xml:space="preserve"> </w:t>
      </w:r>
      <w:r>
        <w:rPr>
          <w:b/>
          <w:bCs/>
        </w:rPr>
        <w:t xml:space="preserve">from our torch was the only source of light.</w:t>
      </w:r>
      <w:r>
        <w:br/>
      </w:r>
      <w:r>
        <w:t xml:space="preserve">    (a) dim, wavering light</w:t>
      </w:r>
      <w:r>
        <w:br/>
      </w:r>
      <w:r>
        <w:t xml:space="preserve">    (b) undependable</w:t>
      </w:r>
      <w:r>
        <w:br/>
      </w:r>
      <w:r>
        <w:t xml:space="preserve">    (c) reddish-yellow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them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glimpse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challenge solving climate change has for people living in poverty.</w:t>
      </w:r>
      <w:r>
        <w:br/>
      </w:r>
      <w:r>
        <w:t xml:space="preserve">    (a) deep understanding</w:t>
      </w:r>
      <w:r>
        <w:br/>
      </w:r>
      <w:r>
        <w:t xml:space="preserve">    (b) partial look</w:t>
      </w:r>
      <w:r>
        <w:br/>
      </w:r>
      <w:r>
        <w:t xml:space="preserve">    (c) economic analysis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making difficult</w:t>
      </w:r>
      <w:r>
        <w:br/>
      </w:r>
      <w:r>
        <w:t xml:space="preserve">    (b) drawing attention to</w:t>
      </w:r>
      <w:r>
        <w:br/>
      </w:r>
      <w:r>
        <w:t xml:space="preserve">    (c) helping or assisting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sweet smell of cookies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lingered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kitchen for hours.</w:t>
      </w:r>
      <w:r>
        <w:br/>
      </w:r>
      <w:r>
        <w:t xml:space="preserve">    (a) remained a long time</w:t>
      </w:r>
      <w:r>
        <w:br/>
      </w:r>
      <w:r>
        <w:t xml:space="preserve">    (b) spread quickly</w:t>
      </w:r>
      <w:r>
        <w:br/>
      </w:r>
      <w:r>
        <w:t xml:space="preserve">    (c) smelled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not pay you for the work.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 the contrary</w:t>
      </w:r>
      <w:r>
        <w:rPr>
          <w:b/>
          <w:bCs/>
        </w:rPr>
        <w:t xml:space="preserve">, I may sue you for damages.</w:t>
      </w:r>
      <w:r>
        <w:br/>
      </w:r>
      <w:r>
        <w:t xml:space="preserve">    (a) regardless of that (unrelated to not paying)</w:t>
      </w:r>
      <w:r>
        <w:br/>
      </w:r>
      <w:r>
        <w:t xml:space="preserve">    (b) in spite of that (even though not paying)</w:t>
      </w:r>
      <w:r>
        <w:br/>
      </w:r>
      <w:r>
        <w:t xml:space="preserve">    (c) not only that (strengthening denial of payment)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crew of the river boat used poles to avoid rocks,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shoals</w:t>
      </w:r>
      <w:r>
        <w:rPr>
          <w:b/>
          <w:bCs/>
        </w:rPr>
        <w:t xml:space="preserve">, and sandbars.</w:t>
      </w:r>
      <w:r>
        <w:br/>
      </w:r>
      <w:r>
        <w:t xml:space="preserve">    (a) limbs or trees hanging over water</w:t>
      </w:r>
      <w:r>
        <w:br/>
      </w:r>
      <w:r>
        <w:t xml:space="preserve">    (b) fast-moving currents</w:t>
      </w:r>
      <w:r>
        <w:br/>
      </w:r>
      <w:r>
        <w:t xml:space="preserve">    (c) sandbanks or other stretches of shallow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talons</w:t>
      </w:r>
      <w:r>
        <w:rPr>
          <w:b/>
          <w:bCs/>
        </w:rPr>
        <w:t xml:space="preserve"> </w:t>
      </w:r>
      <w:r>
        <w:rPr>
          <w:b/>
          <w:bCs/>
        </w:rPr>
        <w:t xml:space="preserve">are similar to a dog's nails.</w:t>
      </w:r>
      <w:r>
        <w:br/>
      </w:r>
      <w:r>
        <w:t xml:space="preserve">    (a) teeth</w:t>
      </w:r>
      <w:r>
        <w:br/>
      </w:r>
      <w:r>
        <w:t xml:space="preserve">    (b) claws</w:t>
      </w:r>
      <w:r>
        <w:br/>
      </w:r>
      <w:r>
        <w:t xml:space="preserve">    (c) beaks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Bullies made his school days a constant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torment</w:t>
      </w:r>
      <w:r>
        <w:rPr>
          <w:b/>
          <w:bCs/>
        </w:rPr>
        <w:t xml:space="preserve"> </w:t>
      </w:r>
      <w:r>
        <w:rPr>
          <w:b/>
          <w:bCs/>
        </w:rPr>
        <w:t xml:space="preserve">he could not escape.</w:t>
      </w:r>
      <w:r>
        <w:br/>
      </w:r>
      <w:r>
        <w:t xml:space="preserve">    (a) severe suffering</w:t>
      </w:r>
      <w:r>
        <w:br/>
      </w:r>
      <w:r>
        <w:t xml:space="preserve">    (b) great enjoyment</w:t>
      </w:r>
      <w:r>
        <w:br/>
      </w:r>
      <w:r>
        <w:t xml:space="preserve">    (c) simple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awakened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twilight</w:t>
      </w:r>
      <w:r>
        <w:rPr>
          <w:b/>
          <w:bCs/>
        </w:rPr>
        <w:t xml:space="preserve"> </w:t>
      </w:r>
      <w:r>
        <w:rPr>
          <w:b/>
          <w:bCs/>
        </w:rPr>
        <w:t xml:space="preserve">sky but did not know if the sun was setting or rising.</w:t>
      </w:r>
      <w:r>
        <w:br/>
      </w:r>
      <w:r>
        <w:t xml:space="preserve">    (a) the light from the sky between daylight and darkness</w:t>
      </w:r>
      <w:r>
        <w:br/>
      </w:r>
      <w:r>
        <w:t xml:space="preserve">    (b) the light from the sky just before sunrise</w:t>
      </w:r>
      <w:r>
        <w:br/>
      </w:r>
      <w:r>
        <w:t xml:space="preserve">    (c) the light from the sky just after sunset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handled the fragile artifact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utmost</w:t>
      </w:r>
      <w:r>
        <w:rPr>
          <w:b/>
          <w:bCs/>
        </w:rPr>
        <w:t xml:space="preserve"> </w:t>
      </w:r>
      <w:r>
        <w:rPr>
          <w:b/>
          <w:bCs/>
        </w:rPr>
        <w:t xml:space="preserve">care.</w:t>
      </w:r>
      <w:r>
        <w:br/>
      </w:r>
      <w:r>
        <w:t xml:space="preserve">    (a) least</w:t>
      </w:r>
      <w:r>
        <w:br/>
      </w:r>
      <w:r>
        <w:t xml:space="preserve">    (b) greatest</w:t>
      </w:r>
      <w:r>
        <w:br/>
      </w:r>
      <w:r>
        <w:t xml:space="preserve">    (c) 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passion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waned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years, but their love continued to grow.</w:t>
      </w:r>
      <w:r>
        <w:br/>
      </w:r>
      <w:r>
        <w:t xml:space="preserve">    (a) turned mutual</w:t>
      </w:r>
      <w:r>
        <w:br/>
      </w:r>
      <w:r>
        <w:t xml:space="preserve">    (b) changed direction</w:t>
      </w:r>
      <w:r>
        <w:br/>
      </w:r>
      <w:r>
        <w:t xml:space="preserve">    (c) gradually decreased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 showed poor people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village in East Africa.</w:t>
      </w:r>
      <w:r>
        <w:br/>
      </w:r>
      <w:r>
        <w:t xml:space="preserve">    (a) foolish or thoughtless</w:t>
      </w:r>
      <w:r>
        <w:br/>
      </w:r>
      <w:r>
        <w:t xml:space="preserve">    (b) irresponsible</w:t>
      </w:r>
      <w:r>
        <w:br/>
      </w:r>
      <w:r>
        <w:t xml:space="preserve">    (c) in terrible condition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2026-07-31T18:36:27Z</dcterms:created>
  <dcterms:modified xsi:type="dcterms:W3CDTF">2026-07-31T18:36:27Z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