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9218906ecdc75c7f7877847d450c459e3a4097"/>
    <w:p>
      <w:pPr>
        <w:pStyle w:val="Heading1"/>
      </w:pPr>
      <w:r>
        <w:rPr>
          <w:b/>
          <w:bCs/>
        </w:rPr>
        <w:t xml:space="preserve">A War That is Finished</w:t>
      </w:r>
      <w:r>
        <w:br/>
      </w:r>
      <w:r>
        <w:rPr>
          <w:i/>
          <w:iCs/>
        </w:rPr>
        <w:t xml:space="preserve">Gerald R. Ford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understands the shifting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alliances</w:t>
      </w:r>
      <w:r>
        <w:rPr>
          <w:b/>
          <w:bCs/>
        </w:rPr>
        <w:t xml:space="preserve"> </w:t>
      </w:r>
      <w:r>
        <w:rPr>
          <w:b/>
          <w:bCs/>
        </w:rPr>
        <w:t xml:space="preserve">in the Middle East.</w:t>
      </w:r>
      <w:r>
        <w:br/>
      </w:r>
      <w:r>
        <w:t xml:space="preserve">    (a) borders between countries</w:t>
      </w:r>
      <w:r>
        <w:br/>
      </w:r>
      <w:r>
        <w:t xml:space="preserve">    (b) associations formed to support common interests</w:t>
      </w:r>
      <w:r>
        <w:br/>
      </w:r>
      <w:r>
        <w:t xml:space="preserve">    (c) sets of competing interests amongst neighbors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countries celebrate November 11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armistice</w:t>
      </w:r>
      <w:r>
        <w:rPr>
          <w:b/>
          <w:bCs/>
        </w:rPr>
        <w:t xml:space="preserve"> </w:t>
      </w:r>
      <w:r>
        <w:rPr>
          <w:b/>
          <w:bCs/>
        </w:rPr>
        <w:t xml:space="preserve">which, in 1918, ended hostilities of the First World War.</w:t>
      </w:r>
      <w:r>
        <w:br/>
      </w:r>
      <w:r>
        <w:t xml:space="preserve">    (a) victory</w:t>
      </w:r>
      <w:r>
        <w:br/>
      </w:r>
      <w:r>
        <w:t xml:space="preserve">    (b) peace agreement</w:t>
      </w:r>
      <w:r>
        <w:br/>
      </w:r>
      <w:r>
        <w:t xml:space="preserve">    (c) revolution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Israeli-Palestinian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</w:t>
      </w:r>
      <w:r>
        <w:rPr>
          <w:b/>
          <w:bCs/>
        </w:rPr>
        <w:t xml:space="preserve"> </w:t>
      </w:r>
      <w:r>
        <w:rPr>
          <w:b/>
          <w:bCs/>
        </w:rPr>
        <w:t xml:space="preserve">flared up again in Jerusalem.</w:t>
      </w:r>
      <w:r>
        <w:br/>
      </w:r>
      <w:r>
        <w:t xml:space="preserve">    (a) struggle</w:t>
      </w:r>
      <w:r>
        <w:br/>
      </w:r>
      <w:r>
        <w:t xml:space="preserve">    (b) border</w:t>
      </w:r>
      <w:r>
        <w:br/>
      </w:r>
      <w:r>
        <w:t xml:space="preserve">    (c)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i/>
          <w:iCs/>
        </w:rPr>
        <w:t xml:space="preserve">The Odyssey</w:t>
      </w:r>
      <w:r>
        <w:rPr>
          <w:b/>
          <w:bCs/>
        </w:rPr>
        <w:t xml:space="preserve"> </w:t>
      </w:r>
      <w:r>
        <w:rPr>
          <w:b/>
          <w:bCs/>
        </w:rPr>
        <w:t xml:space="preserve">is an ancient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epic</w:t>
      </w:r>
      <w:r>
        <w:rPr>
          <w:b/>
          <w:bCs/>
        </w:rPr>
        <w:t xml:space="preserve"> </w:t>
      </w:r>
      <w:r>
        <w:rPr>
          <w:b/>
          <w:bCs/>
        </w:rPr>
        <w:t xml:space="preserve">about a hero struggling to return home.</w:t>
      </w:r>
      <w:r>
        <w:br/>
      </w:r>
      <w:r>
        <w:t xml:space="preserve">    (a) long heroic story</w:t>
      </w:r>
      <w:r>
        <w:br/>
      </w:r>
      <w:r>
        <w:t xml:space="preserve">    (b) ordinary news report</w:t>
      </w:r>
      <w:r>
        <w:br/>
      </w:r>
      <w:r>
        <w:t xml:space="preserve">    (c) brief private letter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Regular exercise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essential</w:t>
      </w:r>
      <w:r>
        <w:rPr>
          <w:b/>
          <w:bCs/>
        </w:rPr>
        <w:t xml:space="preserve"> </w:t>
      </w:r>
      <w:r>
        <w:rPr>
          <w:b/>
          <w:bCs/>
        </w:rPr>
        <w:t xml:space="preserve">for maintaining good cardiovascular health.</w:t>
      </w:r>
      <w:r>
        <w:br/>
      </w:r>
      <w:r>
        <w:t xml:space="preserve">    (a) occasionally helpful</w:t>
      </w:r>
      <w:r>
        <w:br/>
      </w:r>
      <w:r>
        <w:t xml:space="preserve">    (b) absolutely necessary</w:t>
      </w:r>
      <w:r>
        <w:br/>
      </w:r>
      <w:r>
        <w:t xml:space="preserve">    (c) completely optional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convinced PE class was invented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humiliate</w:t>
      </w:r>
      <w:r>
        <w:rPr>
          <w:b/>
          <w:bCs/>
        </w:rPr>
        <w:t xml:space="preserve"> </w:t>
      </w:r>
      <w:r>
        <w:rPr>
          <w:b/>
          <w:bCs/>
        </w:rPr>
        <w:t xml:space="preserve">innocent kids.</w:t>
      </w:r>
      <w:r>
        <w:br/>
      </w:r>
      <w:r>
        <w:t xml:space="preserve">    (a) extremely embarrass</w:t>
      </w:r>
      <w:r>
        <w:br/>
      </w:r>
      <w:r>
        <w:t xml:space="preserve">    (b) teach hard lessons</w:t>
      </w:r>
      <w:r>
        <w:br/>
      </w:r>
      <w:r>
        <w:t xml:space="preserve">    (c) strengthen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indicate</w:t>
      </w:r>
      <w:r>
        <w:rPr>
          <w:b/>
          <w:bCs/>
        </w:rPr>
        <w:t xml:space="preserve"> </w:t>
      </w:r>
      <w:r>
        <w:rPr>
          <w:b/>
          <w:bCs/>
        </w:rPr>
        <w:t xml:space="preserve">which candidate she supports.</w:t>
      </w:r>
      <w:r>
        <w:br/>
      </w:r>
      <w:r>
        <w:t xml:space="preserve">    (a) hide or disguise</w:t>
      </w:r>
      <w:r>
        <w:br/>
      </w:r>
      <w:r>
        <w:t xml:space="preserve">    (b) decide</w:t>
      </w:r>
      <w:r>
        <w:br/>
      </w:r>
      <w:r>
        <w:t xml:space="preserve">    (c) express of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Good note-taking and regular review improves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retention</w:t>
      </w:r>
      <w:r>
        <w:rPr>
          <w:b/>
          <w:bCs/>
        </w:rPr>
        <w:t xml:space="preserve"> </w:t>
      </w:r>
      <w:r>
        <w:rPr>
          <w:b/>
          <w:bCs/>
        </w:rPr>
        <w:t xml:space="preserve">of information for exams.</w:t>
      </w:r>
      <w:r>
        <w:br/>
      </w:r>
      <w:r>
        <w:t xml:space="preserve">    (a) not creating disagreement or struggle</w:t>
      </w:r>
      <w:r>
        <w:br/>
      </w:r>
      <w:r>
        <w:t xml:space="preserve">    (b) keeping in memory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nervous before playing violin with the city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symphony</w:t>
      </w:r>
      <w:r>
        <w:rPr>
          <w:b/>
          <w:bCs/>
        </w:rPr>
        <w:t xml:space="preserve">.</w:t>
      </w:r>
      <w:r>
        <w:br/>
      </w:r>
      <w:r>
        <w:t xml:space="preserve">    (a) orchestra</w:t>
      </w:r>
      <w:r>
        <w:br/>
      </w:r>
      <w:r>
        <w:t xml:space="preserve">    (b) dance troupe</w:t>
      </w:r>
      <w:r>
        <w:br/>
      </w:r>
      <w:r>
        <w:t xml:space="preserve">    (c) solo singer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testified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 struck her.</w:t>
      </w:r>
      <w:r>
        <w:br/>
      </w:r>
      <w:r>
        <w:t xml:space="preserve">    (a) lied</w:t>
      </w:r>
      <w:r>
        <w:br/>
      </w:r>
      <w:r>
        <w:t xml:space="preserve">    (b) hid</w:t>
      </w:r>
      <w:r>
        <w:br/>
      </w:r>
      <w:r>
        <w:t xml:space="preserve">    (c)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 to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traditional</w:t>
      </w:r>
      <w:r>
        <w:rPr>
          <w:b/>
          <w:bCs/>
        </w:rPr>
        <w:t xml:space="preserve"> </w:t>
      </w:r>
      <w:r>
        <w:rPr>
          <w:b/>
          <w:bCs/>
        </w:rPr>
        <w:t xml:space="preserve">wedding ceremony compete with bridesmaids and a white dress.</w:t>
      </w:r>
      <w:r>
        <w:br/>
      </w:r>
      <w:r>
        <w:t xml:space="preserve">    (a) in the modern style</w:t>
      </w:r>
      <w:r>
        <w:br/>
      </w:r>
      <w:r>
        <w:t xml:space="preserve">    (b) in the grand style</w:t>
      </w:r>
      <w:r>
        <w:br/>
      </w:r>
      <w:r>
        <w:t xml:space="preserve">    (c) in the long-established style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today's information age, it's hard to imagine that the Battle of New Orleans was fought at the end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 of 1812</w:t>
      </w:r>
      <w:r>
        <w:rPr>
          <w:b/>
          <w:bCs/>
        </w:rPr>
        <w:t xml:space="preserve"> </w:t>
      </w:r>
      <w:r>
        <w:rPr>
          <w:b/>
          <w:bCs/>
        </w:rPr>
        <w:t xml:space="preserve">because news of a signed peace treaty had not yet crossed the Atlantic.</w:t>
      </w:r>
      <w:r>
        <w:br/>
      </w:r>
      <w:r>
        <w:t xml:space="preserve">    (a) 1812-1815 war between the United States and England and during which the British burned the White House</w:t>
      </w:r>
      <w:r>
        <w:br/>
      </w:r>
      <w:r>
        <w:t xml:space="preserve">    (b) terrorist attacks on the U.S. on September 11, 2001, using hijacked planes to kill nearly 3,000 people</w:t>
      </w:r>
      <w:r>
        <w:br/>
      </w:r>
      <w:r>
        <w:t xml:space="preserve">    (c) 1803 U.S. purchase from France that doubled the nation’s size with land west of the Mississippi River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2026-07-31T18:46:06Z</dcterms:created>
  <dcterms:modified xsi:type="dcterms:W3CDTF">2026-07-31T18:46:06Z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