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50dd95da3519ba7282937b648704b16c7efa62"/>
    <w:p>
      <w:pPr>
        <w:pStyle w:val="Heading1"/>
      </w:pPr>
      <w:r>
        <w:rPr>
          <w:b/>
          <w:bCs/>
        </w:rPr>
        <w:t xml:space="preserve">A War That is Finished</w:t>
      </w:r>
      <w:r>
        <w:br/>
      </w:r>
      <w:r>
        <w:rPr>
          <w:i/>
          <w:iCs/>
        </w:rPr>
        <w:t xml:space="preserve">Gerald R. Ford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Louisiana had been a State for less than three years, but outnumbered Americans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innovated</w:t>
      </w:r>
      <w:r>
        <w:rPr>
          <w:b/>
          <w:bCs/>
        </w:rPr>
        <w:t xml:space="preserve">, outnumbered Americans used the tactics of the frontier to defeat a veteran British force trained in the strategy of the Napoleonic wars.</w:t>
      </w:r>
      <w:r>
        <w:br/>
      </w:r>
      <w:r>
        <w:t xml:space="preserve">    (a) bring something new to an environment</w:t>
      </w:r>
      <w:r>
        <w:br/>
      </w:r>
      <w:r>
        <w:t xml:space="preserve">    (b) controlled (how something turned out)</w:t>
      </w:r>
      <w:r>
        <w:br/>
      </w:r>
      <w:r>
        <w:t xml:space="preserve">    (c) said (or make a sound) with the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illustrious</w:t>
      </w:r>
      <w:r>
        <w:rPr>
          <w:b/>
          <w:bCs/>
        </w:rPr>
        <w:t xml:space="preserve"> </w:t>
      </w:r>
      <w:r>
        <w:rPr>
          <w:b/>
          <w:bCs/>
        </w:rPr>
        <w:t xml:space="preserve">victory in the Battle of New Orleans was a powerful restorative to our national pride.</w:t>
      </w:r>
      <w:r>
        <w:br/>
      </w:r>
      <w:r>
        <w:t xml:space="preserve">    (a) the state or degree of being bad or harmful</w:t>
      </w:r>
      <w:r>
        <w:br/>
      </w:r>
      <w:r>
        <w:t xml:space="preserve">    (b) famous and admired; or worthy of admiration</w:t>
      </w:r>
      <w:r>
        <w:br/>
      </w:r>
      <w:r>
        <w:t xml:space="preserve">    (c) able to be taken up or received into heaven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Yet, the epic struggle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 </w:t>
      </w:r>
      <w:r>
        <w:rPr>
          <w:b/>
          <w:bCs/>
        </w:rPr>
        <w:t xml:space="preserve">restored America's pride.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see it, the time has come to look forward to an agenda for the future, to unify, to bind up the Nation's wounds, and to restore its health and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optimistic</w:t>
      </w:r>
      <w:r>
        <w:rPr>
          <w:b/>
          <w:bCs/>
        </w:rPr>
        <w:t xml:space="preserve"> </w:t>
      </w:r>
      <w:r>
        <w:rPr>
          <w:b/>
          <w:bCs/>
        </w:rPr>
        <w:t xml:space="preserve">self-confidence.</w:t>
      </w:r>
      <w:r>
        <w:br/>
      </w:r>
      <w:r>
        <w:t xml:space="preserve">    (a) in a manner of accepting something as true (without proof)</w:t>
      </w:r>
      <w:r>
        <w:br/>
      </w:r>
      <w:r>
        <w:t xml:space="preserve">    (b) expecting the best; or focusing on the good part of things</w:t>
      </w:r>
      <w:r>
        <w:br/>
      </w:r>
      <w:r>
        <w:t xml:space="preserve">    (c) relating separately to the people or things just mentioned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true that we have launched our Bicentennial celebration without having achieved human perfection, but we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attained</w:t>
      </w:r>
      <w:r>
        <w:rPr>
          <w:b/>
          <w:bCs/>
        </w:rPr>
        <w:t xml:space="preserve"> </w:t>
      </w:r>
      <w:r>
        <w:rPr>
          <w:b/>
          <w:bCs/>
        </w:rPr>
        <w:t xml:space="preserve">a very remarkable self-governed society that possesses the flexibility and the dynamism to grow and undertake an entirely new agenda, an agenda for America's third century.</w:t>
      </w:r>
      <w:r>
        <w:br/>
      </w:r>
      <w:r>
        <w:t xml:space="preserve">    (a) tension from opposing ideas or feelings</w:t>
      </w:r>
      <w:r>
        <w:br/>
      </w:r>
      <w:r>
        <w:t xml:space="preserve">    (b) examined in detail to better understand</w:t>
      </w:r>
      <w:r>
        <w:br/>
      </w:r>
      <w:r>
        <w:t xml:space="preserve">    (c) gained or reached something with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Tonight, I would like to talk about another kind of strength, the true source of American power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transcends</w:t>
      </w:r>
      <w:r>
        <w:rPr>
          <w:b/>
          <w:bCs/>
        </w:rPr>
        <w:t xml:space="preserve"> </w:t>
      </w:r>
      <w:r>
        <w:rPr>
          <w:b/>
          <w:bCs/>
        </w:rPr>
        <w:t xml:space="preserve">all of the deterrent powers for peace of our Armed Forces.</w:t>
      </w:r>
      <w:r>
        <w:br/>
      </w:r>
      <w:r>
        <w:t xml:space="preserve">    (a) exceeds or surpasses</w:t>
      </w:r>
      <w:r>
        <w:br/>
      </w:r>
      <w:r>
        <w:t xml:space="preserve">    (b) restricts</w:t>
      </w:r>
      <w:r>
        <w:br/>
      </w:r>
      <w:r>
        <w:t xml:space="preserve">    (c) reaches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Tonight, I would like to talk about another kind of strength, the true source of American power that transcends all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deterrent</w:t>
      </w:r>
      <w:r>
        <w:rPr>
          <w:b/>
          <w:bCs/>
        </w:rPr>
        <w:t xml:space="preserve"> </w:t>
      </w:r>
      <w:r>
        <w:rPr>
          <w:b/>
          <w:bCs/>
        </w:rPr>
        <w:t xml:space="preserve">powers for peace of our Armed Forces.</w:t>
      </w:r>
      <w:r>
        <w:br/>
      </w:r>
      <w:r>
        <w:t xml:space="preserve">    (a) opinion of what is good and bad about something</w:t>
      </w:r>
      <w:r>
        <w:br/>
      </w:r>
      <w:r>
        <w:t xml:space="preserve">    (b) something that discourages something not wanted</w:t>
      </w:r>
      <w:r>
        <w:br/>
      </w:r>
      <w:r>
        <w:t xml:space="preserve">    (c) the majority denomination of Islam (almost 90%)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Abraham Lincoln</w:t>
      </w:r>
      <w:r>
        <w:rPr>
          <w:b/>
          <w:bCs/>
        </w:rPr>
        <w:t xml:space="preserve"> </w:t>
      </w:r>
      <w:r>
        <w:rPr>
          <w:b/>
          <w:bCs/>
        </w:rPr>
        <w:t xml:space="preserve">asked, in his own words, and I quote, "What constitutes the bulwark of our own liberty and independence?"</w:t>
      </w:r>
      <w:r>
        <w:br/>
      </w:r>
      <w:r>
        <w:t xml:space="preserve">    (a) U.S. president who led the country through World War II and created the New Deal (1882–1945)</w:t>
      </w:r>
      <w:r>
        <w:br/>
      </w:r>
      <w:r>
        <w:t xml:space="preserve">    (b) U.S. president who wrote the Declaration of Independence (1743–1826)</w:t>
      </w:r>
      <w:r>
        <w:br/>
      </w:r>
      <w:r>
        <w:t xml:space="preserve">    (c) U.S. president who led during the Civil War and ended slavery before being assassinated (1809-1865)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However, tonight, with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indulgence</w:t>
      </w:r>
      <w:r>
        <w:rPr>
          <w:b/>
          <w:bCs/>
        </w:rPr>
        <w:t xml:space="preserve">, let me share with you my own views.</w:t>
      </w:r>
      <w:r>
        <w:br/>
      </w:r>
      <w:r>
        <w:t xml:space="preserve">    (a) treatment with extra kindness or tolerance</w:t>
      </w:r>
      <w:r>
        <w:br/>
      </w:r>
      <w:r>
        <w:t xml:space="preserve">    (b)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(c) a musical play with orchestra in which most of the dialogue is sung (or the art form that consists of such musicals; or describing something as related to that art form)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goal is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stimulate</w:t>
      </w:r>
      <w:r>
        <w:rPr>
          <w:b/>
          <w:bCs/>
        </w:rPr>
        <w:t xml:space="preserve"> </w:t>
      </w:r>
      <w:r>
        <w:rPr>
          <w:b/>
          <w:bCs/>
        </w:rPr>
        <w:t xml:space="preserve">productivity, but use technology to redeem, not to destroy our environment.</w:t>
      </w:r>
      <w:r>
        <w:br/>
      </w:r>
      <w:r>
        <w:t xml:space="preserve">    (a) to donate a portion of one's income to a church; or the gift given</w:t>
      </w:r>
      <w:r>
        <w:br/>
      </w:r>
      <w:r>
        <w:t xml:space="preserve">    (b) to encourage growth or excitement, or to cause something to happen</w:t>
      </w:r>
      <w:r>
        <w:br/>
      </w:r>
      <w:r>
        <w:t xml:space="preserve">    (c) to show something -- such as to demonstrate, express, or represent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time has now come for our Government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facilitate</w:t>
      </w:r>
      <w:r>
        <w:rPr>
          <w:b/>
          <w:bCs/>
        </w:rPr>
        <w:t xml:space="preserve"> </w:t>
      </w:r>
      <w:r>
        <w:rPr>
          <w:b/>
          <w:bCs/>
        </w:rPr>
        <w:t xml:space="preserve">the individual's control over his or her future — and of the future of America.</w:t>
      </w:r>
      <w:r>
        <w:br/>
      </w:r>
      <w:r>
        <w:t xml:space="preserve">    (a) make easier</w:t>
      </w:r>
      <w:r>
        <w:br/>
      </w:r>
      <w:r>
        <w:t xml:space="preserve">    (b) bounce back</w:t>
      </w:r>
      <w:r>
        <w:br/>
      </w:r>
      <w:r>
        <w:t xml:space="preserve">    (c) windy storm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must not only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motivated</w:t>
      </w:r>
      <w:r>
        <w:rPr>
          <w:b/>
          <w:bCs/>
        </w:rPr>
        <w:t xml:space="preserve"> </w:t>
      </w:r>
      <w:r>
        <w:rPr>
          <w:b/>
          <w:bCs/>
        </w:rPr>
        <w:t xml:space="preserve">to build a better America, we must know how to do it.</w:t>
      </w:r>
      <w:r>
        <w:br/>
      </w:r>
      <w:r>
        <w:t xml:space="preserve">    (a) not viewed in a certain way so as to form a belief or opinion</w:t>
      </w:r>
      <w:r>
        <w:br/>
      </w:r>
      <w:r>
        <w:t xml:space="preserve">    (b) provided investment funds for something -- such as a business</w:t>
      </w:r>
      <w:r>
        <w:br/>
      </w:r>
      <w:r>
        <w:t xml:space="preserve">    (c) wanting to do something; or made someone want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we really want a humane America that will, for instance, contribute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alleviation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world's hunger, we must realize that good intentions do not feed people.</w:t>
      </w:r>
      <w:r>
        <w:br/>
      </w:r>
      <w:r>
        <w:t xml:space="preserve">    (a) a large, elongated gland located behind the stomach that secretes digestive enzymes and insulin</w:t>
      </w:r>
      <w:r>
        <w:br/>
      </w:r>
      <w:r>
        <w:t xml:space="preserve">    (b) something that lessens something that is bad; or an instance of lessening something that is bad</w:t>
      </w:r>
      <w:r>
        <w:br/>
      </w:r>
      <w:r>
        <w:t xml:space="preserve">    (c) a member of the Religious Society of Friends (the Friends have never called themselves Quakers)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we are now learning that a strain of rice that grows in one place will not grow in another; that factories that produce at 100 percent in one nation produce less than half as much in a society where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temperaments</w:t>
      </w:r>
      <w:r>
        <w:rPr>
          <w:b/>
          <w:bCs/>
        </w:rPr>
        <w:t xml:space="preserve"> </w:t>
      </w:r>
      <w:r>
        <w:rPr>
          <w:b/>
          <w:bCs/>
        </w:rPr>
        <w:t xml:space="preserve">and work habits are somewhat different.</w:t>
      </w:r>
      <w:r>
        <w:br/>
      </w:r>
      <w:r>
        <w:t xml:space="preserve">    (a) usual moods and tendencies</w:t>
      </w:r>
      <w:r>
        <w:br/>
      </w:r>
      <w:r>
        <w:t xml:space="preserve">    (b) things taken on or adopted</w:t>
      </w:r>
      <w:r>
        <w:br/>
      </w:r>
      <w:r>
        <w:t xml:space="preserve">    (c) reason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must learn more about people, about the development of communities, architecture, engineering, education,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motivation</w:t>
      </w:r>
      <w:r>
        <w:rPr>
          <w:b/>
          <w:bCs/>
        </w:rPr>
        <w:t xml:space="preserve">, productivity, public health and medicine, arts and sciences, political, legal, and social organization.</w:t>
      </w:r>
      <w:r>
        <w:br/>
      </w:r>
      <w:r>
        <w:t xml:space="preserve">    (a) a drug that calms or puts to sleep; or describing something as calming</w:t>
      </w:r>
      <w:r>
        <w:br/>
      </w:r>
      <w:r>
        <w:t xml:space="preserve">    (b) a serious mental disorder in which people interpret reality abnormally</w:t>
      </w:r>
      <w:r>
        <w:br/>
      </w:r>
      <w:r>
        <w:t xml:space="preserve">    (c) the reason for doing something; or the level of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challenge the engineers in this audience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new techniques for developing cheap, clean, and plentiful energy, and as a byproduct, to control floods.</w:t>
      </w:r>
      <w:r>
        <w:br/>
      </w:r>
      <w:r>
        <w:t xml:space="preserve">    (a) stop (something from happening)</w:t>
      </w:r>
      <w:r>
        <w:br/>
      </w:r>
      <w:r>
        <w:t xml:space="preserve">    (b) come up with (invent or create)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challenge the engineers in this audience to devise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techniques</w:t>
      </w:r>
      <w:r>
        <w:rPr>
          <w:b/>
          <w:bCs/>
        </w:rPr>
        <w:t xml:space="preserve"> </w:t>
      </w:r>
      <w:r>
        <w:rPr>
          <w:b/>
          <w:bCs/>
        </w:rPr>
        <w:t xml:space="preserve">for developing cheap, clean, and plentiful energy, and as a byproduct, to control floods.</w:t>
      </w:r>
      <w:r>
        <w:br/>
      </w:r>
      <w:r>
        <w:t xml:space="preserve">    (a) wrong understandings</w:t>
      </w:r>
      <w:r>
        <w:br/>
      </w:r>
      <w:r>
        <w:t xml:space="preserve">    (b) acts of hiring again</w:t>
      </w:r>
      <w:r>
        <w:br/>
      </w:r>
      <w:r>
        <w:t xml:space="preserve">    (c) ways of doing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America's opportunities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unprecedented</w:t>
      </w:r>
      <w:r>
        <w:rPr>
          <w:b/>
          <w:bCs/>
        </w:rPr>
        <w:t xml:space="preserve">.</w:t>
      </w:r>
      <w:r>
        <w:br/>
      </w:r>
      <w:r>
        <w:t xml:space="preserve">    (a) [of food] able to be prepared in a manner that keeps it from spoiling</w:t>
      </w:r>
      <w:r>
        <w:br/>
      </w:r>
      <w:r>
        <w:t xml:space="preserve">    (b) relating to understanding or explaining something in a particular way</w:t>
      </w:r>
      <w:r>
        <w:br/>
      </w:r>
      <w:r>
        <w:t xml:space="preserve">    (c) not having happened before; or nothing similar having happened before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new agenda, that which is developed by you and by us, must place a high priority on the need to stop the spread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nuclear</w:t>
      </w:r>
      <w:r>
        <w:rPr>
          <w:b/>
          <w:bCs/>
        </w:rPr>
        <w:t xml:space="preserve"> </w:t>
      </w:r>
      <w:r>
        <w:rPr>
          <w:b/>
          <w:bCs/>
        </w:rPr>
        <w:t xml:space="preserve">weapons and to work for the mutual reduction in strategic arms and control of other weapons.</w:t>
      </w:r>
      <w:r>
        <w:br/>
      </w:r>
      <w:r>
        <w:t xml:space="preserve">    (a) relating to the central or most important part of something</w:t>
      </w:r>
      <w:r>
        <w:br/>
      </w:r>
      <w:r>
        <w:t xml:space="preserve">    (b) the quality of inappropriateness in size, amount, or degree</w:t>
      </w:r>
      <w:r>
        <w:br/>
      </w:r>
      <w:r>
        <w:t xml:space="preserve">    (c) the condition of being exclusive to (someone or some group)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enhance</w:t>
      </w:r>
      <w:r>
        <w:rPr>
          <w:b/>
          <w:bCs/>
        </w:rPr>
        <w:t xml:space="preserve"> </w:t>
      </w:r>
      <w:r>
        <w:rPr>
          <w:b/>
          <w:bCs/>
        </w:rPr>
        <w:t xml:space="preserve">our own perception of ourselves and our pride in being an American.</w:t>
      </w:r>
      <w:r>
        <w:br/>
      </w:r>
      <w:r>
        <w:t xml:space="preserve">    (a) increase or improve</w:t>
      </w:r>
      <w:r>
        <w:br/>
      </w:r>
      <w:r>
        <w:t xml:space="preserve">    (b) influence or effect</w:t>
      </w:r>
      <w:r>
        <w:br/>
      </w:r>
      <w:r>
        <w:t xml:space="preserve">    (c) gain advantage from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2026-05-20T13:19:10Z</dcterms:created>
  <dcterms:modified xsi:type="dcterms:W3CDTF">2026-05-20T13:19:10Z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