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001c3551c066f7e1745a2149e01a35bb996e38"/>
    <w:p>
      <w:pPr>
        <w:pStyle w:val="Heading1"/>
      </w:pPr>
      <w:r>
        <w:rPr>
          <w:b/>
          <w:bCs/>
        </w:rPr>
        <w:t xml:space="preserve">A Walk to Remember</w:t>
      </w:r>
      <w:r>
        <w:br/>
      </w:r>
      <w:r>
        <w:rPr>
          <w:i/>
          <w:iCs/>
        </w:rPr>
        <w:t xml:space="preserve">Nicholas Sparks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congregation</w:t>
      </w:r>
      <w:r>
        <w:rPr>
          <w:b/>
          <w:bCs/>
        </w:rPr>
        <w:t xml:space="preserve"> </w:t>
      </w:r>
      <w:r>
        <w:rPr>
          <w:b/>
          <w:bCs/>
        </w:rPr>
        <w:t xml:space="preserve">voted to approve appointment of the new minister.</w:t>
      </w:r>
      <w:r>
        <w:br/>
      </w:r>
      <w:r>
        <w:t xml:space="preserve">    (a) people who worship together</w:t>
      </w:r>
      <w:r>
        <w:br/>
      </w:r>
      <w:r>
        <w:t xml:space="preserve">    (b) people who meet periodically</w:t>
      </w:r>
      <w:r>
        <w:br/>
      </w:r>
      <w:r>
        <w:t xml:space="preserve">    (c) people who agree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argument, she sat alone at the table, slumped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dejected</w:t>
      </w:r>
      <w:r>
        <w:rPr>
          <w:b/>
          <w:bCs/>
        </w:rPr>
        <w:t xml:space="preserve">.</w:t>
      </w:r>
      <w:r>
        <w:br/>
      </w:r>
      <w:r>
        <w:t xml:space="preserve">    (a) tired or hungry</w:t>
      </w:r>
      <w:r>
        <w:br/>
      </w:r>
      <w:r>
        <w:t xml:space="preserve">    (b) sad or disappointed</w:t>
      </w:r>
      <w:r>
        <w:br/>
      </w:r>
      <w:r>
        <w:t xml:space="preserve">    (c) confused or uncertain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despondent</w:t>
      </w:r>
      <w:r>
        <w:rPr>
          <w:b/>
          <w:bCs/>
        </w:rPr>
        <w:t xml:space="preserve"> </w:t>
      </w:r>
      <w:r>
        <w:rPr>
          <w:b/>
          <w:bCs/>
        </w:rPr>
        <w:t xml:space="preserve">after weeks of trying without any success.</w:t>
      </w:r>
      <w:r>
        <w:br/>
      </w:r>
      <w:r>
        <w:t xml:space="preserve">    (a) secretly amused</w:t>
      </w:r>
      <w:r>
        <w:br/>
      </w:r>
      <w:r>
        <w:t xml:space="preserve">    (b) mildly curious</w:t>
      </w:r>
      <w:r>
        <w:br/>
      </w:r>
      <w:r>
        <w:t xml:space="preserve">    (c) deeply discouraged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 casual, go-with-the-flow personality and doesn't appreciate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earnestness</w:t>
      </w:r>
      <w:r>
        <w:rPr>
          <w:b/>
          <w:bCs/>
        </w:rPr>
        <w:t xml:space="preserve">.</w:t>
      </w:r>
      <w:r>
        <w:br/>
      </w:r>
      <w:r>
        <w:t xml:space="preserve">    (a) falseness</w:t>
      </w:r>
      <w:r>
        <w:br/>
      </w:r>
      <w:r>
        <w:t xml:space="preserve">    (b) seriousness</w:t>
      </w:r>
      <w:r>
        <w:br/>
      </w:r>
      <w:r>
        <w:t xml:space="preserve">    (c) frivolous attitude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 300-page report, but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gist</w:t>
      </w:r>
      <w:r>
        <w:rPr>
          <w:b/>
          <w:bCs/>
        </w:rPr>
        <w:t xml:space="preserve"> </w:t>
      </w:r>
      <w:r>
        <w:rPr>
          <w:b/>
          <w:bCs/>
        </w:rPr>
        <w:t xml:space="preserve">of it is that the plan won't work.</w:t>
      </w:r>
      <w:r>
        <w:br/>
      </w:r>
      <w:r>
        <w:t xml:space="preserve">    (a) concern</w:t>
      </w:r>
      <w:r>
        <w:br/>
      </w:r>
      <w:r>
        <w:t xml:space="preserve">    (b) problem</w:t>
      </w:r>
      <w:r>
        <w:br/>
      </w:r>
      <w:r>
        <w:t xml:space="preserve">    (c) main point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irresponsible</w:t>
      </w:r>
      <w:r>
        <w:rPr>
          <w:b/>
          <w:bCs/>
        </w:rPr>
        <w:t xml:space="preserve"> </w:t>
      </w:r>
      <w:r>
        <w:rPr>
          <w:b/>
          <w:bCs/>
        </w:rPr>
        <w:t xml:space="preserve">spending habits led to significant credit card debt.</w:t>
      </w:r>
      <w:r>
        <w:br/>
      </w:r>
      <w:r>
        <w:t xml:space="preserve">    (a) thoughtful</w:t>
      </w:r>
      <w:r>
        <w:br/>
      </w:r>
      <w:r>
        <w:t xml:space="preserve">    (b) careful</w:t>
      </w:r>
      <w:r>
        <w:br/>
      </w:r>
      <w:r>
        <w:t xml:space="preserve">    (c) careless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teacher's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lax</w:t>
      </w:r>
      <w:r>
        <w:rPr>
          <w:b/>
          <w:bCs/>
        </w:rPr>
        <w:t xml:space="preserve"> </w:t>
      </w:r>
      <w:r>
        <w:rPr>
          <w:b/>
          <w:bCs/>
        </w:rPr>
        <w:t xml:space="preserve">discipline allowed students to talk during the test.</w:t>
      </w:r>
      <w:r>
        <w:br/>
      </w:r>
      <w:r>
        <w:t xml:space="preserve">    (a) not strict enough</w:t>
      </w:r>
      <w:r>
        <w:br/>
      </w:r>
      <w:r>
        <w:t xml:space="preserve">    (b) extremely harsh</w:t>
      </w:r>
      <w:r>
        <w:br/>
      </w:r>
      <w:r>
        <w:t xml:space="preserve">    (c) perfectly fair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Large lunches make me feel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lethargic</w:t>
      </w:r>
      <w:r>
        <w:rPr>
          <w:b/>
          <w:bCs/>
        </w:rPr>
        <w:t xml:space="preserve"> </w:t>
      </w:r>
      <w:r>
        <w:rPr>
          <w:b/>
          <w:bCs/>
        </w:rPr>
        <w:t xml:space="preserve">in the afternoon.</w:t>
      </w:r>
      <w:r>
        <w:br/>
      </w:r>
      <w:r>
        <w:t xml:space="preserve">    (a) sluggish</w:t>
      </w:r>
      <w:r>
        <w:br/>
      </w:r>
      <w:r>
        <w:t xml:space="preserve">    (b) upset</w:t>
      </w:r>
      <w:r>
        <w:br/>
      </w:r>
      <w:r>
        <w:t xml:space="preserve">    (c) energetic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monetary</w:t>
      </w:r>
      <w:r>
        <w:rPr>
          <w:b/>
          <w:bCs/>
        </w:rPr>
        <w:t xml:space="preserve"> </w:t>
      </w:r>
      <w:r>
        <w:rPr>
          <w:b/>
          <w:bCs/>
        </w:rPr>
        <w:t xml:space="preserve">value of the brooch does not reflect its sentimental value to me.</w:t>
      </w:r>
      <w:r>
        <w:br/>
      </w:r>
      <w:r>
        <w:t xml:space="preserve">    (a) auction</w:t>
      </w:r>
      <w:r>
        <w:br/>
      </w:r>
      <w:r>
        <w:t xml:space="preserve">    (b) money</w:t>
      </w:r>
      <w:r>
        <w:br/>
      </w:r>
      <w:r>
        <w:t xml:space="preserve">    (c) 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class was hard. 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nonetheless</w:t>
      </w:r>
      <w:r>
        <w:rPr>
          <w:b/>
          <w:bCs/>
        </w:rPr>
        <w:t xml:space="preserve"> </w:t>
      </w:r>
      <w:r>
        <w:rPr>
          <w:b/>
          <w:bCs/>
        </w:rPr>
        <w:t xml:space="preserve">my favorite.</w:t>
      </w:r>
      <w:r>
        <w:br/>
      </w:r>
      <w:r>
        <w:t xml:space="preserve">    (a) for that reason</w:t>
      </w:r>
      <w:r>
        <w:br/>
      </w:r>
      <w:r>
        <w:t xml:space="preserve">    (b) despite that</w:t>
      </w:r>
      <w:r>
        <w:br/>
      </w:r>
      <w:r>
        <w:t xml:space="preserve">    (c) because of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 happy girl--</w:t>
      </w:r>
      <w:r>
        <w:rPr>
          <w:b/>
          <w:bCs/>
          <w:u w:val="single"/>
        </w:rPr>
        <w:t xml:space="preserve">oblivious</w:t>
      </w:r>
      <w:r>
        <w:rPr>
          <w:b/>
          <w:bCs/>
        </w:rPr>
        <w:t xml:space="preserve"> </w:t>
      </w:r>
      <w:r>
        <w:rPr>
          <w:b/>
          <w:bCs/>
        </w:rPr>
        <w:t xml:space="preserve">to most of the unhappiness around her.</w:t>
      </w:r>
      <w:r>
        <w:br/>
      </w:r>
      <w:r>
        <w:t xml:space="preserve">    (a) adding to</w:t>
      </w:r>
      <w:r>
        <w:br/>
      </w:r>
      <w:r>
        <w:t xml:space="preserve">    (b) unaware of</w:t>
      </w:r>
      <w:r>
        <w:br/>
      </w:r>
      <w:r>
        <w:t xml:space="preserve">    (c) concerned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keeps telling me her chances of dying in a car accident are 1 in 150, but I keep telling her that's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optimistic</w:t>
      </w:r>
      <w:r>
        <w:rPr>
          <w:b/>
          <w:bCs/>
        </w:rPr>
        <w:t xml:space="preserve"> </w:t>
      </w:r>
      <w:r>
        <w:rPr>
          <w:b/>
          <w:bCs/>
        </w:rPr>
        <w:t xml:space="preserve">if she drives after drinking.</w:t>
      </w:r>
      <w:r>
        <w:br/>
      </w:r>
      <w:r>
        <w:t xml:space="preserve">    (a) gloomy</w:t>
      </w:r>
      <w:r>
        <w:br/>
      </w:r>
      <w:r>
        <w:t xml:space="preserve">    (b) hopeful</w:t>
      </w:r>
      <w:r>
        <w:br/>
      </w:r>
      <w:r>
        <w:t xml:space="preserve">    (c) simplistic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reading each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passage</w:t>
      </w:r>
      <w:r>
        <w:rPr>
          <w:b/>
          <w:bCs/>
        </w:rPr>
        <w:t xml:space="preserve">, choose the best answer to each question.</w:t>
      </w:r>
      <w:r>
        <w:br/>
      </w:r>
      <w:r>
        <w:t xml:space="preserve">    (a) short part of a longer work</w:t>
      </w:r>
      <w:r>
        <w:br/>
      </w:r>
      <w:r>
        <w:t xml:space="preserve">    (b) article</w:t>
      </w:r>
      <w:r>
        <w:br/>
      </w:r>
      <w:r>
        <w:t xml:space="preserve">    (c) route to get somewhere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outlook on the future was 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pessimistic</w:t>
      </w:r>
      <w:r>
        <w:rPr>
          <w:b/>
          <w:bCs/>
        </w:rPr>
        <w:t xml:space="preserve">, as she worried about the economy and the environment.</w:t>
      </w:r>
      <w:r>
        <w:br/>
      </w:r>
      <w:r>
        <w:t xml:space="preserve">    (a) expecting that things will turn out badly</w:t>
      </w:r>
      <w:r>
        <w:br/>
      </w:r>
      <w:r>
        <w:t xml:space="preserve">    (b) expecting that things will turn out well</w:t>
      </w:r>
      <w:r>
        <w:br/>
      </w:r>
      <w:r>
        <w:t xml:space="preserve">    (c) having no expectation of how things will turn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second paragraph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primarily</w:t>
      </w:r>
      <w:r>
        <w:rPr>
          <w:b/>
          <w:bCs/>
        </w:rPr>
        <w:t xml:space="preserve"> </w:t>
      </w:r>
      <w:r>
        <w:rPr>
          <w:b/>
          <w:bCs/>
        </w:rPr>
        <w:t xml:space="preserve">concerned with showing how the colleges are different.</w:t>
      </w:r>
      <w:r>
        <w:br/>
      </w:r>
      <w:r>
        <w:t xml:space="preserve">    (a) barely</w:t>
      </w:r>
      <w:r>
        <w:br/>
      </w:r>
      <w:r>
        <w:t xml:space="preserve">    (b) mainly</w:t>
      </w:r>
      <w:r>
        <w:br/>
      </w:r>
      <w:r>
        <w:t xml:space="preserve">    (c) secretly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40 years of greeting guests in person,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proprietor</w:t>
      </w:r>
      <w:r>
        <w:rPr>
          <w:b/>
          <w:bCs/>
        </w:rPr>
        <w:t xml:space="preserve"> </w:t>
      </w:r>
      <w:r>
        <w:rPr>
          <w:b/>
          <w:bCs/>
        </w:rPr>
        <w:t xml:space="preserve">of the restaurant is retiring.</w:t>
      </w:r>
      <w:r>
        <w:br/>
      </w:r>
      <w:r>
        <w:t xml:space="preserve">    (a) owner</w:t>
      </w:r>
      <w:r>
        <w:br/>
      </w:r>
      <w:r>
        <w:t xml:space="preserve">    (b) employee</w:t>
      </w:r>
      <w:r>
        <w:br/>
      </w:r>
      <w:r>
        <w:t xml:space="preserve">    (c) customer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all listened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rapt</w:t>
      </w:r>
      <w:r>
        <w:rPr>
          <w:b/>
          <w:bCs/>
        </w:rPr>
        <w:t xml:space="preserve"> </w:t>
      </w:r>
      <w:r>
        <w:rPr>
          <w:b/>
          <w:bCs/>
        </w:rPr>
        <w:t xml:space="preserve">attention as she described the accident.</w:t>
      </w:r>
      <w:r>
        <w:br/>
      </w:r>
      <w:r>
        <w:t xml:space="preserve">    (a) divided</w:t>
      </w:r>
      <w:r>
        <w:br/>
      </w:r>
      <w:r>
        <w:t xml:space="preserve">    (b) interested</w:t>
      </w:r>
      <w:r>
        <w:br/>
      </w:r>
      <w:r>
        <w:t xml:space="preserve">    (c) disciplined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stifle</w:t>
      </w:r>
      <w:r>
        <w:rPr>
          <w:b/>
          <w:bCs/>
        </w:rPr>
        <w:t xml:space="preserve"> </w:t>
      </w:r>
      <w:r>
        <w:rPr>
          <w:b/>
          <w:bCs/>
        </w:rPr>
        <w:t xml:space="preserve">a laugh during the somber funeral service.</w:t>
      </w:r>
      <w:r>
        <w:br/>
      </w:r>
      <w:r>
        <w:t xml:space="preserve">    (a) let out freely</w:t>
      </w:r>
      <w:r>
        <w:br/>
      </w:r>
      <w:r>
        <w:t xml:space="preserve">    (b) loudly announce</w:t>
      </w:r>
      <w:r>
        <w:br/>
      </w:r>
      <w:r>
        <w:t xml:space="preserve">    (c) hold back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feeling something between normal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trepidation</w:t>
      </w:r>
      <w:r>
        <w:rPr>
          <w:b/>
          <w:bCs/>
        </w:rPr>
        <w:t xml:space="preserve"> </w:t>
      </w:r>
      <w:r>
        <w:rPr>
          <w:b/>
          <w:bCs/>
        </w:rPr>
        <w:t xml:space="preserve">and excessive test anxiety.</w:t>
      </w:r>
      <w:r>
        <w:br/>
      </w:r>
      <w:r>
        <w:t xml:space="preserve">    (a) sleepiness</w:t>
      </w:r>
      <w:r>
        <w:br/>
      </w:r>
      <w:r>
        <w:t xml:space="preserve">    (b) nervousness</w:t>
      </w:r>
      <w:r>
        <w:br/>
      </w:r>
      <w:r>
        <w:t xml:space="preserve">    (c) confidence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wistful</w:t>
      </w:r>
      <w:r>
        <w:rPr>
          <w:b/>
          <w:bCs/>
        </w:rPr>
        <w:t xml:space="preserve">, dreamy look as she thought about how life would change if she could get a good job.</w:t>
      </w:r>
      <w:r>
        <w:br/>
      </w:r>
      <w:r>
        <w:t xml:space="preserve">    (a) showing optimism</w:t>
      </w:r>
      <w:r>
        <w:br/>
      </w:r>
      <w:r>
        <w:t xml:space="preserve">    (b) showing determination</w:t>
      </w:r>
      <w:r>
        <w:br/>
      </w:r>
      <w:r>
        <w:t xml:space="preserve">    (c) showing longing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2026-07-31T16:44:20Z</dcterms:created>
  <dcterms:modified xsi:type="dcterms:W3CDTF">2026-07-31T16:44:20Z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