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31acd6a225a11b4ddd936b24d0db1fdecfec67"/>
    <w:p>
      <w:pPr>
        <w:pStyle w:val="Heading1"/>
      </w:pPr>
      <w:r>
        <w:rPr>
          <w:b/>
          <w:bCs/>
        </w:rPr>
        <w:t xml:space="preserve">A Walk to Remember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didn't say exactly those words, but I got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gist</w:t>
      </w:r>
      <w:r>
        <w:rPr>
          <w:b/>
          <w:bCs/>
        </w:rPr>
        <w:t xml:space="preserve"> </w:t>
      </w:r>
      <w:r>
        <w:rPr>
          <w:b/>
          <w:bCs/>
        </w:rPr>
        <w:t xml:space="preserve">of it.</w:t>
      </w:r>
      <w:r>
        <w:br/>
      </w:r>
      <w:r>
        <w:t xml:space="preserve">    (a) the main point(s)</w:t>
      </w:r>
      <w:r>
        <w:br/>
      </w:r>
      <w:r>
        <w:t xml:space="preserve">    (b) best part(s)</w:t>
      </w:r>
      <w:r>
        <w:br/>
      </w:r>
      <w:r>
        <w:t xml:space="preserve">    (c) worst part(s)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Growing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despondent</w:t>
      </w:r>
      <w:r>
        <w:rPr>
          <w:b/>
          <w:bCs/>
        </w:rPr>
        <w:t xml:space="preserve">, I started listing the things I actually could do, but to be honest, there really wasn't that much.</w:t>
      </w:r>
      <w:r>
        <w:br/>
      </w:r>
      <w:r>
        <w:t xml:space="preserve">    (a) confused</w:t>
      </w:r>
      <w:r>
        <w:br/>
      </w:r>
      <w:r>
        <w:t xml:space="preserve">    (b) angry</w:t>
      </w:r>
      <w:r>
        <w:br/>
      </w:r>
      <w:r>
        <w:t xml:space="preserve">    (c) depressed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 my fevered rush to her house,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pessimistic</w:t>
      </w:r>
      <w:r>
        <w:rPr>
          <w:b/>
          <w:bCs/>
        </w:rPr>
        <w:t xml:space="preserve"> </w:t>
      </w:r>
      <w:r>
        <w:rPr>
          <w:b/>
          <w:bCs/>
        </w:rPr>
        <w:t xml:space="preserve">side assumed that Carey would be the one who opened the door for me.</w:t>
      </w:r>
      <w:r>
        <w:br/>
      </w:r>
      <w:r>
        <w:t xml:space="preserve">    (a) of a guitar or other musical instrument:  not using electricity to amplify sound</w:t>
      </w:r>
      <w:r>
        <w:br/>
      </w:r>
      <w:r>
        <w:t xml:space="preserve">    (b) expectation that things will turn out badly</w:t>
      </w:r>
      <w:r>
        <w:br/>
      </w:r>
      <w:r>
        <w:t xml:space="preserve">    (c) relating to the smallest amount of a chemical substance that can exist by itself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minister before Hegbert ... took sort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lax</w:t>
      </w:r>
      <w:r>
        <w:rPr>
          <w:b/>
          <w:bCs/>
        </w:rPr>
        <w:t xml:space="preserve"> </w:t>
      </w:r>
      <w:r>
        <w:rPr>
          <w:b/>
          <w:bCs/>
        </w:rPr>
        <w:t xml:space="preserve">view about school dances as long as they were chaperoned, and because of that, they'd become a tradition of sorts.</w:t>
      </w:r>
      <w:r>
        <w:br/>
      </w:r>
      <w:r>
        <w:t xml:space="preserve">    (a) the trait of being easy to meet and talk with</w:t>
      </w:r>
      <w:r>
        <w:br/>
      </w:r>
      <w:r>
        <w:t xml:space="preserve">    (b) relaxed; or lacking in strictness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Ministering wasn't a profession where people made a lot of money, but of course ministers weren't in it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monetary</w:t>
      </w:r>
      <w:r>
        <w:rPr>
          <w:b/>
          <w:bCs/>
        </w:rPr>
        <w:t xml:space="preserve"> </w:t>
      </w:r>
      <w:r>
        <w:rPr>
          <w:b/>
          <w:bCs/>
        </w:rPr>
        <w:t xml:space="preserve">gain, they were in it for the long haul, if you know what I mean.</w:t>
      </w:r>
      <w:r>
        <w:br/>
      </w:r>
      <w:r>
        <w:t xml:space="preserve">    (a) relating to or involving money</w:t>
      </w:r>
      <w:r>
        <w:br/>
      </w:r>
      <w:r>
        <w:t xml:space="preserve">    (b) with or based on basic beliefs</w:t>
      </w:r>
      <w:r>
        <w:br/>
      </w:r>
      <w:r>
        <w:t xml:space="preserve">    (c) things that are able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"Hello, Reverend," I said, swallowing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trepidation</w:t>
      </w:r>
      <w:r>
        <w:rPr>
          <w:b/>
          <w:bCs/>
        </w:rPr>
        <w:t xml:space="preserve">.</w:t>
      </w:r>
      <w:r>
        <w:br/>
      </w:r>
      <w:r>
        <w:t xml:space="preserve">    (a) pride</w:t>
      </w:r>
      <w:r>
        <w:br/>
      </w:r>
      <w:r>
        <w:t xml:space="preserve">    (b) anger</w:t>
      </w:r>
      <w:r>
        <w:br/>
      </w:r>
      <w:r>
        <w:t xml:space="preserve">    (c)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thinks you're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irresponsible</w:t>
      </w:r>
      <w:r>
        <w:rPr>
          <w:b/>
          <w:bCs/>
        </w:rPr>
        <w:t xml:space="preserve">.</w:t>
      </w:r>
      <w:r>
        <w:br/>
      </w:r>
      <w:r>
        <w:t xml:space="preserve">    (a) careful or cautious</w:t>
      </w:r>
      <w:r>
        <w:br/>
      </w:r>
      <w:r>
        <w:t xml:space="preserve">    (b) thoughtful or considerate</w:t>
      </w:r>
      <w:r>
        <w:br/>
      </w:r>
      <w:r>
        <w:t xml:space="preserve">    (c) careless or reckless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Jamie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 </w:t>
      </w:r>
      <w:r>
        <w:rPr>
          <w:b/>
          <w:bCs/>
        </w:rPr>
        <w:t xml:space="preserve">of situations that were happening right in front of her.</w:t>
      </w:r>
      <w:r>
        <w:br/>
      </w:r>
      <w:r>
        <w:t xml:space="preserve">    (a) related to</w:t>
      </w:r>
      <w:r>
        <w:br/>
      </w:r>
      <w:r>
        <w:t xml:space="preserve">    (b) very large</w:t>
      </w:r>
      <w:r>
        <w:br/>
      </w:r>
      <w:r>
        <w:t xml:space="preserve">    (c) unaware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was back in Washington, D.C., which made things a lot more fun around my house,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 </w:t>
      </w:r>
      <w:r>
        <w:rPr>
          <w:b/>
          <w:bCs/>
        </w:rPr>
        <w:t xml:space="preserve">because I could sneak out the window again and head to the graveyard for my late night forays.</w:t>
      </w:r>
      <w:r>
        <w:br/>
      </w:r>
      <w:r>
        <w:t xml:space="preserve">    (a) wisely</w:t>
      </w:r>
      <w:r>
        <w:br/>
      </w:r>
      <w:r>
        <w:t xml:space="preserve">    (b) mainly</w:t>
      </w:r>
      <w:r>
        <w:br/>
      </w:r>
      <w:r>
        <w:t xml:space="preserve">    (c) really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conversations weren't exactly highbrow, I admit, but I enjoyed them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.</w:t>
      </w:r>
      <w:r>
        <w:br/>
      </w:r>
      <w:r>
        <w:t xml:space="preserve">    (a) therefore (for that reason)</w:t>
      </w:r>
      <w:r>
        <w:br/>
      </w:r>
      <w:r>
        <w:t xml:space="preserve">    (b) in spite of that (used to connect contrasting ideas)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stifle</w:t>
      </w:r>
      <w:r>
        <w:rPr>
          <w:b/>
          <w:bCs/>
        </w:rPr>
        <w:t xml:space="preserve"> </w:t>
      </w:r>
      <w:r>
        <w:rPr>
          <w:b/>
          <w:bCs/>
        </w:rPr>
        <w:t xml:space="preserve">the curses rising in my throat and bite out, "Just don't do it again."</w:t>
      </w:r>
      <w:r>
        <w:br/>
      </w:r>
      <w:r>
        <w:t xml:space="preserve">    (a) suppress</w:t>
      </w:r>
      <w:r>
        <w:br/>
      </w:r>
      <w:r>
        <w:t xml:space="preserve">    (b) stiffen</w:t>
      </w:r>
      <w:r>
        <w:br/>
      </w:r>
      <w:r>
        <w:t xml:space="preserve">    (c) feel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was in motion, working off nervous energy, but she seemed strangely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lethargic</w:t>
      </w:r>
      <w:r>
        <w:rPr>
          <w:b/>
          <w:bCs/>
        </w:rPr>
        <w:t xml:space="preserve">.</w:t>
      </w:r>
      <w:r>
        <w:br/>
      </w:r>
      <w:r>
        <w:t xml:space="preserve">    (a) apprehensive (nervous)</w:t>
      </w:r>
      <w:r>
        <w:br/>
      </w:r>
      <w:r>
        <w:t xml:space="preserve">    (b) agitated (upset)</w:t>
      </w:r>
      <w:r>
        <w:br/>
      </w:r>
      <w:r>
        <w:t xml:space="preserve">    (c) without energy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Thinking that it was a mistake, I went out the next day, hauled a few dozen boxes, and chatted with another twenty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proprietors</w:t>
      </w:r>
      <w:r>
        <w:rPr>
          <w:b/>
          <w:bCs/>
        </w:rPr>
        <w:t xml:space="preserve"> </w:t>
      </w:r>
      <w:r>
        <w:rPr>
          <w:b/>
          <w:bCs/>
        </w:rPr>
        <w:t xml:space="preserve">while I collected cans and jars.</w:t>
      </w:r>
      <w:r>
        <w:br/>
      </w:r>
      <w:r>
        <w:t xml:space="preserve">    (a) the owner of a business</w:t>
      </w:r>
      <w:r>
        <w:br/>
      </w:r>
      <w:r>
        <w:t xml:space="preserve">    (b) drawings or photographs</w:t>
      </w:r>
      <w:r>
        <w:br/>
      </w:r>
      <w:r>
        <w:t xml:space="preserve">    (c) positively charged 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 few of the smaller kids were sitting on the adults' laps, their faces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with attention as they listened to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'Twas the Night Before Christmas</w:t>
      </w:r>
      <w:r>
        <w:rPr>
          <w:b/>
          <w:bCs/>
        </w:rPr>
        <w:t xml:space="preserve">.</w:t>
      </w:r>
      <w:r>
        <w:br/>
      </w:r>
      <w:r>
        <w:t xml:space="preserve">    (a) accidental or unintentional</w:t>
      </w:r>
      <w:r>
        <w:br/>
      </w:r>
      <w:r>
        <w:t xml:space="preserve">    (b) showing deep interest and focus</w:t>
      </w:r>
      <w:r>
        <w:br/>
      </w:r>
      <w:r>
        <w:t xml:space="preserve">    (c) noisy and unrestrained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Now, I knew I hadn't exactly been the most spiritual kid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, but I still found his behavior sort of odd.</w:t>
      </w:r>
      <w:r>
        <w:br/>
      </w:r>
      <w:r>
        <w:t xml:space="preserve">    (a) group of people who meet periodically to discuss differences</w:t>
      </w:r>
      <w:r>
        <w:br/>
      </w:r>
      <w:r>
        <w:t xml:space="preserve">    (b) group of people who work in the same industry and meet periodically</w:t>
      </w:r>
      <w:r>
        <w:br/>
      </w:r>
      <w:r>
        <w:t xml:space="preserve">    (c) group of people who worship together in the same building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don't have any money left," I said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dejectedly</w:t>
      </w:r>
      <w:r>
        <w:rPr>
          <w:b/>
          <w:bCs/>
        </w:rPr>
        <w:t xml:space="preserve">.</w:t>
      </w:r>
      <w:r>
        <w:br/>
      </w:r>
      <w:r>
        <w:t xml:space="preserve">    (a) with anger</w:t>
      </w:r>
      <w:r>
        <w:br/>
      </w:r>
      <w:r>
        <w:t xml:space="preserve">    (b) in a confused manner</w:t>
      </w:r>
      <w:r>
        <w:br/>
      </w:r>
      <w:r>
        <w:t xml:space="preserve">    (c) with low spirits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 see them smiling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wistfully</w:t>
      </w:r>
      <w:r>
        <w:rPr>
          <w:b/>
          <w:bCs/>
        </w:rPr>
        <w:t xml:space="preserve"> </w:t>
      </w:r>
      <w:r>
        <w:rPr>
          <w:b/>
          <w:bCs/>
        </w:rPr>
        <w:t xml:space="preserve">at us.</w:t>
      </w:r>
      <w:r>
        <w:br/>
      </w:r>
      <w:r>
        <w:t xml:space="preserve">    (a) with longing (unfulfilled desire)</w:t>
      </w:r>
      <w:r>
        <w:br/>
      </w:r>
      <w:r>
        <w:t xml:space="preserve">    (b) insincerely (in a fake manner)</w:t>
      </w:r>
      <w:r>
        <w:br/>
      </w:r>
      <w:r>
        <w:t xml:space="preserve">    (c) with weakness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February 14, Valentine's Day, Jamie picked 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passage</w:t>
      </w:r>
      <w:r>
        <w:rPr>
          <w:b/>
          <w:bCs/>
        </w:rPr>
        <w:t xml:space="preserve"> </w:t>
      </w:r>
      <w:r>
        <w:rPr>
          <w:b/>
          <w:bCs/>
        </w:rPr>
        <w:t xml:space="preserve">from Corinthians that meant a lot to her.</w:t>
      </w:r>
      <w:r>
        <w:br/>
      </w:r>
      <w:r>
        <w:t xml:space="preserve">    (a) a short part of a longer written work</w:t>
      </w:r>
      <w:r>
        <w:br/>
      </w:r>
      <w:r>
        <w:t xml:space="preserve">    (b) the act of stopping a battle or fight</w:t>
      </w:r>
      <w:r>
        <w:br/>
      </w:r>
      <w:r>
        <w:t xml:space="preserve">    (c) dense, rainy forest with many species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 to test the sincerity of your love by comparing it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earnestness</w:t>
      </w:r>
      <w:r>
        <w:rPr>
          <w:b/>
          <w:bCs/>
        </w:rPr>
        <w:t xml:space="preserve"> </w:t>
      </w:r>
      <w:r>
        <w:rPr>
          <w:b/>
          <w:bCs/>
        </w:rPr>
        <w:t xml:space="preserve">of others.</w:t>
      </w:r>
      <w:r>
        <w:br/>
      </w:r>
      <w:r>
        <w:t xml:space="preserve">    (a) able to take on or adopt</w:t>
      </w:r>
      <w:r>
        <w:br/>
      </w:r>
      <w:r>
        <w:t xml:space="preserve">    (b) the state of being awake</w:t>
      </w:r>
      <w:r>
        <w:br/>
      </w:r>
      <w:r>
        <w:t xml:space="preserve">    (c) sincerity or seriousness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cheerfulness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optimism</w:t>
      </w:r>
      <w:r>
        <w:rPr>
          <w:b/>
          <w:bCs/>
        </w:rPr>
        <w:t xml:space="preserve">, even in times of sickness, was the most amazing thing I have ever witnessed.</w:t>
      </w:r>
      <w:r>
        <w:br/>
      </w:r>
      <w:r>
        <w:t xml:space="preserve">    (a) tendency to expect and see the best in all things</w:t>
      </w:r>
      <w:r>
        <w:br/>
      </w:r>
      <w:r>
        <w:t xml:space="preserve">    (b) determination to keep fighting despite difficulty</w:t>
      </w:r>
      <w:r>
        <w:br/>
      </w:r>
      <w:r>
        <w:t xml:space="preserve">    (c) smile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2026-07-31T16:44:20Z</dcterms:created>
  <dcterms:modified xsi:type="dcterms:W3CDTF">2026-07-31T16:44:20Z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