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926c0a8de8dde02dd05e8e27efec2037c350ca4"/>
    <w:p>
      <w:pPr>
        <w:pStyle w:val="Heading1"/>
      </w:pPr>
      <w:r>
        <w:rPr>
          <w:b/>
          <w:bCs/>
        </w:rPr>
        <w:t xml:space="preserve">A Walk Across America</w:t>
      </w:r>
      <w:r>
        <w:br/>
      </w:r>
      <w:r>
        <w:rPr>
          <w:i/>
          <w:iCs/>
        </w:rPr>
        <w:t xml:space="preserve">Peter Jenkins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bushels</w:t>
      </w:r>
      <w:r>
        <w:rPr>
          <w:b/>
          <w:bCs/>
        </w:rPr>
        <w:t xml:space="preserve"> </w:t>
      </w:r>
      <w:r>
        <w:rPr>
          <w:b/>
          <w:bCs/>
        </w:rPr>
        <w:t xml:space="preserve">of fun.</w:t>
      </w:r>
      <w:r>
        <w:br/>
      </w:r>
      <w:r>
        <w:t xml:space="preserve">    (a) measured in hours</w:t>
      </w:r>
      <w:r>
        <w:br/>
      </w:r>
      <w:r>
        <w:t xml:space="preserve">    (b) shared by everyone</w:t>
      </w:r>
      <w:r>
        <w:br/>
      </w:r>
      <w:r>
        <w:t xml:space="preserve">    (c) a large amount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congregation</w:t>
      </w:r>
      <w:r>
        <w:rPr>
          <w:b/>
          <w:bCs/>
        </w:rPr>
        <w:t xml:space="preserve"> </w:t>
      </w:r>
      <w:r>
        <w:rPr>
          <w:b/>
          <w:bCs/>
        </w:rPr>
        <w:t xml:space="preserve">voted to approve appointment of the new minister.</w:t>
      </w:r>
      <w:r>
        <w:br/>
      </w:r>
      <w:r>
        <w:t xml:space="preserve">    (a) people who worship together</w:t>
      </w:r>
      <w:r>
        <w:br/>
      </w:r>
      <w:r>
        <w:t xml:space="preserve">    (b) people who meet periodically</w:t>
      </w:r>
      <w:r>
        <w:br/>
      </w:r>
      <w:r>
        <w:t xml:space="preserve">    (c) people who agree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evangelist</w:t>
      </w:r>
      <w:r>
        <w:rPr>
          <w:b/>
          <w:bCs/>
        </w:rPr>
        <w:t xml:space="preserve"> </w:t>
      </w:r>
      <w:r>
        <w:rPr>
          <w:b/>
          <w:bCs/>
        </w:rPr>
        <w:t xml:space="preserve">spoke to the crowd about her faith and urged them to believe.</w:t>
      </w:r>
      <w:r>
        <w:br/>
      </w:r>
      <w:r>
        <w:t xml:space="preserve">    (a) medical researcher</w:t>
      </w:r>
      <w:r>
        <w:br/>
      </w:r>
      <w:r>
        <w:t xml:space="preserve">    (b) religious preacher</w:t>
      </w:r>
      <w:r>
        <w:br/>
      </w:r>
      <w:r>
        <w:t xml:space="preserve">    (c) school principal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hope to take the ACT just once.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I will take it early, so there is time to study and take it again if my scores aren't high enough.</w:t>
      </w:r>
      <w:r>
        <w:br/>
      </w:r>
      <w:r>
        <w:t xml:space="preserve">    (a) but</w:t>
      </w:r>
      <w:r>
        <w:br/>
      </w:r>
      <w:r>
        <w:t xml:space="preserve">    (b) and</w:t>
      </w:r>
      <w:r>
        <w:br/>
      </w:r>
      <w:r>
        <w:t xml:space="preserve">    (c) also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we get there, the main thing is to be absolutely sure we're not late.</w:t>
      </w:r>
      <w:r>
        <w:br/>
      </w:r>
      <w:r>
        <w:t xml:space="preserve">    (a) whatever way</w:t>
      </w:r>
      <w:r>
        <w:br/>
      </w:r>
      <w:r>
        <w:t xml:space="preserve">    (b) even if in a non-standard manner</w:t>
      </w:r>
      <w:r>
        <w:br/>
      </w:r>
      <w:r>
        <w:t xml:space="preserve">    (c) to whatever degree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too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inhibited</w:t>
      </w:r>
      <w:r>
        <w:rPr>
          <w:b/>
          <w:bCs/>
        </w:rPr>
        <w:t xml:space="preserve"> </w:t>
      </w:r>
      <w:r>
        <w:rPr>
          <w:b/>
          <w:bCs/>
        </w:rPr>
        <w:t xml:space="preserve">to dance at parties, even when everyone else joined in.</w:t>
      </w:r>
      <w:r>
        <w:br/>
      </w:r>
      <w:r>
        <w:t xml:space="preserve">    (a) loud and confident</w:t>
      </w:r>
      <w:r>
        <w:br/>
      </w:r>
      <w:r>
        <w:t xml:space="preserve">    (b) wild and uncontrolled</w:t>
      </w:r>
      <w:r>
        <w:br/>
      </w:r>
      <w:r>
        <w:t xml:space="preserve">    (c) shy and self-conscious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Intuitively</w:t>
      </w:r>
      <w:r>
        <w:rPr>
          <w:b/>
          <w:bCs/>
        </w:rPr>
        <w:t xml:space="preserve">, I knew not to trust her.</w:t>
      </w:r>
      <w:r>
        <w:br/>
      </w:r>
      <w:r>
        <w:t xml:space="preserve">    (a) logically</w:t>
      </w:r>
      <w:r>
        <w:br/>
      </w:r>
      <w:r>
        <w:t xml:space="preserve">    (b) conclusively</w:t>
      </w:r>
      <w:r>
        <w:br/>
      </w:r>
      <w:r>
        <w:t xml:space="preserve">    (c) instinctively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have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irrational</w:t>
      </w:r>
      <w:r>
        <w:rPr>
          <w:b/>
          <w:bCs/>
        </w:rPr>
        <w:t xml:space="preserve"> </w:t>
      </w:r>
      <w:r>
        <w:rPr>
          <w:b/>
          <w:bCs/>
        </w:rPr>
        <w:t xml:space="preserve">fear of heights.</w:t>
      </w:r>
      <w:r>
        <w:br/>
      </w:r>
      <w:r>
        <w:t xml:space="preserve">    (a) reasonable</w:t>
      </w:r>
      <w:r>
        <w:br/>
      </w:r>
      <w:r>
        <w:t xml:space="preserve">    (b) unreasonable</w:t>
      </w:r>
      <w:r>
        <w:br/>
      </w:r>
      <w:r>
        <w:t xml:space="preserve">    (c) varying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Large lunches make me feel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lethargic</w:t>
      </w:r>
      <w:r>
        <w:rPr>
          <w:b/>
          <w:bCs/>
        </w:rPr>
        <w:t xml:space="preserve"> </w:t>
      </w:r>
      <w:r>
        <w:rPr>
          <w:b/>
          <w:bCs/>
        </w:rPr>
        <w:t xml:space="preserve">in the afternoon.</w:t>
      </w:r>
      <w:r>
        <w:br/>
      </w:r>
      <w:r>
        <w:t xml:space="preserve">    (a) sluggish</w:t>
      </w:r>
      <w:r>
        <w:br/>
      </w:r>
      <w:r>
        <w:t xml:space="preserve">    (b) energetic</w:t>
      </w:r>
      <w:r>
        <w:br/>
      </w:r>
      <w:r>
        <w:t xml:space="preserve">    (c) upset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Germans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migrated</w:t>
      </w:r>
      <w:r>
        <w:rPr>
          <w:b/>
          <w:bCs/>
        </w:rPr>
        <w:t xml:space="preserve"> </w:t>
      </w:r>
      <w:r>
        <w:rPr>
          <w:b/>
          <w:bCs/>
        </w:rPr>
        <w:t xml:space="preserve">to South America in the mid-19th century</w:t>
      </w:r>
      <w:r>
        <w:br/>
      </w:r>
      <w:r>
        <w:t xml:space="preserve">    (a) flew away</w:t>
      </w:r>
      <w:r>
        <w:br/>
      </w:r>
      <w:r>
        <w:t xml:space="preserve">    (b) moved</w:t>
      </w:r>
      <w:r>
        <w:br/>
      </w:r>
      <w:r>
        <w:t xml:space="preserve">    (c) flew toward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perplexed</w:t>
      </w:r>
      <w:r>
        <w:rPr>
          <w:b/>
          <w:bCs/>
        </w:rPr>
        <w:t xml:space="preserve"> </w:t>
      </w:r>
      <w:r>
        <w:rPr>
          <w:b/>
          <w:bCs/>
        </w:rPr>
        <w:t xml:space="preserve">by her sudden change of mind on this important issue.</w:t>
      </w:r>
      <w:r>
        <w:br/>
      </w:r>
      <w:r>
        <w:t xml:space="preserve">    (a) amused</w:t>
      </w:r>
      <w:r>
        <w:br/>
      </w:r>
      <w:r>
        <w:t xml:space="preserve">    (b) annoyed</w:t>
      </w:r>
      <w:r>
        <w:br/>
      </w:r>
      <w:r>
        <w:t xml:space="preserve">    (c) confused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pondered</w:t>
      </w:r>
      <w:r>
        <w:rPr>
          <w:b/>
          <w:bCs/>
        </w:rPr>
        <w:t xml:space="preserve"> </w:t>
      </w:r>
      <w:r>
        <w:rPr>
          <w:b/>
          <w:bCs/>
        </w:rPr>
        <w:t xml:space="preserve">our fate.</w:t>
      </w:r>
      <w:r>
        <w:br/>
      </w:r>
      <w:r>
        <w:t xml:space="preserve">    (a) actively changed</w:t>
      </w:r>
      <w:r>
        <w:br/>
      </w:r>
      <w:r>
        <w:t xml:space="preserve">    (b) feared for</w:t>
      </w:r>
      <w:r>
        <w:br/>
      </w:r>
      <w:r>
        <w:t xml:space="preserve">    (c) thought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Seeing the defendant wear prison clothes may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prejudice</w:t>
      </w:r>
      <w:r>
        <w:rPr>
          <w:b/>
          <w:bCs/>
        </w:rPr>
        <w:t xml:space="preserve"> </w:t>
      </w:r>
      <w:r>
        <w:rPr>
          <w:b/>
          <w:bCs/>
        </w:rPr>
        <w:t xml:space="preserve">the jury against the defendant.</w:t>
      </w:r>
      <w:r>
        <w:br/>
      </w:r>
      <w:r>
        <w:t xml:space="preserve">    (a) create an unfair belief in</w:t>
      </w:r>
      <w:r>
        <w:br/>
      </w:r>
      <w:r>
        <w:t xml:space="preserve">    (b) create a serious attitude in</w:t>
      </w:r>
      <w:r>
        <w:br/>
      </w:r>
      <w:r>
        <w:t xml:space="preserve">    (c) create a sympathetic belief 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said the U.S. should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repent</w:t>
      </w:r>
      <w:r>
        <w:rPr>
          <w:b/>
          <w:bCs/>
        </w:rPr>
        <w:t xml:space="preserve"> </w:t>
      </w:r>
      <w:r>
        <w:rPr>
          <w:b/>
          <w:bCs/>
        </w:rPr>
        <w:t xml:space="preserve">for the sins of fossil fuels.</w:t>
      </w:r>
      <w:r>
        <w:br/>
      </w:r>
      <w:r>
        <w:t xml:space="preserve">    (a) suffer</w:t>
      </w:r>
      <w:r>
        <w:br/>
      </w:r>
      <w:r>
        <w:t xml:space="preserve">    (b) reimburse</w:t>
      </w:r>
      <w:r>
        <w:br/>
      </w:r>
      <w:r>
        <w:t xml:space="preserve">    (c) apologize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reveres</w:t>
      </w:r>
      <w:r>
        <w:rPr>
          <w:b/>
          <w:bCs/>
        </w:rPr>
        <w:t xml:space="preserve"> </w:t>
      </w:r>
      <w:r>
        <w:rPr>
          <w:b/>
          <w:bCs/>
        </w:rPr>
        <w:t xml:space="preserve">nature and all that is natural.</w:t>
      </w:r>
      <w:r>
        <w:br/>
      </w:r>
      <w:r>
        <w:t xml:space="preserve">    (a) thoroughly enjoys</w:t>
      </w:r>
      <w:r>
        <w:br/>
      </w:r>
      <w:r>
        <w:t xml:space="preserve">    (b) deeply respects</w:t>
      </w:r>
      <w:r>
        <w:br/>
      </w:r>
      <w:r>
        <w:t xml:space="preserve">    (c) dislikes and avoids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plans to attend Fuller Theological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Seminary</w:t>
      </w:r>
      <w:r>
        <w:rPr>
          <w:b/>
          <w:bCs/>
        </w:rPr>
        <w:t xml:space="preserve">.</w:t>
      </w:r>
      <w:r>
        <w:br/>
      </w:r>
      <w:r>
        <w:t xml:space="preserve">    (a) a school for training ministers, priests, or rabbis</w:t>
      </w:r>
      <w:r>
        <w:br/>
      </w:r>
      <w:r>
        <w:t xml:space="preserve">    (b) a school for training musicians, painters, and other artists</w:t>
      </w:r>
      <w:r>
        <w:br/>
      </w:r>
      <w:r>
        <w:t xml:space="preserve">    (c) a school for training teachers and school administrators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desert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sparse</w:t>
      </w:r>
      <w:r>
        <w:rPr>
          <w:b/>
          <w:bCs/>
        </w:rPr>
        <w:t xml:space="preserve"> </w:t>
      </w:r>
      <w:r>
        <w:rPr>
          <w:b/>
          <w:bCs/>
        </w:rPr>
        <w:t xml:space="preserve">vegetation, with only a few hardy plants scattered about.</w:t>
      </w:r>
      <w:r>
        <w:br/>
      </w:r>
      <w:r>
        <w:t xml:space="preserve">    (a) neatly arranged</w:t>
      </w:r>
      <w:r>
        <w:br/>
      </w:r>
      <w:r>
        <w:t xml:space="preserve">    (b) lush and thick</w:t>
      </w:r>
      <w:r>
        <w:br/>
      </w:r>
      <w:r>
        <w:t xml:space="preserve">    (c) thinly scattered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open restaurants in nice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suburban</w:t>
      </w:r>
      <w:r>
        <w:rPr>
          <w:b/>
          <w:bCs/>
        </w:rPr>
        <w:t xml:space="preserve"> </w:t>
      </w:r>
      <w:r>
        <w:rPr>
          <w:b/>
          <w:bCs/>
        </w:rPr>
        <w:t xml:space="preserve">areas.</w:t>
      </w:r>
      <w:r>
        <w:br/>
      </w:r>
      <w:r>
        <w:t xml:space="preserve">    (a) located outside the edge of a city</w:t>
      </w:r>
      <w:r>
        <w:br/>
      </w:r>
      <w:r>
        <w:t xml:space="preserve">    (b) located in the center of the city</w:t>
      </w:r>
      <w:r>
        <w:br/>
      </w:r>
      <w:r>
        <w:t xml:space="preserve">    (c) located far from any city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 popular in fiction,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telepathy</w:t>
      </w:r>
      <w:r>
        <w:rPr>
          <w:b/>
          <w:bCs/>
        </w:rPr>
        <w:t xml:space="preserve"> </w:t>
      </w:r>
      <w:r>
        <w:rPr>
          <w:b/>
          <w:bCs/>
        </w:rPr>
        <w:t xml:space="preserve">does not exist in the real world.</w:t>
      </w:r>
      <w:r>
        <w:br/>
      </w:r>
      <w:r>
        <w:t xml:space="preserve">    (a) communication from one mind to another without using the known senses</w:t>
      </w:r>
      <w:r>
        <w:br/>
      </w:r>
      <w:r>
        <w:t xml:space="preserve">    (b) improperly bold or disrespectful -- especially toward someone who is older or considered to be of higher status</w:t>
      </w:r>
      <w:r>
        <w:br/>
      </w:r>
      <w:r>
        <w:t xml:space="preserve">    (c) unsophisticated (meant disapprovingly to refer to old-fashioned or narrow-minded attitudes and ideas)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McDonald's menu options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vary</w:t>
      </w:r>
      <w:r>
        <w:rPr>
          <w:b/>
          <w:bCs/>
        </w:rPr>
        <w:t xml:space="preserve"> </w:t>
      </w:r>
      <w:r>
        <w:rPr>
          <w:b/>
          <w:bCs/>
        </w:rPr>
        <w:t xml:space="preserve">by location.</w:t>
      </w:r>
      <w:r>
        <w:br/>
      </w:r>
      <w:r>
        <w:t xml:space="preserve">    (a) are different</w:t>
      </w:r>
      <w:r>
        <w:br/>
      </w:r>
      <w:r>
        <w:t xml:space="preserve">    (b) are consistent</w:t>
      </w:r>
      <w:r>
        <w:br/>
      </w:r>
      <w:r>
        <w:t xml:space="preserve">    (c) are known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2026-07-31T18:45:54Z</dcterms:created>
  <dcterms:modified xsi:type="dcterms:W3CDTF">2026-07-31T18:45:54Z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