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e57d1e53f36d33ed33fad7c4f1c63c157d7160"/>
    <w:p>
      <w:pPr>
        <w:pStyle w:val="Heading1"/>
      </w:pPr>
      <w:r>
        <w:rPr>
          <w:b/>
          <w:bCs/>
        </w:rPr>
        <w:t xml:space="preserve">A Vampire's Assistant</w:t>
      </w:r>
      <w:r>
        <w:br/>
      </w:r>
      <w:r>
        <w:rPr>
          <w:i/>
          <w:iCs/>
        </w:rPr>
        <w:t xml:space="preserve">Darren Shan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monk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abstained</w:t>
      </w:r>
      <w:r>
        <w:rPr>
          <w:b/>
          <w:bCs/>
        </w:rPr>
        <w:t xml:space="preserve"> </w:t>
      </w:r>
      <w:r>
        <w:rPr>
          <w:b/>
          <w:bCs/>
        </w:rPr>
        <w:t xml:space="preserve">from all worldly pleasures in order to focus on his spiritual practice.</w:t>
      </w:r>
      <w:r>
        <w:br/>
      </w:r>
      <w:r>
        <w:t xml:space="preserve">    (a) learned</w:t>
      </w:r>
      <w:r>
        <w:br/>
      </w:r>
      <w:r>
        <w:t xml:space="preserve">    (b) indulged</w:t>
      </w:r>
      <w:r>
        <w:br/>
      </w:r>
      <w:r>
        <w:t xml:space="preserve">    (c) refrained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won one of those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bizarre</w:t>
      </w:r>
      <w:r>
        <w:rPr>
          <w:b/>
          <w:bCs/>
        </w:rPr>
        <w:t xml:space="preserve"> </w:t>
      </w:r>
      <w:r>
        <w:rPr>
          <w:b/>
          <w:bCs/>
        </w:rPr>
        <w:t xml:space="preserve">contests designed by Guinness Book of World Records.</w:t>
      </w:r>
      <w:r>
        <w:br/>
      </w:r>
      <w:r>
        <w:t xml:space="preserve">    (a) exceedingly odd or unusual</w:t>
      </w:r>
      <w:r>
        <w:br/>
      </w:r>
      <w:r>
        <w:t xml:space="preserve">    (b) present in great quantity</w:t>
      </w:r>
      <w:r>
        <w:br/>
      </w:r>
      <w:r>
        <w:t xml:space="preserve">    (c) critical (full of criticism)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fortunate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coincidence</w:t>
      </w:r>
      <w:r>
        <w:rPr>
          <w:b/>
          <w:bCs/>
        </w:rPr>
        <w:t xml:space="preserve"> </w:t>
      </w:r>
      <w:r>
        <w:rPr>
          <w:b/>
          <w:bCs/>
        </w:rPr>
        <w:t xml:space="preserve">that we ran into each other at Starbucks.</w:t>
      </w:r>
      <w:r>
        <w:br/>
      </w:r>
      <w:r>
        <w:t xml:space="preserve">    (a) likely event</w:t>
      </w:r>
      <w:r>
        <w:br/>
      </w:r>
      <w:r>
        <w:t xml:space="preserve">    (b) unlikely event</w:t>
      </w:r>
      <w:r>
        <w:br/>
      </w:r>
      <w:r>
        <w:t xml:space="preserve">    (c) plan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 two cars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collide</w:t>
      </w:r>
      <w:r>
        <w:rPr>
          <w:b/>
          <w:bCs/>
        </w:rPr>
        <w:t xml:space="preserve"> </w:t>
      </w:r>
      <w:r>
        <w:rPr>
          <w:b/>
          <w:bCs/>
        </w:rPr>
        <w:t xml:space="preserve">at high speed, the damage will be severe.</w:t>
      </w:r>
      <w:r>
        <w:br/>
      </w:r>
      <w:r>
        <w:t xml:space="preserve">    (a) wait</w:t>
      </w:r>
      <w:r>
        <w:br/>
      </w:r>
      <w:r>
        <w:t xml:space="preserve">    (b) split</w:t>
      </w:r>
      <w:r>
        <w:br/>
      </w:r>
      <w:r>
        <w:t xml:space="preserve">    (c) crash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decided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confront</w:t>
      </w:r>
      <w:r>
        <w:rPr>
          <w:b/>
          <w:bCs/>
        </w:rPr>
        <w:t xml:space="preserve"> </w:t>
      </w:r>
      <w:r>
        <w:rPr>
          <w:b/>
          <w:bCs/>
        </w:rPr>
        <w:t xml:space="preserve">her coworker who had taken credit for her work.</w:t>
      </w:r>
      <w:r>
        <w:br/>
      </w:r>
      <w:r>
        <w:t xml:space="preserve">    (a) deal directly with</w:t>
      </w:r>
      <w:r>
        <w:br/>
      </w:r>
      <w:r>
        <w:t xml:space="preserve">    (b) quietly forgive</w:t>
      </w:r>
      <w:r>
        <w:br/>
      </w:r>
      <w:r>
        <w:t xml:space="preserve">    (c) secretly observe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issue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of by the judge.</w:t>
      </w:r>
      <w:r>
        <w:br/>
      </w:r>
      <w:r>
        <w:t xml:space="preserve">    (a) discussed</w:t>
      </w:r>
      <w:r>
        <w:br/>
      </w:r>
      <w:r>
        <w:t xml:space="preserve">    (b) studied</w:t>
      </w:r>
      <w:r>
        <w:br/>
      </w:r>
      <w:r>
        <w:t xml:space="preserve">    (c) settled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fidgeted</w:t>
      </w:r>
      <w:r>
        <w:rPr>
          <w:b/>
          <w:bCs/>
        </w:rPr>
        <w:t xml:space="preserve"> </w:t>
      </w:r>
      <w:r>
        <w:rPr>
          <w:b/>
          <w:bCs/>
        </w:rPr>
        <w:t xml:space="preserve">like a child caught in a lie.</w:t>
      </w:r>
      <w:r>
        <w:br/>
      </w:r>
      <w:r>
        <w:t xml:space="preserve">    (a) cried</w:t>
      </w:r>
      <w:r>
        <w:br/>
      </w:r>
      <w:r>
        <w:t xml:space="preserve">    (b) was embarrassed</w:t>
      </w:r>
      <w:r>
        <w:br/>
      </w:r>
      <w:r>
        <w:t xml:space="preserve">    (c) moved restlessly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here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job.</w:t>
      </w:r>
      <w:r>
        <w:br/>
      </w:r>
      <w:r>
        <w:t xml:space="preserve">    (a) answer questions</w:t>
      </w:r>
      <w:r>
        <w:br/>
      </w:r>
      <w:r>
        <w:t xml:space="preserve">    (b) ask about</w:t>
      </w:r>
      <w:r>
        <w:br/>
      </w:r>
      <w:r>
        <w:t xml:space="preserve">    (c) perform a task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Officers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interrogate</w:t>
      </w:r>
      <w:r>
        <w:rPr>
          <w:b/>
          <w:bCs/>
        </w:rPr>
        <w:t xml:space="preserve"> </w:t>
      </w:r>
      <w:r>
        <w:rPr>
          <w:b/>
          <w:bCs/>
        </w:rPr>
        <w:t xml:space="preserve">the witnesses separately to compare their accounts.</w:t>
      </w:r>
      <w:r>
        <w:br/>
      </w:r>
      <w:r>
        <w:t xml:space="preserve">    (a) politely greet</w:t>
      </w:r>
      <w:r>
        <w:br/>
      </w:r>
      <w:r>
        <w:t xml:space="preserve">    (b) question closely</w:t>
      </w:r>
      <w:r>
        <w:br/>
      </w:r>
      <w:r>
        <w:t xml:space="preserve">    (c) quietly observe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Ironically</w:t>
      </w:r>
      <w:r>
        <w:rPr>
          <w:b/>
          <w:bCs/>
        </w:rPr>
        <w:t xml:space="preserve">, her strongest supporters undermined her popularity through their extremism.</w:t>
      </w:r>
      <w:r>
        <w:br/>
      </w:r>
      <w:r>
        <w:t xml:space="preserve">    (a) when what happens is exactly what usually happens</w:t>
      </w:r>
      <w:r>
        <w:br/>
      </w:r>
      <w:r>
        <w:t xml:space="preserve">    (b) when what happens is very different than what might be expected</w:t>
      </w:r>
      <w:r>
        <w:br/>
      </w:r>
      <w:r>
        <w:t xml:space="preserve">    (c) when what happens is very fitting for the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macabre</w:t>
      </w:r>
      <w:r>
        <w:rPr>
          <w:b/>
          <w:bCs/>
        </w:rPr>
        <w:t xml:space="preserve"> </w:t>
      </w:r>
      <w:r>
        <w:rPr>
          <w:b/>
          <w:bCs/>
        </w:rPr>
        <w:t xml:space="preserve">ending, with ghosts gathering beside the grave.</w:t>
      </w:r>
      <w:r>
        <w:br/>
      </w:r>
      <w:r>
        <w:t xml:space="preserve">    (a) grim and death-related</w:t>
      </w:r>
      <w:r>
        <w:br/>
      </w:r>
      <w:r>
        <w:t xml:space="preserve">    (b) cheerful and playful</w:t>
      </w:r>
      <w:r>
        <w:br/>
      </w:r>
      <w:r>
        <w:t xml:space="preserve">    (c) plain and realistic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</w:t>
      </w:r>
      <w:r>
        <w:rPr>
          <w:b/>
          <w:bCs/>
        </w:rPr>
        <w:t xml:space="preserve"> </w:t>
      </w:r>
      <w:r>
        <w:rPr>
          <w:b/>
          <w:bCs/>
        </w:rPr>
        <w:t xml:space="preserve">on it on a while and I'll get back to you.</w:t>
      </w:r>
      <w:r>
        <w:br/>
      </w:r>
      <w:r>
        <w:t xml:space="preserve">    (a) think</w:t>
      </w:r>
      <w:r>
        <w:br/>
      </w:r>
      <w:r>
        <w:t xml:space="preserve">    (b) research</w:t>
      </w:r>
      <w:r>
        <w:br/>
      </w:r>
      <w:r>
        <w:t xml:space="preserve">    (c) 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Radiation is less dangerous after child-bearing years since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mutations</w:t>
      </w:r>
      <w:r>
        <w:rPr>
          <w:b/>
          <w:bCs/>
        </w:rPr>
        <w:t xml:space="preserve"> </w:t>
      </w:r>
      <w:r>
        <w:rPr>
          <w:b/>
          <w:bCs/>
        </w:rPr>
        <w:t xml:space="preserve">can no longer affect the next generation.</w:t>
      </w:r>
      <w:r>
        <w:br/>
      </w:r>
      <w:r>
        <w:t xml:space="preserve">    (a) ionizing energy</w:t>
      </w:r>
      <w:r>
        <w:br/>
      </w:r>
      <w:r>
        <w:t xml:space="preserve">    (b) free neutrons</w:t>
      </w:r>
      <w:r>
        <w:br/>
      </w:r>
      <w:r>
        <w:t xml:space="preserve">    (c) changes in the genes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school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notify</w:t>
      </w:r>
      <w:r>
        <w:rPr>
          <w:b/>
          <w:bCs/>
        </w:rPr>
        <w:t xml:space="preserve"> </w:t>
      </w:r>
      <w:r>
        <w:rPr>
          <w:b/>
          <w:bCs/>
        </w:rPr>
        <w:t xml:space="preserve">parents if the schedule changes.</w:t>
      </w:r>
      <w:r>
        <w:br/>
      </w:r>
      <w:r>
        <w:t xml:space="preserve">    (a) punish</w:t>
      </w:r>
      <w:r>
        <w:br/>
      </w:r>
      <w:r>
        <w:t xml:space="preserve">    (b) inform</w:t>
      </w:r>
      <w:r>
        <w:br/>
      </w:r>
      <w:r>
        <w:t xml:space="preserve">    (c) ignore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paralyzed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waist down.</w:t>
      </w:r>
      <w:r>
        <w:br/>
      </w:r>
      <w:r>
        <w:t xml:space="preserve">    (a) having muscle spasms</w:t>
      </w:r>
      <w:r>
        <w:br/>
      </w:r>
      <w:r>
        <w:t xml:space="preserve">    (b) feeling a painful tingling</w:t>
      </w:r>
      <w:r>
        <w:br/>
      </w:r>
      <w:r>
        <w:t xml:space="preserve">    (c) unable to move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found the bully's rude behavior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repulsive</w:t>
      </w:r>
      <w:r>
        <w:rPr>
          <w:b/>
          <w:bCs/>
        </w:rPr>
        <w:t xml:space="preserve">.</w:t>
      </w:r>
      <w:r>
        <w:br/>
      </w:r>
      <w:r>
        <w:t xml:space="preserve">    (a) calmly soothing</w:t>
      </w:r>
      <w:r>
        <w:br/>
      </w:r>
      <w:r>
        <w:t xml:space="preserve">    (b) deeply offensive</w:t>
      </w:r>
      <w:r>
        <w:br/>
      </w:r>
      <w:r>
        <w:t xml:space="preserve">    (c) warmly inviting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putting a stop</w:t>
      </w:r>
      <w:r>
        <w:br/>
      </w:r>
      <w:r>
        <w:t xml:space="preserve">    (b) with acceptance</w:t>
      </w:r>
      <w:r>
        <w:br/>
      </w:r>
      <w:r>
        <w:t xml:space="preserve">    (c) resistant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doctor said it was a mild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sprain</w:t>
      </w:r>
      <w:r>
        <w:rPr>
          <w:b/>
          <w:bCs/>
        </w:rPr>
        <w:t xml:space="preserve"> </w:t>
      </w:r>
      <w:r>
        <w:rPr>
          <w:b/>
          <w:bCs/>
        </w:rPr>
        <w:t xml:space="preserve">and didn’t require a cast—just rest and ice.</w:t>
      </w:r>
      <w:r>
        <w:br/>
      </w:r>
      <w:r>
        <w:t xml:space="preserve">    (a) twisted joint injury</w:t>
      </w:r>
      <w:r>
        <w:br/>
      </w:r>
      <w:r>
        <w:t xml:space="preserve">    (b) minor skin scratch</w:t>
      </w:r>
      <w:r>
        <w:br/>
      </w:r>
      <w:r>
        <w:t xml:space="preserve">    (c) broken bone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Authorities said the milk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tainted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rat poison.</w:t>
      </w:r>
      <w:r>
        <w:br/>
      </w:r>
      <w:r>
        <w:t xml:space="preserve">    (a) contaminated</w:t>
      </w:r>
      <w:r>
        <w:br/>
      </w:r>
      <w:r>
        <w:t xml:space="preserve">    (b) stored</w:t>
      </w:r>
      <w:r>
        <w:br/>
      </w:r>
      <w:r>
        <w:t xml:space="preserve">    (c) sabotaged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popular in fiction,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telepathy</w:t>
      </w:r>
      <w:r>
        <w:rPr>
          <w:b/>
          <w:bCs/>
        </w:rPr>
        <w:t xml:space="preserve"> </w:t>
      </w:r>
      <w:r>
        <w:rPr>
          <w:b/>
          <w:bCs/>
        </w:rPr>
        <w:t xml:space="preserve">does not exist in the real world.</w:t>
      </w:r>
      <w:r>
        <w:br/>
      </w:r>
      <w:r>
        <w:t xml:space="preserve">    (a) improperly bold or disrespectful -- especially toward someone who is older or considered to be of higher status</w:t>
      </w:r>
      <w:r>
        <w:br/>
      </w:r>
      <w:r>
        <w:t xml:space="preserve">    (b) communication from one mind to another without using the known senses</w:t>
      </w:r>
      <w:r>
        <w:br/>
      </w:r>
      <w:r>
        <w:t xml:space="preserve">    (c) unsophisticated (meant disapprovingly to refer to old-fashioned or narrow-minded attitudes and ideas)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2026-07-31T17:56:58Z</dcterms:created>
  <dcterms:modified xsi:type="dcterms:W3CDTF">2026-07-31T17:56:58Z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