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418e799f027d47e2b22055fdade6b70b548ab3a"/>
    <w:p>
      <w:pPr>
        <w:pStyle w:val="Heading1"/>
      </w:pPr>
      <w:r>
        <w:rPr>
          <w:b/>
          <w:bCs/>
        </w:rPr>
        <w:t xml:space="preserve">A Vampire's Assistant</w:t>
      </w:r>
      <w:r>
        <w:br/>
      </w:r>
      <w:r>
        <w:rPr>
          <w:i/>
          <w:iCs/>
        </w:rPr>
        <w:t xml:space="preserve">Darren Shan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raced through all levels, knocked out every opponent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martial</w:t>
      </w:r>
      <w:r>
        <w:rPr>
          <w:b/>
          <w:bCs/>
        </w:rPr>
        <w:t xml:space="preserve"> </w:t>
      </w:r>
      <w:r>
        <w:rPr>
          <w:b/>
          <w:bCs/>
        </w:rPr>
        <w:t xml:space="preserve">arts tournaments, and zapped all the aliens attacking from the skies in the sci-fi adventures.</w:t>
      </w:r>
      <w:r>
        <w:br/>
      </w:r>
      <w:r>
        <w:t xml:space="preserve">    (a) relating to war, the military, or fighting</w:t>
      </w:r>
      <w:r>
        <w:br/>
      </w:r>
      <w:r>
        <w:t xml:space="preserve">    (b) mental activity of which one is self-aware</w:t>
      </w:r>
      <w:r>
        <w:br/>
      </w:r>
      <w:r>
        <w:t xml:space="preserve">    (c) without involvement of anything in between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had a great time for a while,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dominating</w:t>
      </w:r>
      <w:r>
        <w:rPr>
          <w:b/>
          <w:bCs/>
        </w:rPr>
        <w:t xml:space="preserve"> </w:t>
      </w:r>
      <w:r>
        <w:rPr>
          <w:b/>
          <w:bCs/>
        </w:rPr>
        <w:t xml:space="preserve">play, rushing back to defend, picking players out with pinpoint passes.</w:t>
      </w:r>
      <w:r>
        <w:br/>
      </w:r>
      <w:r>
        <w:t xml:space="preserve">    (a) speaking in an ambiguous manner that does not clearly express an opinion or decision</w:t>
      </w:r>
      <w:r>
        <w:br/>
      </w:r>
      <w:r>
        <w:t xml:space="preserve">    (b) controlling</w:t>
      </w:r>
      <w:r>
        <w:br/>
      </w:r>
      <w:r>
        <w:t xml:space="preserve">    (c) pausing to change how something is done -- often while reducing the use of resources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Everybody in the game knew the difference between a yell of pain and a scream of real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agony</w:t>
      </w:r>
      <w:r>
        <w:rPr>
          <w:b/>
          <w:bCs/>
        </w:rPr>
        <w:t xml:space="preserve">.</w:t>
      </w:r>
      <w:r>
        <w:br/>
      </w:r>
      <w:r>
        <w:t xml:space="preserve">    (a) intense feelings of suffering</w:t>
      </w:r>
      <w:r>
        <w:br/>
      </w:r>
      <w:r>
        <w:t xml:space="preserve">    (b) size or dimension</w:t>
      </w:r>
      <w:r>
        <w:br/>
      </w:r>
      <w:r>
        <w:t xml:space="preserve">    (c) circular movement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have searched for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aura</w:t>
      </w:r>
      <w:r>
        <w:rPr>
          <w:b/>
          <w:bCs/>
        </w:rPr>
        <w:t xml:space="preserve"> </w:t>
      </w:r>
      <w:r>
        <w:rPr>
          <w:b/>
          <w:bCs/>
        </w:rPr>
        <w:t xml:space="preserve">many times.</w:t>
      </w:r>
      <w:r>
        <w:br/>
      </w:r>
      <w:r>
        <w:t xml:space="preserve">    (a) a person with or something related to an eating disorder in which overeating is followed by guilt and unhealthy attempts at correction -- especially self-induced vomiting</w:t>
      </w:r>
      <w:r>
        <w:br/>
      </w:r>
      <w:r>
        <w:t xml:space="preserve">    (b) treatment with extra kindness or tolerance  OR  (more rarely) a special pleasure (typically something done in excess of what is thought good -- such as eating too much cake, or being too lazy)</w:t>
      </w:r>
      <w:r>
        <w:br/>
      </w:r>
      <w:r>
        <w:t xml:space="preserve">    (c) paranormal:  a radiant light surrounding a person that is said to be seen by those sensitive to another's life force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we drink small amounts of blood, we do not take any of a person's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essence</w:t>
      </w:r>
      <w:r>
        <w:rPr>
          <w:b/>
          <w:bCs/>
        </w:rPr>
        <w:t xml:space="preserve">.</w:t>
      </w:r>
      <w:r>
        <w:br/>
      </w:r>
      <w:r>
        <w:t xml:space="preserve">    (a) one who believes in an economic system based on voluntary exchange in a competitive environment with private ownership of property and businesses</w:t>
      </w:r>
      <w:r>
        <w:br/>
      </w:r>
      <w:r>
        <w:t xml:space="preserve">    (b) any of the military expeditions in the 11th to 13th centuries when Christian powers of Europe invaded Muslims in the Holy Land in the Middle East</w:t>
      </w:r>
      <w:r>
        <w:br/>
      </w:r>
      <w:r>
        <w:t xml:space="preserve">    (c) most important part (that is needed to be who they are)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your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colleague</w:t>
      </w:r>
      <w:r>
        <w:rPr>
          <w:b/>
          <w:bCs/>
        </w:rPr>
        <w:t xml:space="preserve">-in-blood arises" — he meant Mr. Crepsley — "you're free to spend the night with him if he so desires.</w:t>
      </w:r>
      <w:r>
        <w:br/>
      </w:r>
      <w:r>
        <w:t xml:space="preserve">    (a) a person who studies DNA sequences or units of heredity that influence biological traits</w:t>
      </w:r>
      <w:r>
        <w:br/>
      </w:r>
      <w:r>
        <w:t xml:space="preserve">    (b) fellow worker -- especially in a respected profession such as teaching, medicine, or law</w:t>
      </w:r>
      <w:r>
        <w:br/>
      </w:r>
      <w:r>
        <w:t xml:space="preserve">    (c) baseball:  a pitch thrown with little spin (so that it moves in an unpredictable manner)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Lords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surreal</w:t>
      </w:r>
      <w:r>
        <w:rPr>
          <w:b/>
          <w:bCs/>
        </w:rPr>
        <w:t xml:space="preserve">.</w:t>
      </w:r>
      <w:r>
        <w:br/>
      </w:r>
      <w:r>
        <w:t xml:space="preserve">    (a) the quality or degree of being clear (easily understood or capable of expressing ideas clearly)</w:t>
      </w:r>
      <w:r>
        <w:br/>
      </w:r>
      <w:r>
        <w:t xml:space="preserve">    (b) having a beneficial relationship between two species (or entities) that live in close proximity</w:t>
      </w:r>
      <w:r>
        <w:br/>
      </w:r>
      <w:r>
        <w:t xml:space="preserve">    (c) fantastic imagery, or combinations of things and events that don't go together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Living with real circus freaks, traveling the world, privy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solemn</w:t>
      </w:r>
      <w:r>
        <w:rPr>
          <w:b/>
          <w:bCs/>
        </w:rPr>
        <w:t xml:space="preserve"> </w:t>
      </w:r>
      <w:r>
        <w:rPr>
          <w:b/>
          <w:bCs/>
        </w:rPr>
        <w:t xml:space="preserve">and magnificent secrets.</w:t>
      </w:r>
      <w:r>
        <w:br/>
      </w:r>
      <w:r>
        <w:t xml:space="preserve">    (a) serious</w:t>
      </w:r>
      <w:r>
        <w:br/>
      </w:r>
      <w:r>
        <w:t xml:space="preserve">    (b) able to be taken on as one's own</w:t>
      </w:r>
      <w:r>
        <w:br/>
      </w:r>
      <w:r>
        <w:t xml:space="preserve">    (c) indicating approval or agreement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I'd be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asset</w:t>
      </w:r>
      <w:r>
        <w:rPr>
          <w:b/>
          <w:bCs/>
        </w:rPr>
        <w:t xml:space="preserve">.</w:t>
      </w:r>
      <w:r>
        <w:br/>
      </w:r>
      <w:r>
        <w:t xml:space="preserve">    (a) particles emitted by nuclear decay</w:t>
      </w:r>
      <w:r>
        <w:br/>
      </w:r>
      <w:r>
        <w:t xml:space="preserve">    (b) something of value</w:t>
      </w:r>
      <w:r>
        <w:br/>
      </w:r>
      <w:r>
        <w:t xml:space="preserve">    (c) something quoted (to make a point)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 really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intrigued</w:t>
      </w:r>
      <w:r>
        <w:rPr>
          <w:b/>
          <w:bCs/>
        </w:rPr>
        <w:t xml:space="preserve"> </w:t>
      </w:r>
      <w:r>
        <w:rPr>
          <w:b/>
          <w:bCs/>
        </w:rPr>
        <w:t xml:space="preserve">by Mr. Tiny and his Little People.</w:t>
      </w:r>
      <w:r>
        <w:br/>
      </w:r>
      <w:r>
        <w:t xml:space="preserve">    (a) fascinated (or interested)</w:t>
      </w:r>
      <w:r>
        <w:br/>
      </w:r>
      <w:r>
        <w:t xml:space="preserve">    (b) not provided with investment funds</w:t>
      </w:r>
      <w:r>
        <w:br/>
      </w:r>
      <w:r>
        <w:t xml:space="preserve">    (c) stopped (something from happening)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middle of our fit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hysteria</w:t>
      </w:r>
      <w:r>
        <w:rPr>
          <w:b/>
          <w:bCs/>
        </w:rPr>
        <w:t xml:space="preserve">, the flap to the door of our tent was pulled aside by an inquisitive head, and Hans Hands entered.</w:t>
      </w:r>
      <w:r>
        <w:br/>
      </w:r>
      <w:r>
        <w:t xml:space="preserve">    (a) found a condition or substance to be present</w:t>
      </w:r>
      <w:r>
        <w:br/>
      </w:r>
      <w:r>
        <w:t xml:space="preserve">    (b) Nazi organization for children aged 10 to 18</w:t>
      </w:r>
      <w:r>
        <w:br/>
      </w:r>
      <w:r>
        <w:t xml:space="preserve">    (c) a state of excessive, uncontrollable emotion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middle of our fit of hysteria, the flap to the door of our tent was pulled aside by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inquisitive</w:t>
      </w:r>
      <w:r>
        <w:rPr>
          <w:b/>
          <w:bCs/>
        </w:rPr>
        <w:t xml:space="preserve"> </w:t>
      </w:r>
      <w:r>
        <w:rPr>
          <w:b/>
          <w:bCs/>
        </w:rPr>
        <w:t xml:space="preserve">head, and Hans Hands entered.</w:t>
      </w:r>
      <w:r>
        <w:br/>
      </w:r>
      <w:r>
        <w:t xml:space="preserve">    (a) interested in learning about things -- often asking many questions</w:t>
      </w:r>
      <w:r>
        <w:br/>
      </w:r>
      <w:r>
        <w:t xml:space="preserve">    (b) not having the characteristic of bouncing back light/heat/sound...</w:t>
      </w:r>
      <w:r>
        <w:br/>
      </w:r>
      <w:r>
        <w:t xml:space="preserve">    (c) the quality or degree of the involvement of other people or things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can be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deceptive</w:t>
      </w:r>
      <w:r>
        <w:rPr>
          <w:b/>
          <w:bCs/>
        </w:rPr>
        <w:t xml:space="preserve"> </w:t>
      </w:r>
      <w:r>
        <w:rPr>
          <w:b/>
          <w:bCs/>
        </w:rPr>
        <w:t xml:space="preserve">monster.</w:t>
      </w:r>
      <w:r>
        <w:br/>
      </w:r>
      <w:r>
        <w:t xml:space="preserve">    (a) very large</w:t>
      </w:r>
      <w:r>
        <w:br/>
      </w:r>
      <w:r>
        <w:t xml:space="preserve">    (b) changeable</w:t>
      </w:r>
      <w:r>
        <w:br/>
      </w:r>
      <w:r>
        <w:t xml:space="preserve">    (c) misleading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"Excuse me," I said,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summoning</w:t>
      </w:r>
      <w:r>
        <w:rPr>
          <w:b/>
          <w:bCs/>
        </w:rPr>
        <w:t xml:space="preserve"> </w:t>
      </w:r>
      <w:r>
        <w:rPr>
          <w:b/>
          <w:bCs/>
        </w:rPr>
        <w:t xml:space="preserve">all my courage, "but why do you call them Little People?"</w:t>
      </w:r>
      <w:r>
        <w:br/>
      </w:r>
      <w:r>
        <w:t xml:space="preserve">    (a) causing something to move forward</w:t>
      </w:r>
      <w:r>
        <w:br/>
      </w:r>
      <w:r>
        <w:t xml:space="preserve">    (b) calling forth (from within)</w:t>
      </w:r>
      <w:r>
        <w:br/>
      </w:r>
      <w:r>
        <w:t xml:space="preserve">    (c) accepting as true (without proof)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can grow back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virtually</w:t>
      </w:r>
      <w:r>
        <w:rPr>
          <w:b/>
          <w:bCs/>
        </w:rPr>
        <w:t xml:space="preserve"> </w:t>
      </w:r>
      <w:r>
        <w:rPr>
          <w:b/>
          <w:bCs/>
        </w:rPr>
        <w:t xml:space="preserve">any part of my body. Except my head.</w:t>
      </w:r>
      <w:r>
        <w:br/>
      </w:r>
      <w:r>
        <w:t xml:space="preserve">    (a) in an artificial manner to make an impression</w:t>
      </w:r>
      <w:r>
        <w:br/>
      </w:r>
      <w:r>
        <w:t xml:space="preserve">    (b) in a manner that relates to the eyes or sight</w:t>
      </w:r>
      <w:r>
        <w:br/>
      </w:r>
      <w:r>
        <w:t xml:space="preserve">    (c) to almost be so, but not so strictly speaking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was a new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novelty</w:t>
      </w:r>
      <w:r>
        <w:rPr>
          <w:b/>
          <w:bCs/>
        </w:rPr>
        <w:t xml:space="preserve"> </w:t>
      </w:r>
      <w:r>
        <w:rPr>
          <w:b/>
          <w:bCs/>
        </w:rPr>
        <w:t xml:space="preserve">I hadn't seen before: a small model of Cormac Limbs.</w:t>
      </w:r>
      <w:r>
        <w:br/>
      </w:r>
      <w:r>
        <w:t xml:space="preserve">    (a) the quality of being new and original</w:t>
      </w:r>
      <w:r>
        <w:br/>
      </w:r>
      <w:r>
        <w:t xml:space="preserve">    (b) lacking or not based on basic beliefs</w:t>
      </w:r>
      <w:r>
        <w:br/>
      </w:r>
      <w:r>
        <w:t xml:space="preserve">    (c) not bouncing back light/heat/sound...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She'd picked up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virus</w:t>
      </w:r>
      <w:r>
        <w:rPr>
          <w:b/>
          <w:bCs/>
        </w:rPr>
        <w:t xml:space="preserve">, and Evra had to stay in to look after her.</w:t>
      </w:r>
      <w:r>
        <w:br/>
      </w:r>
      <w:r>
        <w:t xml:space="preserve">    (a) a submicroscopic organism that causes disease</w:t>
      </w:r>
      <w:r>
        <w:br/>
      </w:r>
      <w:r>
        <w:t xml:space="preserve">    (b) the process of controlling (how something turns out)</w:t>
      </w:r>
      <w:r>
        <w:br/>
      </w:r>
      <w:r>
        <w:t xml:space="preserve">    (c) the taking on or adoption of power or responsibility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"You are stuck with me. If it is any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compensation</w:t>
      </w:r>
      <w:r>
        <w:rPr>
          <w:b/>
          <w:bCs/>
        </w:rPr>
        <w:t xml:space="preserve">," he added, "I am none too fond of you, either."</w:t>
      </w:r>
      <w:r>
        <w:br/>
      </w:r>
      <w:r>
        <w:t xml:space="preserve">    (a) a period of time or a stage during the development of something</w:t>
      </w:r>
      <w:r>
        <w:br/>
      </w:r>
      <w:r>
        <w:t xml:space="preserve">    (b) a measure of north/south (relative to the equator) on the earth</w:t>
      </w:r>
      <w:r>
        <w:br/>
      </w:r>
      <w:r>
        <w:t xml:space="preserve">    (c) something that makes up for something else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 came as soon as I could," the vampire said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somberly</w:t>
      </w:r>
      <w:r>
        <w:rPr>
          <w:b/>
          <w:bCs/>
        </w:rPr>
        <w:t xml:space="preserve">, turning my head gently to the left and right, examining the damage.</w:t>
      </w:r>
      <w:r>
        <w:br/>
      </w:r>
      <w:r>
        <w:t xml:space="preserve">    (a) solemnly (in a manner that is serious--not cheerful or lighthearted)</w:t>
      </w:r>
      <w:r>
        <w:br/>
      </w:r>
      <w:r>
        <w:t xml:space="preserve">    (b) with disbelief; or with difficulty accepting something so unexpected</w:t>
      </w:r>
      <w:r>
        <w:br/>
      </w:r>
      <w:r>
        <w:t xml:space="preserve">    (c) in a manner that influences reason or general desire to do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 think they'd be quite happy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accommodate</w:t>
      </w:r>
      <w:r>
        <w:rPr>
          <w:b/>
          <w:bCs/>
        </w:rPr>
        <w:t xml:space="preserve"> </w:t>
      </w:r>
      <w:r>
        <w:rPr>
          <w:b/>
          <w:bCs/>
        </w:rPr>
        <w:t xml:space="preserve">you," Mr. Tall said drily.</w:t>
      </w:r>
      <w:r>
        <w:br/>
      </w:r>
      <w:r>
        <w:t xml:space="preserve">    (a) give an opinion of what is wrong with something</w:t>
      </w:r>
      <w:r>
        <w:br/>
      </w:r>
      <w:r>
        <w:t xml:space="preserve">    (b) mark important text; or the text that is marked</w:t>
      </w:r>
      <w:r>
        <w:br/>
      </w:r>
      <w:r>
        <w:t xml:space="preserve">    (c) help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2026-07-31T17:56:57Z</dcterms:created>
  <dcterms:modified xsi:type="dcterms:W3CDTF">2026-07-31T17:56:57Z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