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6a681e2d6f58276cc83718233c148b34ce5afe"/>
    <w:p>
      <w:pPr>
        <w:pStyle w:val="Heading1"/>
      </w:pPr>
      <w:r>
        <w:rPr>
          <w:b/>
          <w:bCs/>
        </w:rPr>
        <w:t xml:space="preserve">A Vampire's Assistant</w:t>
      </w:r>
      <w:r>
        <w:br/>
      </w:r>
      <w:r>
        <w:rPr>
          <w:i/>
          <w:iCs/>
        </w:rPr>
        <w:t xml:space="preserve">Darren Shan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let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abstain</w:t>
      </w:r>
      <w:r>
        <w:rPr>
          <w:b/>
          <w:bCs/>
        </w:rPr>
        <w:t xml:space="preserve"> </w:t>
      </w:r>
      <w:r>
        <w:rPr>
          <w:b/>
          <w:bCs/>
        </w:rPr>
        <w:t xml:space="preserve">this time.</w:t>
      </w:r>
      <w:r>
        <w:br/>
      </w:r>
      <w:r>
        <w:t xml:space="preserve">    (a) examine in detail to better understand</w:t>
      </w:r>
      <w:r>
        <w:br/>
      </w:r>
      <w:r>
        <w:t xml:space="preserve">    (b) keep away (choose not to do something)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mean he's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telepathic</w:t>
      </w:r>
      <w:r>
        <w:rPr>
          <w:b/>
          <w:bCs/>
        </w:rPr>
        <w:t xml:space="preserve">?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communication from one mind to another without using the known senses (often used in fiction but not scientifically supported as real)</w:t>
      </w:r>
      <w:r>
        <w:br/>
      </w:r>
      <w:r>
        <w:t xml:space="preserve">    (c) related to an economic system based on voluntary exchange in a competitive environment with private ownership of property and businesses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Tall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enquired</w:t>
      </w:r>
      <w:r>
        <w:rPr>
          <w:b/>
          <w:bCs/>
        </w:rPr>
        <w:t xml:space="preserve">.</w:t>
      </w:r>
      <w:r>
        <w:br/>
      </w:r>
      <w:r>
        <w:t xml:space="preserve">    (a) limited or with boundaries</w:t>
      </w:r>
      <w:r>
        <w:br/>
      </w:r>
      <w:r>
        <w:t xml:space="preserve">    (b) gradually added or removed</w:t>
      </w:r>
      <w:r>
        <w:br/>
      </w:r>
      <w:r>
        <w:t xml:space="preserve">    (c) asked about or looked into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"We're masters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macabre</w:t>
      </w:r>
      <w:r>
        <w:rPr>
          <w:b/>
          <w:bCs/>
        </w:rPr>
        <w:t xml:space="preserve">," Evra said.</w:t>
      </w:r>
      <w:r>
        <w:br/>
      </w:r>
      <w:r>
        <w:t xml:space="preserve">    (a) the state of being a concept or idea not associated with any specific instance</w:t>
      </w:r>
      <w:r>
        <w:br/>
      </w:r>
      <w:r>
        <w:t xml:space="preserve">    (b) disturbing and related to death or horror -- especially in a grim or eerie way</w:t>
      </w:r>
      <w:r>
        <w:br/>
      </w:r>
      <w:r>
        <w:t xml:space="preserve">    (c) acceptance of what happens without trying to take control or reacting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Agents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mutations</w:t>
      </w:r>
      <w:r>
        <w:rPr>
          <w:b/>
          <w:bCs/>
        </w:rPr>
        <w:t xml:space="preserve">.</w:t>
      </w:r>
      <w:r>
        <w:br/>
      </w:r>
      <w:r>
        <w:t xml:space="preserve">    (a) believers in the teachings of the Chinese philosopher, Confucius (circa 551-478 BC)</w:t>
      </w:r>
      <w:r>
        <w:br/>
      </w:r>
      <w:r>
        <w:t xml:space="preserve">    (b) a change in the genes that determine biological traits; or the result of the change</w:t>
      </w:r>
      <w:r>
        <w:br/>
      </w:r>
      <w:r>
        <w:t xml:space="preserve">    (c) substances that stimulate the production of antibodies to protect against a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 </w:t>
      </w:r>
      <w:r>
        <w:rPr>
          <w:b/>
          <w:bCs/>
        </w:rPr>
        <w:t xml:space="preserve">examples of the human form do your numbers include?</w:t>
      </w:r>
      <w:r>
        <w:br/>
      </w:r>
      <w:r>
        <w:t xml:space="preserve">    (a) the quality of disagreeing</w:t>
      </w:r>
      <w:r>
        <w:br/>
      </w:r>
      <w:r>
        <w:t xml:space="preserve">    (b) exceedingly odd or unusual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smiled back, but Evra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paralyzed</w:t>
      </w:r>
      <w:r>
        <w:rPr>
          <w:b/>
          <w:bCs/>
        </w:rPr>
        <w:t xml:space="preserve">, unable to move the muscles in his mouth.</w:t>
      </w:r>
      <w:r>
        <w:br/>
      </w:r>
      <w:r>
        <w:t xml:space="preserve">    (a) loss of the ability to move the body or a part of it</w:t>
      </w:r>
      <w:r>
        <w:br/>
      </w:r>
      <w:r>
        <w:t xml:space="preserve">    (b) portrayed or created something in a particular way  OR  interpreted, translated, or extracted from</w:t>
      </w:r>
      <w:r>
        <w:br/>
      </w:r>
      <w:r>
        <w:t xml:space="preserve">    (c) changed the direction of a light wave (or other wave) by passing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Mr. Tall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fidgety</w:t>
      </w:r>
      <w:r>
        <w:rPr>
          <w:b/>
          <w:bCs/>
        </w:rPr>
        <w:t xml:space="preserve"> </w:t>
      </w:r>
      <w:r>
        <w:rPr>
          <w:b/>
          <w:bCs/>
        </w:rPr>
        <w:t xml:space="preserve">when Mr. Tiny's around.</w:t>
      </w:r>
      <w:r>
        <w:br/>
      </w:r>
      <w:r>
        <w:t xml:space="preserve">    (a) perceive something that is hard to detect</w:t>
      </w:r>
      <w:r>
        <w:br/>
      </w:r>
      <w:r>
        <w:t xml:space="preserve">    (b) restless and finding it hard to sit still</w:t>
      </w:r>
      <w:r>
        <w:br/>
      </w:r>
      <w:r>
        <w:t xml:space="preserve">    (c) characterized by having multiple purposes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probably just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coincidence</w:t>
      </w:r>
      <w:r>
        <w:rPr>
          <w:b/>
          <w:bCs/>
        </w:rPr>
        <w:t xml:space="preserve">.</w:t>
      </w:r>
      <w:r>
        <w:br/>
      </w:r>
      <w:r>
        <w:t xml:space="preserve">    (a) a situation where things happened at the same time by chance even though it was unlikely</w:t>
      </w:r>
      <w:r>
        <w:br/>
      </w:r>
      <w:r>
        <w:t xml:space="preserve">    (b) a person who studies DNA sequences or units of heredity that influence biological traits</w:t>
      </w:r>
      <w:r>
        <w:br/>
      </w:r>
      <w:r>
        <w:t xml:space="preserve">    (c) baseball:  a pitch thrown with little spin (so that it moves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Nasty,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repulsive</w:t>
      </w:r>
      <w:r>
        <w:rPr>
          <w:b/>
          <w:bCs/>
        </w:rPr>
        <w:t xml:space="preserve"> </w:t>
      </w:r>
      <w:r>
        <w:rPr>
          <w:b/>
          <w:bCs/>
        </w:rPr>
        <w:t xml:space="preserve">stuff.</w:t>
      </w:r>
      <w:r>
        <w:br/>
      </w:r>
      <w:r>
        <w:t xml:space="preserve">    (a) relating to surrounding conditions</w:t>
      </w:r>
      <w:r>
        <w:br/>
      </w:r>
      <w:r>
        <w:t xml:space="preserve">    (b) very unpleasant or causing disgust</w:t>
      </w:r>
      <w:r>
        <w:br/>
      </w:r>
      <w:r>
        <w:t xml:space="preserve">    (c) a tendency to think back on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...didn't seem happy about the arrangement, but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.</w:t>
      </w:r>
      <w:r>
        <w:br/>
      </w:r>
      <w:r>
        <w:t xml:space="preserve">    (a) showed something -- such as demonstrated, expressed, or represented</w:t>
      </w:r>
      <w:r>
        <w:br/>
      </w:r>
      <w:r>
        <w:t xml:space="preserve">    (b) to be or to become used to (adapted to and with an expectation of)</w:t>
      </w:r>
      <w:r>
        <w:br/>
      </w:r>
      <w:r>
        <w:t xml:space="preserve">    (c) as though he had accepted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fell hard on the ground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sprained</w:t>
      </w:r>
      <w:r>
        <w:rPr>
          <w:b/>
          <w:bCs/>
        </w:rPr>
        <w:t xml:space="preserve"> </w:t>
      </w:r>
      <w:r>
        <w:rPr>
          <w:b/>
          <w:bCs/>
        </w:rPr>
        <w:t xml:space="preserve">my arm.</w:t>
      </w:r>
      <w:r>
        <w:br/>
      </w:r>
      <w:r>
        <w:t xml:space="preserve">    (a) corrupted or seduced from virtue, duty, or allegiance  OR  excessively drank, engaged in casual sex, and/or drug abuse while partying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a structural form (rigid, web-like assembly of smaller, usually triangular members) that supports a roof, bridge or other structure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R.V. said NOP didn't believe in violent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confrontation</w:t>
      </w:r>
      <w:r>
        <w:rPr>
          <w:b/>
          <w:bCs/>
        </w:rPr>
        <w:t xml:space="preserve">, but we could see from the look on his face that he wasn't happy about that.</w:t>
      </w:r>
      <w:r>
        <w:br/>
      </w:r>
      <w:r>
        <w:t xml:space="preserve">    (a) particles emitted by nuclear decay</w:t>
      </w:r>
      <w:r>
        <w:br/>
      </w:r>
      <w:r>
        <w:t xml:space="preserve">    (b) a central open space in a building</w:t>
      </w:r>
      <w:r>
        <w:br/>
      </w:r>
      <w:r>
        <w:t xml:space="preserve">    (c) an argument or a hostile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expect much of a crowd — we were in the middle of nowhere and hadn't had much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notify</w:t>
      </w:r>
      <w:r>
        <w:rPr>
          <w:b/>
          <w:bCs/>
        </w:rPr>
        <w:t xml:space="preserve"> </w:t>
      </w:r>
      <w:r>
        <w:rPr>
          <w:b/>
          <w:bCs/>
        </w:rPr>
        <w:t xml:space="preserve">people about the show — but the tent was packed.</w:t>
      </w:r>
      <w:r>
        <w:br/>
      </w:r>
      <w:r>
        <w:t xml:space="preserve">    (a) tell someone about something</w:t>
      </w:r>
      <w:r>
        <w:br/>
      </w:r>
      <w:r>
        <w:t xml:space="preserve">    (b) something repeated regularly</w:t>
      </w:r>
      <w:r>
        <w:br/>
      </w:r>
      <w:r>
        <w:t xml:space="preserve">    (c) wave or make a showy gesture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blood would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tainted</w:t>
      </w:r>
      <w:r>
        <w:rPr>
          <w:b/>
          <w:bCs/>
        </w:rPr>
        <w:t xml:space="preserve"> </w:t>
      </w:r>
      <w:r>
        <w:rPr>
          <w:b/>
          <w:bCs/>
        </w:rPr>
        <w:t xml:space="preserve">his.</w:t>
      </w:r>
      <w:r>
        <w:br/>
      </w:r>
      <w:r>
        <w:t xml:space="preserve">    (a) requested or challenged</w:t>
      </w:r>
      <w:r>
        <w:br/>
      </w:r>
      <w:r>
        <w:t xml:space="preserve">    (b) spoiled or contaminated</w:t>
      </w:r>
      <w:r>
        <w:br/>
      </w:r>
      <w:r>
        <w:t xml:space="preserve">    (c) did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"Tell me this," Mr. Crepsley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. "What happens when..."</w:t>
      </w:r>
      <w:r>
        <w:br/>
      </w:r>
      <w:r>
        <w:t xml:space="preserve">    (a) thought</w:t>
      </w:r>
      <w:r>
        <w:br/>
      </w:r>
      <w:r>
        <w:t xml:space="preserve">    (b) expelled or gotten rid of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"Hands off!!" it warned at the end, which was pretty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</w:t>
      </w:r>
      <w:r>
        <w:rPr>
          <w:b/>
          <w:bCs/>
        </w:rPr>
        <w:t xml:space="preserve"> </w:t>
      </w:r>
      <w:r>
        <w:rPr>
          <w:b/>
          <w:bCs/>
        </w:rPr>
        <w:t xml:space="preserve">given what had happened a minute or so earlier [when R.V. lost his hands]</w:t>
      </w:r>
      <w:r>
        <w:br/>
      </w:r>
      <w:r>
        <w:t xml:space="preserve">    (a) exceedingly funny (resulting in uncontrollable laughter); or exhibiting excessive, uncontrollable emotion</w:t>
      </w:r>
      <w:r>
        <w:br/>
      </w:r>
      <w:r>
        <w:t xml:space="preserve">    (b) an entertaining coincidence when what happens is not what might be expected</w:t>
      </w:r>
      <w:r>
        <w:br/>
      </w:r>
      <w:r>
        <w:t xml:space="preserve">    (c) a mental disorder characterized by alternating episodes of major depression and abnormally elevated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collision</w:t>
      </w:r>
      <w:r>
        <w:rPr>
          <w:b/>
          <w:bCs/>
        </w:rPr>
        <w:t xml:space="preserve"> </w:t>
      </w:r>
      <w:r>
        <w:rPr>
          <w:b/>
          <w:bCs/>
        </w:rPr>
        <w:t xml:space="preserve">sent both of us flying to the ground.</w:t>
      </w:r>
      <w:r>
        <w:br/>
      </w:r>
      <w:r>
        <w:t xml:space="preserve">    (a) microorganisms (living creatures so small it takes a microscope to see them)</w:t>
      </w:r>
      <w:r>
        <w:br/>
      </w:r>
      <w:r>
        <w:t xml:space="preserve">    (b) the smallest part of any material that cannot be broken up by chemical means</w:t>
      </w:r>
      <w:r>
        <w:br/>
      </w:r>
      <w:r>
        <w:t xml:space="preserve">    (c) crash together with violent impact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Darren is in no shape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interrogation</w:t>
      </w:r>
      <w:r>
        <w:rPr>
          <w:b/>
          <w:bCs/>
        </w:rPr>
        <w:t xml:space="preserve">.</w:t>
      </w:r>
      <w:r>
        <w:br/>
      </w:r>
      <w:r>
        <w:t xml:space="preserve">    (a) any substance that tends to increase the flow of urine</w:t>
      </w:r>
      <w:r>
        <w:br/>
      </w:r>
      <w:r>
        <w:t xml:space="preserve">    (b) an electronic component that acts like a one-way valve</w:t>
      </w:r>
      <w:r>
        <w:br/>
      </w:r>
      <w:r>
        <w:t xml:space="preserve">    (c) the process of asking a series of questions of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intend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</w:t>
      </w:r>
      <w:r>
        <w:rPr>
          <w:b/>
          <w:bCs/>
        </w:rPr>
        <w:t xml:space="preserve"> </w:t>
      </w:r>
      <w:r>
        <w:rPr>
          <w:b/>
          <w:bCs/>
        </w:rPr>
        <w:t xml:space="preserve">of him</w:t>
      </w:r>
      <w:r>
        <w:br/>
      </w:r>
      <w:r>
        <w:t xml:space="preserve">    (a) to spread one-sided information to influence opinions</w:t>
      </w:r>
      <w:r>
        <w:br/>
      </w:r>
      <w:r>
        <w:t xml:space="preserve">    (b) settle something so it no longer requires attention</w:t>
      </w:r>
      <w:r>
        <w:br/>
      </w:r>
      <w:r>
        <w:t xml:space="preserve">    (c) change to fit a different situation; or make suitable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2026-07-31T17:56:58Z</dcterms:created>
  <dcterms:modified xsi:type="dcterms:W3CDTF">2026-07-31T17:56:58Z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