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9b15e773e58d7c5889024a9b47e2716b6ba547"/>
    <w:p>
      <w:pPr>
        <w:pStyle w:val="Heading1"/>
      </w:pPr>
      <w:r>
        <w:rPr>
          <w:b/>
          <w:bCs/>
        </w:rPr>
        <w:t xml:space="preserve">A Tree Grows in Brooklyn</w:t>
      </w:r>
      <w:r>
        <w:br/>
      </w:r>
      <w:r>
        <w:rPr>
          <w:i/>
          <w:iCs/>
        </w:rPr>
        <w:t xml:space="preserve">Betty Smith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they went to this early mass, got it over with and went home and slept all day with a free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.</w:t>
      </w:r>
      <w:r>
        <w:br/>
      </w:r>
      <w:r>
        <w:t xml:space="preserve">    (a) feeling or appraisal of having personally behaved in a morally right or wrong manner</w:t>
      </w:r>
      <w:r>
        <w:br/>
      </w:r>
      <w:r>
        <w:t xml:space="preserve">    (b) a complex carbohydrate that is the chief constituent of all plant tissues and fibers</w:t>
      </w:r>
      <w:r>
        <w:br/>
      </w:r>
      <w:r>
        <w:t xml:space="preserve">    (c) not planning to kill a person, but then intentionally killing in the heat of passion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matter that her brother would straggle back, empty-handed with his gang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</w:t>
      </w:r>
      <w:r>
        <w:rPr>
          <w:b/>
          <w:bCs/>
        </w:rPr>
        <w:t xml:space="preserve"> </w:t>
      </w:r>
      <w:r>
        <w:rPr>
          <w:b/>
          <w:bCs/>
        </w:rPr>
        <w:t xml:space="preserve">later comers the same way.</w:t>
      </w:r>
      <w:r>
        <w:br/>
      </w:r>
      <w:r>
        <w:t xml:space="preserve">    (a) (verb) to intentionally anger, challenge, or upset someone -- especially by mocking them or hurling insults  OR  (noun) an insult or other action intended to anger, challenge, or upset someone</w:t>
      </w:r>
      <w:r>
        <w:br/>
      </w:r>
      <w:r>
        <w:t xml:space="preserve">    (b)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(c) treat in a manner that demonstrates a sense of superiority, but is supposed to seem kind  OR  the actions of a patron (to support someone or something; or to be a customer)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boys looked at it briefly, quickly lost interest in it and started up a four-man baseball game of their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devising</w:t>
      </w:r>
      <w:r>
        <w:rPr>
          <w:b/>
          <w:bCs/>
        </w:rPr>
        <w:t xml:space="preserve">.</w:t>
      </w:r>
      <w:r>
        <w:br/>
      </w:r>
      <w:r>
        <w:t xml:space="preserve">    (a) making strips of hair lighter in color</w:t>
      </w:r>
      <w:r>
        <w:br/>
      </w:r>
      <w:r>
        <w:t xml:space="preserve">    (b) coming up with (inventing or creating)</w:t>
      </w:r>
      <w:r>
        <w:br/>
      </w:r>
      <w:r>
        <w:t xml:space="preserve">    (c) requiring (obligating)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right arm had been horribly burned and she grew up with its skin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withered</w:t>
      </w:r>
      <w:r>
        <w:rPr>
          <w:b/>
          <w:bCs/>
        </w:rPr>
        <w:t xml:space="preserve"> </w:t>
      </w:r>
      <w:r>
        <w:rPr>
          <w:b/>
          <w:bCs/>
        </w:rPr>
        <w:t xml:space="preserve">and purple.</w:t>
      </w:r>
      <w:r>
        <w:br/>
      </w:r>
      <w:r>
        <w:t xml:space="preserve">    (a) not accepted as true</w:t>
      </w:r>
      <w:r>
        <w:br/>
      </w:r>
      <w:r>
        <w:t xml:space="preserve">    (b) began fighting again</w:t>
      </w:r>
      <w:r>
        <w:br/>
      </w:r>
      <w:r>
        <w:t xml:space="preserve">    (c) shriveled (wrinkled and/or shrunk)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war touched the Model Press Clipping Bureau with its mailed finger and made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away.</w:t>
      </w:r>
      <w:r>
        <w:br/>
      </w:r>
      <w:r>
        <w:t xml:space="preserve">    (a) weaken and become smaller until it disappeared</w:t>
      </w:r>
      <w:r>
        <w:br/>
      </w:r>
      <w:r>
        <w:t xml:space="preserve">    (b) started (a fire)</w:t>
      </w:r>
      <w:r>
        <w:br/>
      </w:r>
      <w:r>
        <w:t xml:space="preserve">    (c) restart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Francie read them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avidly</w:t>
      </w:r>
      <w:r>
        <w:rPr>
          <w:b/>
          <w:bCs/>
        </w:rPr>
        <w:t xml:space="preserve">, then sold them at half price to the neighborhood stationery store and put the money in Mama's tin-can bank.</w:t>
      </w:r>
      <w:r>
        <w:br/>
      </w:r>
      <w:r>
        <w:t xml:space="preserve">    (a) enthusiastically or with great interest</w:t>
      </w:r>
      <w:r>
        <w:br/>
      </w:r>
      <w:r>
        <w:t xml:space="preserve">    (b) in a manner that makes others feel good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Nolan men grew handsomer, weaker and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beguiling</w:t>
      </w:r>
      <w:r>
        <w:rPr>
          <w:b/>
          <w:bCs/>
        </w:rPr>
        <w:t xml:space="preserve"> </w:t>
      </w:r>
      <w:r>
        <w:rPr>
          <w:b/>
          <w:bCs/>
        </w:rPr>
        <w:t xml:space="preserve">with each generation.</w:t>
      </w:r>
      <w:r>
        <w:br/>
      </w:r>
      <w:r>
        <w:t xml:space="preserve">    (a) charming or enchanting; or deceiving through charm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exercising privileges to which one is not entitled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rest of her days, his mother had a mass said once a month for the repose of his soul which she knew wandered about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Purgatory</w:t>
      </w:r>
      <w:r>
        <w:rPr>
          <w:b/>
          <w:bCs/>
        </w:rPr>
        <w:t xml:space="preserve">.</w:t>
      </w:r>
      <w:r>
        <w:br/>
      </w:r>
      <w:r>
        <w:t xml:space="preserve">    (a)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(b) treatment with extra kindness or tolerance  OR  (more rarely) a special pleasure (typically something done in excess of what is thought good -- such as eating too much cake, or being too lazy)</w:t>
      </w:r>
      <w:r>
        <w:br/>
      </w:r>
      <w:r>
        <w:t xml:space="preserve">    (c) a place or state of temporary suffering while waiting</w:t>
      </w:r>
      <w:r>
        <w:br/>
      </w:r>
      <w:r>
        <w:br/>
      </w:r>
      <w:r>
        <w:t xml:space="preserve">or in Roman Catholic theology: the place where those who have died in a state of grace undergo limited suffering to pay for their sins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picked out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chords</w:t>
      </w:r>
      <w:r>
        <w:rPr>
          <w:b/>
          <w:bCs/>
        </w:rPr>
        <w:t xml:space="preserve">.</w:t>
      </w:r>
      <w:r>
        <w:br/>
      </w:r>
      <w:r>
        <w:t xml:space="preserve">    (a) a combination of three or more notes that blend harmoniously when sounded together; or figuratively to express harmonious blending or clashing</w:t>
      </w:r>
      <w:r>
        <w:br/>
      </w:r>
      <w:r>
        <w:t xml:space="preserve">    (b) items characterized by narrower parallel folds when closed and wider when open -- such as a door or musical instrument with that characteristic</w:t>
      </w:r>
      <w:r>
        <w:br/>
      </w:r>
      <w:r>
        <w:t xml:space="preserve">    (c) (verb) intentionally angers, challenges, or upsets someone  OR  (noun) insults or other actions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continued working until she got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unwieldy</w:t>
      </w:r>
      <w:r>
        <w:rPr>
          <w:b/>
          <w:bCs/>
        </w:rPr>
        <w:t xml:space="preserve"> </w:t>
      </w:r>
      <w:r>
        <w:rPr>
          <w:b/>
          <w:bCs/>
        </w:rPr>
        <w:t xml:space="preserve">to dust under the desks.</w:t>
      </w:r>
      <w:r>
        <w:br/>
      </w:r>
      <w:r>
        <w:t xml:space="preserve">    (a) difficult to move or manage</w:t>
      </w:r>
      <w:r>
        <w:br/>
      </w:r>
      <w:r>
        <w:t xml:space="preserve">    (b) not attractive or desirable</w:t>
      </w:r>
      <w:r>
        <w:br/>
      </w:r>
      <w:r>
        <w:t xml:space="preserve">    (c) orbiting Earth once per day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, there was a great surprise waiting for Johnny when he sauntered home to get a fresh dicky and collar for his evening's job.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resultantly (as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she wrote was of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.</w:t>
      </w:r>
      <w:r>
        <w:br/>
      </w:r>
      <w:r>
        <w:t xml:space="preserve">    (a) importance</w:t>
      </w:r>
      <w:r>
        <w:br/>
      </w:r>
      <w:r>
        <w:t xml:space="preserve">    (b) translates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regret that the new flat was not as nice as their Lorimer Street home.</w:t>
      </w:r>
      <w:r>
        <w:br/>
      </w:r>
      <w:r>
        <w:t xml:space="preserve">    (a) to be or to become used to (adapted to and with an expectation of)</w:t>
      </w:r>
      <w:r>
        <w:br/>
      </w:r>
      <w:r>
        <w:t xml:space="preserve">    (b) accepted something undesired as unavoidable</w:t>
      </w:r>
      <w:r>
        <w:br/>
      </w:r>
      <w:r>
        <w:t xml:space="preserve">    (c) showed something -- such as demonstrated, expressed, or represented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of whom expected the city reading job when and if Miss Armstrong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.</w:t>
      </w:r>
      <w:r>
        <w:br/>
      </w:r>
      <w:r>
        <w:t xml:space="preserve">    (a) drew</w:t>
      </w:r>
      <w:r>
        <w:br/>
      </w:r>
      <w:r>
        <w:t xml:space="preserve">    (b) quit (a job)</w:t>
      </w:r>
      <w:r>
        <w:br/>
      </w:r>
      <w:r>
        <w:t xml:space="preserve">    (c) paid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poignancy</w:t>
      </w:r>
      <w:r>
        <w:rPr>
          <w:b/>
          <w:bCs/>
        </w:rPr>
        <w:t xml:space="preserve">, Sissy realized that he was growing up.</w:t>
      </w:r>
      <w:r>
        <w:br/>
      </w:r>
      <w:r>
        <w:t xml:space="preserve">    (a) support or favor given</w:t>
      </w:r>
      <w:r>
        <w:br/>
      </w:r>
      <w:r>
        <w:t xml:space="preserve">    (b) belief in a single God</w:t>
      </w:r>
      <w:r>
        <w:br/>
      </w:r>
      <w:r>
        <w:t xml:space="preserve">    (c) deeply felt emotion -- perhaps sadness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poor woman figured and figured on a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wean</w:t>
      </w:r>
      <w:r>
        <w:rPr>
          <w:b/>
          <w:bCs/>
        </w:rPr>
        <w:t xml:space="preserve"> </w:t>
      </w:r>
      <w:r>
        <w:rPr>
          <w:b/>
          <w:bCs/>
        </w:rPr>
        <w:t xml:space="preserve">Gussie.</w:t>
      </w:r>
      <w:r>
        <w:br/>
      </w:r>
      <w:r>
        <w:t xml:space="preserve">    (a) adapt</w:t>
      </w:r>
      <w:r>
        <w:br/>
      </w:r>
      <w:r>
        <w:t xml:space="preserve">    (b) trade</w:t>
      </w:r>
      <w:r>
        <w:br/>
      </w:r>
      <w:r>
        <w:t xml:space="preserve">    (c)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reminisced</w:t>
      </w:r>
      <w:r>
        <w:rPr>
          <w:b/>
          <w:bCs/>
        </w:rPr>
        <w:t xml:space="preserve"> </w:t>
      </w:r>
      <w:r>
        <w:rPr>
          <w:b/>
          <w:bCs/>
        </w:rPr>
        <w:t xml:space="preserve">about past Christmases, or, as Francie put it, they talked about olden times.</w:t>
      </w:r>
      <w:r>
        <w:br/>
      </w:r>
      <w:r>
        <w:t xml:space="preserve">    (a) held together (connected or united) or wrapped</w:t>
      </w:r>
      <w:r>
        <w:br/>
      </w:r>
      <w:r>
        <w:t xml:space="preserve">    (b) to talk or think fondly about past experiences</w:t>
      </w:r>
      <w:r>
        <w:br/>
      </w:r>
      <w:r>
        <w:t xml:space="preserve">    (c) considered (for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has a secret life,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mused</w:t>
      </w:r>
      <w:r>
        <w:rPr>
          <w:b/>
          <w:bCs/>
        </w:rPr>
        <w:t xml:space="preserve">.</w:t>
      </w:r>
      <w:r>
        <w:br/>
      </w:r>
      <w:r>
        <w:t xml:space="preserve">    (a) was abundant or plentiful</w:t>
      </w:r>
      <w:r>
        <w:br/>
      </w:r>
      <w:r>
        <w:t xml:space="preserve">    (b) expelled or gotten rid of</w:t>
      </w:r>
      <w:r>
        <w:br/>
      </w:r>
      <w:r>
        <w:t xml:space="preserve">    (c)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 time to get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midwife</w:t>
      </w:r>
      <w:r>
        <w:rPr>
          <w:b/>
          <w:bCs/>
        </w:rPr>
        <w:t xml:space="preserve">," Sissy said.</w:t>
      </w:r>
      <w:r>
        <w:br/>
      </w:r>
      <w:r>
        <w:t xml:space="preserve">    (a) a woman skilled in aiding the delivery of babies</w:t>
      </w:r>
      <w:r>
        <w:br/>
      </w:r>
      <w:r>
        <w:t xml:space="preserve">    (b)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(c) American football:  a defensive maneuver to swiftly tackle the quarterback by pursuing him with one or more defenders who normally remain behind the line of scrimmage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Ben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contemptuous</w:t>
      </w:r>
      <w:r>
        <w:rPr>
          <w:b/>
          <w:bCs/>
        </w:rPr>
        <w:t xml:space="preserve"> </w:t>
      </w:r>
      <w:r>
        <w:rPr>
          <w:b/>
          <w:bCs/>
        </w:rPr>
        <w:t xml:space="preserve">of non-college lawyers</w:t>
      </w:r>
      <w:r>
        <w:br/>
      </w:r>
      <w:r>
        <w:t xml:space="preserve">    (a) able to be disagreed with</w:t>
      </w:r>
      <w:r>
        <w:br/>
      </w:r>
      <w:r>
        <w:t xml:space="preserve">    (b) not tending to find fault</w:t>
      </w:r>
      <w:r>
        <w:br/>
      </w:r>
      <w:r>
        <w:t xml:space="preserve">    (c) lacked respect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2026-07-31T18:21:49Z</dcterms:created>
  <dcterms:modified xsi:type="dcterms:W3CDTF">2026-07-31T18:21:49Z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