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f257cc4dd61d7e8a1bbcc7c3c2faf094d28c8e"/>
    <w:p>
      <w:pPr>
        <w:pStyle w:val="Heading1"/>
      </w:pPr>
      <w:r>
        <w:rPr>
          <w:b/>
          <w:bCs/>
        </w:rPr>
        <w:t xml:space="preserve">A Thousand Splendid Suns</w:t>
      </w:r>
      <w:r>
        <w:br/>
      </w:r>
      <w:r>
        <w:rPr>
          <w:i/>
          <w:iCs/>
        </w:rPr>
        <w:t xml:space="preserve">Khaled Hosseini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workers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aggrieved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new policy changes.</w:t>
      </w:r>
      <w:r>
        <w:br/>
      </w:r>
      <w:r>
        <w:t xml:space="preserve">    (a) thrilled</w:t>
      </w:r>
      <w:r>
        <w:br/>
      </w:r>
      <w:r>
        <w:t xml:space="preserve">    (b) puzzled</w:t>
      </w:r>
      <w:r>
        <w:br/>
      </w:r>
      <w:r>
        <w:t xml:space="preserve">    (c) wronged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travel the world was finally realized when she received a job offer from an international company.</w:t>
      </w:r>
      <w:r>
        <w:br/>
      </w:r>
      <w:r>
        <w:t xml:space="preserve">    (a) payment</w:t>
      </w:r>
      <w:r>
        <w:br/>
      </w:r>
      <w:r>
        <w:t xml:space="preserve">    (b) reason</w:t>
      </w:r>
      <w:r>
        <w:br/>
      </w:r>
      <w:r>
        <w:t xml:space="preserve">    (c)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complicated issue that I think should be discussed at a separate meeting.</w:t>
      </w:r>
      <w:r>
        <w:br/>
      </w:r>
      <w:r>
        <w:t xml:space="preserve">    (a) controversial</w:t>
      </w:r>
      <w:r>
        <w:br/>
      </w:r>
      <w:r>
        <w:t xml:space="preserve">    (b) philosophical</w:t>
      </w:r>
      <w:r>
        <w:br/>
      </w:r>
      <w:r>
        <w:t xml:space="preserve">    (c) complex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demure</w:t>
      </w:r>
      <w:r>
        <w:rPr>
          <w:b/>
          <w:bCs/>
        </w:rPr>
        <w:t xml:space="preserve"> </w:t>
      </w:r>
      <w:r>
        <w:rPr>
          <w:b/>
          <w:bCs/>
        </w:rPr>
        <w:t xml:space="preserve">nod and let her friend do most of the talking.</w:t>
      </w:r>
      <w:r>
        <w:br/>
      </w:r>
      <w:r>
        <w:t xml:space="preserve">    (a) confused and nervous</w:t>
      </w:r>
      <w:r>
        <w:br/>
      </w:r>
      <w:r>
        <w:t xml:space="preserve">    (b) sharp and dismissive</w:t>
      </w:r>
      <w:r>
        <w:br/>
      </w:r>
      <w:r>
        <w:t xml:space="preserve">    (c) modest and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sleddogs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</w:t>
      </w:r>
      <w:r>
        <w:rPr>
          <w:b/>
          <w:bCs/>
        </w:rPr>
        <w:t xml:space="preserve"> </w:t>
      </w:r>
      <w:r>
        <w:rPr>
          <w:b/>
          <w:bCs/>
        </w:rPr>
        <w:t xml:space="preserve">and trainable.</w:t>
      </w:r>
      <w:r>
        <w:br/>
      </w:r>
      <w:r>
        <w:t xml:space="preserve">    (a) easily led and managed</w:t>
      </w:r>
      <w:r>
        <w:br/>
      </w:r>
      <w:r>
        <w:t xml:space="preserve">    (b) very strong and fast</w:t>
      </w:r>
      <w:r>
        <w:br/>
      </w:r>
      <w:r>
        <w:t xml:space="preserve">    (c) smart and competitive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photographs depict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enormity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 crime.</w:t>
      </w:r>
      <w:r>
        <w:br/>
      </w:r>
      <w:r>
        <w:t xml:space="preserve">    (a) gradual destruction (of something previously established) -- such as a government, rule, or belief</w:t>
      </w:r>
      <w:r>
        <w:br/>
      </w:r>
      <w:r>
        <w:t xml:space="preserve">    (b) extreme wickedness</w:t>
      </w:r>
      <w:r>
        <w:br/>
      </w:r>
      <w:r>
        <w:t xml:space="preserve">    (c) a system of government with a ruler who has absolute power -- especially one who abuses that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ambition</w:t>
      </w:r>
      <w:r>
        <w:br/>
      </w:r>
      <w:r>
        <w:t xml:space="preserve">    (b) necessity</w:t>
      </w:r>
      <w:r>
        <w:br/>
      </w:r>
      <w:r>
        <w:t xml:space="preserve">    (c) cunning and deceit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disrespectfully bold</w:t>
      </w:r>
      <w:r>
        <w:br/>
      </w:r>
      <w:r>
        <w:t xml:space="preserve">    (b) thoughtfully kind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 allow powerful individuals to commit crimes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impunity</w:t>
      </w:r>
      <w:r>
        <w:rPr>
          <w:b/>
          <w:bCs/>
        </w:rPr>
        <w:t xml:space="preserve">.</w:t>
      </w:r>
      <w:r>
        <w:br/>
      </w:r>
      <w:r>
        <w:t xml:space="preserve">    (a) exemption from punishment</w:t>
      </w:r>
      <w:r>
        <w:br/>
      </w:r>
      <w:r>
        <w:t xml:space="preserve">    (b) clever lawyers</w:t>
      </w:r>
      <w:r>
        <w:br/>
      </w:r>
      <w:r>
        <w:t xml:space="preserve">    (c) government accomplices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cheerful optimism and flexibility</w:t>
      </w:r>
      <w:r>
        <w:br/>
      </w:r>
      <w:r>
        <w:t xml:space="preserve">    (b) unyielding resolve and spirit</w:t>
      </w:r>
      <w:r>
        <w:br/>
      </w:r>
      <w:r>
        <w:t xml:space="preserve">    (c) uncertain hope and nervous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imprisoned for insulting the Thai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monarchy</w:t>
      </w:r>
      <w:r>
        <w:rPr>
          <w:b/>
          <w:bCs/>
        </w:rPr>
        <w:t xml:space="preserve">.</w:t>
      </w:r>
      <w:r>
        <w:br/>
      </w:r>
      <w:r>
        <w:t xml:space="preserve">    (a) government ruled by foreigners</w:t>
      </w:r>
      <w:r>
        <w:br/>
      </w:r>
      <w:r>
        <w:t xml:space="preserve">    (b) government rules by the military</w:t>
      </w:r>
      <w:r>
        <w:br/>
      </w:r>
      <w:r>
        <w:t xml:space="preserve">    (c) government ruled by royalty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Children attend an art class at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NGO</w:t>
      </w:r>
      <w:r>
        <w:rPr>
          <w:b/>
          <w:bCs/>
        </w:rPr>
        <w:t xml:space="preserve">-run school for child laborers in northeast India.</w:t>
      </w:r>
      <w:r>
        <w:br/>
      </w:r>
      <w:r>
        <w:t xml:space="preserve">    (a) for-profit,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</w:t>
      </w:r>
      <w:r>
        <w:br/>
      </w:r>
      <w:r>
        <w:t xml:space="preserve">    (b) non-profit,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</w:t>
      </w:r>
      <w:r>
        <w:br/>
      </w:r>
      <w:r>
        <w:t xml:space="preserve">    (c)</w:t>
      </w:r>
      <w:r>
        <w:t xml:space="preserve"> </w:t>
      </w:r>
      <w:r>
        <w:rPr>
          <w:u w:val="single"/>
        </w:rPr>
        <w:t xml:space="preserve">n</w:t>
      </w:r>
      <w:r>
        <w:t xml:space="preserve">ational</w:t>
      </w:r>
      <w:r>
        <w:t xml:space="preserve"> 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lived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nomadic</w:t>
      </w:r>
      <w:r>
        <w:rPr>
          <w:b/>
          <w:bCs/>
        </w:rPr>
        <w:t xml:space="preserve"> </w:t>
      </w:r>
      <w:r>
        <w:rPr>
          <w:b/>
          <w:bCs/>
        </w:rPr>
        <w:t xml:space="preserve">lifestyle, never staying in one place for too long and always seeking new adventures.</w:t>
      </w:r>
      <w:r>
        <w:br/>
      </w:r>
      <w:r>
        <w:t xml:space="preserve">    (a) seeking thrills</w:t>
      </w:r>
      <w:r>
        <w:br/>
      </w:r>
      <w:r>
        <w:t xml:space="preserve">    (b) always staying near family</w:t>
      </w:r>
      <w:r>
        <w:br/>
      </w:r>
      <w:r>
        <w:t xml:space="preserve">    (c) moving form place to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factory machines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perforate</w:t>
      </w:r>
      <w:r>
        <w:rPr>
          <w:b/>
          <w:bCs/>
        </w:rPr>
        <w:t xml:space="preserve"> </w:t>
      </w:r>
      <w:r>
        <w:rPr>
          <w:b/>
          <w:bCs/>
        </w:rPr>
        <w:t xml:space="preserve">paper to make easy tear-off coupons.</w:t>
      </w:r>
      <w:r>
        <w:br/>
      </w:r>
      <w:r>
        <w:t xml:space="preserve">    (a) smooth and flatten</w:t>
      </w:r>
      <w:r>
        <w:br/>
      </w:r>
      <w:r>
        <w:t xml:space="preserve">    (b) puncture or pierce</w:t>
      </w:r>
      <w:r>
        <w:br/>
      </w:r>
      <w:r>
        <w:t xml:space="preserve">    (c) fold and stack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apology did little to ease my annoyance.</w:t>
      </w:r>
      <w:r>
        <w:br/>
      </w:r>
      <w:r>
        <w:t xml:space="preserve">    (a) written</w:t>
      </w:r>
      <w:r>
        <w:br/>
      </w:r>
      <w:r>
        <w:t xml:space="preserve">    (b) sincere</w:t>
      </w:r>
      <w:r>
        <w:br/>
      </w:r>
      <w:r>
        <w:t xml:space="preserve">    (c) superficial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getting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feedback about the proposed changes.</w:t>
      </w:r>
      <w:r>
        <w:br/>
      </w:r>
      <w:r>
        <w:t xml:space="preserve">    (a) Indicating inventiveness and skill</w:t>
      </w:r>
      <w:r>
        <w:br/>
      </w:r>
      <w:r>
        <w:t xml:space="preserve">    (b) indicating approval or agreement</w:t>
      </w:r>
      <w:r>
        <w:br/>
      </w:r>
      <w:r>
        <w:t xml:space="preserve">    (c) indicating confidence or self-assurance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collector</w:t>
      </w:r>
      <w:r>
        <w:br/>
      </w:r>
      <w:r>
        <w:t xml:space="preserve">    (b) loaner</w:t>
      </w:r>
      <w:r>
        <w:br/>
      </w:r>
      <w:r>
        <w:t xml:space="preserve">    (c) millionaire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disrespect for the sacred</w:t>
      </w:r>
      <w:r>
        <w:br/>
      </w:r>
      <w:r>
        <w:t xml:space="preserve">    (b) fear of religious rules</w:t>
      </w:r>
      <w:r>
        <w:br/>
      </w:r>
      <w:r>
        <w:t xml:space="preserve">    (c) respect for old customs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charity provided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sustenance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families affected by the disaster.</w:t>
      </w:r>
      <w:r>
        <w:br/>
      </w:r>
      <w:r>
        <w:t xml:space="preserve">    (a) food and resources</w:t>
      </w:r>
      <w:r>
        <w:br/>
      </w:r>
      <w:r>
        <w:t xml:space="preserve">    (b) moral support</w:t>
      </w:r>
      <w:r>
        <w:br/>
      </w:r>
      <w:r>
        <w:t xml:space="preserve">    (c) medical supplies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Cycling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Netherlands.</w:t>
      </w:r>
      <w:r>
        <w:br/>
      </w:r>
      <w:r>
        <w:t xml:space="preserve">    (a) weather-dependent</w:t>
      </w:r>
      <w:r>
        <w:br/>
      </w:r>
      <w:r>
        <w:t xml:space="preserve">    (b) everywhere</w:t>
      </w:r>
      <w:r>
        <w:br/>
      </w:r>
      <w:r>
        <w:t xml:space="preserve">    (c) encouraged by law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2026-07-31T16:09:08Z</dcterms:created>
  <dcterms:modified xsi:type="dcterms:W3CDTF">2026-07-31T16:09:08Z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