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f5b002cb07484e89a310d3a11e6bca2cfe4172"/>
    <w:p>
      <w:pPr>
        <w:pStyle w:val="Heading1"/>
      </w:pPr>
      <w:r>
        <w:rPr>
          <w:b/>
          <w:bCs/>
        </w:rPr>
        <w:t xml:space="preserve">A Thousand Splendid Suns</w:t>
      </w:r>
      <w:r>
        <w:br/>
      </w:r>
      <w:r>
        <w:rPr>
          <w:i/>
          <w:iCs/>
        </w:rPr>
        <w:t xml:space="preserve">Khaled Hosseini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American president Richard Nixon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over a scandal.</w:t>
      </w:r>
      <w:r>
        <w:br/>
      </w:r>
      <w:r>
        <w:t xml:space="preserve">    (a) given up a position or job</w:t>
      </w:r>
      <w:r>
        <w:br/>
      </w:r>
      <w:r>
        <w:t xml:space="preserve">    (b) gained popularity</w:t>
      </w:r>
      <w:r>
        <w:br/>
      </w:r>
      <w:r>
        <w:t xml:space="preserve">    (c) been given a job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so Laila has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herself to moving on.</w:t>
      </w:r>
      <w:r>
        <w:br/>
      </w:r>
      <w:r>
        <w:t xml:space="preserve">    (a) accepted something undesired as unavoidable</w:t>
      </w:r>
      <w:r>
        <w:br/>
      </w:r>
      <w:r>
        <w:t xml:space="preserve">    (b) quit a job or position to allow</w:t>
      </w:r>
      <w:r>
        <w:br/>
      </w:r>
      <w:r>
        <w:t xml:space="preserve">    (c) excited (through positive thinking)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Women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brandished</w:t>
      </w:r>
      <w:r>
        <w:rPr>
          <w:b/>
          <w:bCs/>
        </w:rPr>
        <w:t xml:space="preserve"> </w:t>
      </w:r>
      <w:r>
        <w:rPr>
          <w:b/>
          <w:bCs/>
        </w:rPr>
        <w:t xml:space="preserve">platters of sweets.</w:t>
      </w:r>
      <w:r>
        <w:br/>
      </w:r>
      <w:r>
        <w:t xml:space="preserve">    (a) took up or received into heaven</w:t>
      </w:r>
      <w:r>
        <w:br/>
      </w:r>
      <w:r>
        <w:t xml:space="preserve">    (b) waved or exhibited aggressively</w:t>
      </w:r>
      <w:r>
        <w:br/>
      </w:r>
      <w:r>
        <w:t xml:space="preserve">    (c) selected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here she was now, over those boulders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parched</w:t>
      </w:r>
      <w:r>
        <w:rPr>
          <w:b/>
          <w:bCs/>
        </w:rPr>
        <w:t xml:space="preserve"> </w:t>
      </w:r>
      <w:r>
        <w:rPr>
          <w:b/>
          <w:bCs/>
        </w:rPr>
        <w:t xml:space="preserve">hills, with a home of her own, a husband of her own, heading toward one final, cherished province: Motherhood.</w:t>
      </w:r>
      <w:r>
        <w:br/>
      </w:r>
      <w:r>
        <w:t xml:space="preserve">    (a) convinced (someone) that an idea previously believed was not correct</w:t>
      </w:r>
      <w:r>
        <w:br/>
      </w:r>
      <w:r>
        <w:t xml:space="preserve">    (b) dried out by heat or excessive exposure to sunlight; or very thirsty</w:t>
      </w:r>
      <w:r>
        <w:br/>
      </w:r>
      <w:r>
        <w:t xml:space="preserve">    (c) not with energy redirected from a negative impulse to a positive 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April 17, 1978, the year Mariam turned nineteen, a man named Mir Akbar Khyber was found murdered. Two days later, there was a large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demonstration</w:t>
      </w:r>
      <w:r>
        <w:rPr>
          <w:b/>
          <w:bCs/>
        </w:rPr>
        <w:t xml:space="preserve"> </w:t>
      </w:r>
      <w:r>
        <w:rPr>
          <w:b/>
          <w:bCs/>
        </w:rPr>
        <w:t xml:space="preserve">in Kabul. ... Rasheed said that Mir Akbar Khyber had been a prominent communist, and that his supporters were blaming the murder on President Daoud Khan's government.</w:t>
      </w:r>
      <w:r>
        <w:br/>
      </w:r>
      <w:r>
        <w:t xml:space="preserve">    (a) public protest</w:t>
      </w:r>
      <w:r>
        <w:br/>
      </w:r>
      <w:r>
        <w:t xml:space="preserve">    (b) public trial</w:t>
      </w:r>
      <w:r>
        <w:br/>
      </w:r>
      <w:r>
        <w:t xml:space="preserve">    (c) showing how something works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showed her his hammers,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demonstrated</w:t>
      </w:r>
      <w:r>
        <w:rPr>
          <w:b/>
          <w:bCs/>
        </w:rPr>
        <w:t xml:space="preserve"> </w:t>
      </w:r>
      <w:r>
        <w:rPr>
          <w:b/>
          <w:bCs/>
        </w:rPr>
        <w:t xml:space="preserve">how the sandpaper wheel worked, his voice ringing high and proud-</w:t>
      </w:r>
      <w:r>
        <w:br/>
      </w:r>
      <w:r>
        <w:t xml:space="preserve">    (a) supported</w:t>
      </w:r>
      <w:r>
        <w:br/>
      </w:r>
      <w:r>
        <w:t xml:space="preserve">    (b) protested</w:t>
      </w:r>
      <w:r>
        <w:br/>
      </w:r>
      <w:r>
        <w:t xml:space="preserve">    (c) showed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communists</w:t>
      </w:r>
      <w:r>
        <w:rPr>
          <w:b/>
          <w:bCs/>
        </w:rPr>
        <w:t xml:space="preserve">, what is it that they believe?</w:t>
      </w:r>
      <w:r>
        <w:br/>
      </w:r>
      <w:r>
        <w:t xml:space="preserve">    (a) people who support an economic system that abolishes private ownership of property with the goal of a classless society</w:t>
      </w:r>
      <w:r>
        <w:br/>
      </w:r>
      <w:r>
        <w:t xml:space="preserve">    (b) subatomic particles with negative charge that are found in all atoms and that act as the primary carrier of electricity</w:t>
      </w:r>
      <w:r>
        <w:br/>
      </w:r>
      <w:r>
        <w:t xml:space="preserve">    (c) people who suffer from psychosis (any severe mental disorder in which contact with reality is lost or highly distorted)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wasn't easy tolerating him talking this way to her, to bear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, his ridicule, his insults, his walking past her like she was nothing but a house cat.</w:t>
      </w:r>
      <w:r>
        <w:br/>
      </w:r>
      <w:r>
        <w:t xml:space="preserve">    (a) move from more general to more specific</w:t>
      </w:r>
      <w:r>
        <w:br/>
      </w:r>
      <w:r>
        <w:t xml:space="preserve">    (b) not answer questions; or block progress</w:t>
      </w:r>
      <w:r>
        <w:br/>
      </w:r>
      <w:r>
        <w:t xml:space="preserve">    (c) disrespect or reject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everyone in Afghanistan would be happy too, she said, once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antiprogressives</w:t>
      </w:r>
      <w:r>
        <w:rPr>
          <w:b/>
          <w:bCs/>
        </w:rPr>
        <w:t xml:space="preserve">, the backward bandits, were defeated.</w:t>
      </w:r>
      <w:r>
        <w:br/>
      </w:r>
      <w:r>
        <w:t xml:space="preserve">    (a) the quality of inappropriateness in size, amount, or degree</w:t>
      </w:r>
      <w:r>
        <w:br/>
      </w:r>
      <w:r>
        <w:t xml:space="preserve">    (b) the condition of being exclusive to (someone or some group)</w:t>
      </w:r>
      <w:r>
        <w:br/>
      </w:r>
      <w:r>
        <w:t xml:space="preserve">    (c) opposing people who favor liberal political change or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"out there," he didn't mean Kabul, which had always been relatively liberal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progressive</w:t>
      </w:r>
      <w:r>
        <w:rPr>
          <w:b/>
          <w:bCs/>
        </w:rPr>
        <w:t xml:space="preserve">.</w:t>
      </w:r>
      <w:r>
        <w:br/>
      </w:r>
      <w:r>
        <w:t xml:space="preserve">    (a) favoring liberal political change or ideas</w:t>
      </w:r>
      <w:r>
        <w:br/>
      </w:r>
      <w:r>
        <w:t xml:space="preserve">    (b) the state or degree of being bad or harmful</w:t>
      </w:r>
      <w:r>
        <w:br/>
      </w:r>
      <w:r>
        <w:t xml:space="preserve">    (c) able to change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"People who've been injured because of war," Giti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earnestly</w:t>
      </w:r>
      <w:r>
        <w:rPr>
          <w:b/>
          <w:bCs/>
        </w:rPr>
        <w:t xml:space="preserve">, oblivious to Hasina's toying.</w:t>
      </w:r>
      <w:r>
        <w:br/>
      </w:r>
      <w:r>
        <w:t xml:space="preserve">    (a) finally; or in the end</w:t>
      </w:r>
      <w:r>
        <w:br/>
      </w:r>
      <w:r>
        <w:t xml:space="preserve">    (b) sincerely or seriously</w:t>
      </w:r>
      <w:r>
        <w:br/>
      </w:r>
      <w:r>
        <w:t xml:space="preserve">    (c) in a self-aware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Laila remembered Mammy telling Babi once that she had married a man who had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convictions</w:t>
      </w:r>
      <w:r>
        <w:rPr>
          <w:b/>
          <w:bCs/>
        </w:rPr>
        <w:t xml:space="preserve">.</w:t>
      </w:r>
      <w:r>
        <w:br/>
      </w:r>
      <w:r>
        <w:t xml:space="preserve">    (a) calculates or judges too low</w:t>
      </w:r>
      <w:r>
        <w:br/>
      </w:r>
      <w:r>
        <w:t xml:space="preserve">    (b) not working or not operating</w:t>
      </w:r>
      <w:r>
        <w:br/>
      </w:r>
      <w:r>
        <w:t xml:space="preserve">    (c) a strong, firmly held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, which happened frequently, the slurring got worse.</w:t>
      </w:r>
      <w:r>
        <w:br/>
      </w:r>
      <w:r>
        <w:t xml:space="preserve">    (a) concentrated, look at, or paid attention to</w:t>
      </w:r>
      <w:r>
        <w:br/>
      </w:r>
      <w:r>
        <w:t xml:space="preserve">    (b) thought carefully and made a judgment about</w:t>
      </w:r>
      <w:r>
        <w:br/>
      </w:r>
      <w:r>
        <w:t xml:space="preserve">    (c) not calm; or stirred up (often emotionally)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Islamic Jihad Council, formed in Peshawar by several of the Mujahideen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factions</w:t>
      </w:r>
      <w:r>
        <w:rPr>
          <w:b/>
          <w:bCs/>
        </w:rPr>
        <w:t xml:space="preserve">, would oversee things for two months, led by Sibghatullah Mojadidi.</w:t>
      </w:r>
      <w:r>
        <w:br/>
      </w:r>
      <w:r>
        <w:t xml:space="preserve">    (a) sub-groups</w:t>
      </w:r>
      <w:r>
        <w:br/>
      </w:r>
      <w:r>
        <w:t xml:space="preserve">    (b) main roads</w:t>
      </w:r>
      <w:r>
        <w:br/>
      </w:r>
      <w:r>
        <w:t xml:space="preserve">    (c) sympathies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Later that evening, Laila thought of how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melee</w:t>
      </w:r>
      <w:r>
        <w:rPr>
          <w:b/>
          <w:bCs/>
        </w:rPr>
        <w:t xml:space="preserve"> </w:t>
      </w:r>
      <w:r>
        <w:rPr>
          <w:b/>
          <w:bCs/>
        </w:rPr>
        <w:t xml:space="preserve">had toppled over, with men falling on top of one another, amid yelps and cries and shouts and flying punches, and, in the middle of it, a grimacing Tariq, his hair disheveled, his leg come undone, trying to crawl out.</w:t>
      </w:r>
      <w:r>
        <w:br/>
      </w:r>
      <w:r>
        <w:t xml:space="preserve">    (a) disorganized mass of people</w:t>
      </w:r>
      <w:r>
        <w:br/>
      </w:r>
      <w:r>
        <w:t xml:space="preserve">    (b) the highest-ranking manager</w:t>
      </w:r>
      <w:r>
        <w:br/>
      </w:r>
      <w:r>
        <w:t xml:space="preserve">    (c) result or predictable value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you fight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jihad</w:t>
      </w:r>
      <w:r>
        <w:rPr>
          <w:b/>
          <w:bCs/>
        </w:rPr>
        <w:t xml:space="preserve">?</w:t>
      </w:r>
      <w:r>
        <w:br/>
      </w:r>
      <w:r>
        <w:t xml:space="preserve">    (a) a holy war waged by Muslims against infidels</w:t>
      </w:r>
      <w:r>
        <w:br/>
      </w:r>
      <w:r>
        <w:t xml:space="preserve">    (b) popular art movement of late 19th century French painters who used dabs of color to give an impression of their subject rather than a photographic-like depiction</w:t>
      </w:r>
      <w:r>
        <w:br/>
      </w:r>
      <w:r>
        <w:t xml:space="preserve">    (c) the process of replacing what was used up  OR  the process of restoring to a previous condition  OR  (more rarely) materials that replaced what was used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Already burdened with nearly two million Afghan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refugees</w:t>
      </w:r>
      <w:r>
        <w:rPr>
          <w:b/>
          <w:bCs/>
        </w:rPr>
        <w:t xml:space="preserve">, Pakistan had closed its borders to Afghans in January of that year.</w:t>
      </w:r>
      <w:r>
        <w:br/>
      </w:r>
      <w:r>
        <w:t xml:space="preserve">    (a) understandings or explanations</w:t>
      </w:r>
      <w:r>
        <w:br/>
      </w:r>
      <w:r>
        <w:t xml:space="preserve">    (b) quiet voices; or a quiet voice</w:t>
      </w:r>
      <w:r>
        <w:br/>
      </w:r>
      <w:r>
        <w:t xml:space="preserve">    (c) people who fled their homeland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Beneath the burqa, the doctor shook her head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curtly</w:t>
      </w:r>
      <w:r>
        <w:rPr>
          <w:b/>
          <w:bCs/>
        </w:rPr>
        <w:t xml:space="preserve">.</w:t>
      </w:r>
      <w:r>
        <w:br/>
      </w:r>
      <w:r>
        <w:t xml:space="preserve">    (a) in a manner that makes uncomfortable (weighs heavily on the senses or spirit)</w:t>
      </w:r>
      <w:r>
        <w:br/>
      </w:r>
      <w:r>
        <w:t xml:space="preserve">    (b) in a manner that is the most exciting or important part of a series of events</w:t>
      </w:r>
      <w:r>
        <w:br/>
      </w:r>
      <w:r>
        <w:t xml:space="preserve">    (c) in a manner that uses few words or is abrupt and perhaps discourteous or rude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remembered something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Mullah</w:t>
      </w:r>
      <w:r>
        <w:rPr>
          <w:b/>
          <w:bCs/>
        </w:rPr>
        <w:t xml:space="preserve"> </w:t>
      </w:r>
      <w:r>
        <w:rPr>
          <w:b/>
          <w:bCs/>
        </w:rPr>
        <w:t xml:space="preserve">Faizullah used to say about hunger when Ramadan started: Even the snakebitten man finds sleep, but not the hungry.</w:t>
      </w:r>
      <w:r>
        <w:br/>
      </w:r>
      <w:r>
        <w:t xml:space="preserve">    (a) a basic type of ecological community</w:t>
      </w:r>
      <w:r>
        <w:br/>
      </w:r>
      <w:r>
        <w:t xml:space="preserve">    (b) a Muslim religious teacher or leader</w:t>
      </w:r>
      <w:r>
        <w:br/>
      </w:r>
      <w:r>
        <w:t xml:space="preserve">    (c) lacking experience or sophistication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 plane appears from the corner of the screen. It crashes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adjacent</w:t>
      </w:r>
      <w:r>
        <w:rPr>
          <w:b/>
          <w:bCs/>
        </w:rPr>
        <w:t xml:space="preserve"> </w:t>
      </w:r>
      <w:r>
        <w:rPr>
          <w:b/>
          <w:bCs/>
        </w:rPr>
        <w:t xml:space="preserve">tower, exploding into a fireball that dwarfs any ball of fire that Laila has ever seen.</w:t>
      </w:r>
      <w:r>
        <w:br/>
      </w:r>
      <w:r>
        <w:t xml:space="preserve">    (a) nearby</w:t>
      </w:r>
      <w:r>
        <w:br/>
      </w:r>
      <w:r>
        <w:t xml:space="preserve">    (b) matching</w:t>
      </w:r>
      <w:r>
        <w:br/>
      </w:r>
      <w:r>
        <w:t xml:space="preserve">    (c) tall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2026-07-31T16:09:08Z</dcterms:created>
  <dcterms:modified xsi:type="dcterms:W3CDTF">2026-07-31T16:09:08Z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