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dfa16c0e527a6c0fbfa649a470eec4edeaeeddb"/>
    <w:p>
      <w:pPr>
        <w:pStyle w:val="Heading1"/>
      </w:pPr>
      <w:r>
        <w:rPr>
          <w:b/>
          <w:bCs/>
        </w:rPr>
        <w:t xml:space="preserve">A Thousand Acres</w:t>
      </w:r>
      <w:r>
        <w:br/>
      </w:r>
      <w:r>
        <w:rPr>
          <w:i/>
          <w:iCs/>
        </w:rPr>
        <w:t xml:space="preserve">Jane Smiley</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There'd been no fiddling with that, which went to Ty's uncle, and amounted to about four hundred acres, no</w:t>
      </w:r>
      <w:r>
        <w:rPr>
          <w:b/>
          <w:bCs/>
        </w:rPr>
        <w:t xml:space="preserve"> </w:t>
      </w:r>
      <w:r>
        <w:rPr>
          <w:b/>
          <w:bCs/>
          <w:u w:val="single"/>
        </w:rPr>
        <w:t xml:space="preserve">mortgage</w:t>
      </w:r>
      <w:r>
        <w:rPr>
          <w:b/>
          <w:bCs/>
        </w:rPr>
        <w:t xml:space="preserve">.</w:t>
      </w:r>
      <w:r>
        <w:br/>
      </w:r>
      <w:r>
        <w:t xml:space="preserve">    (a) enter another's property without right or permission</w:t>
      </w:r>
      <w:r>
        <w:br/>
      </w:r>
      <w:r>
        <w:t xml:space="preserve">    (b) to concentrate, look at; or the act of concentration</w:t>
      </w:r>
      <w:r>
        <w:br/>
      </w:r>
      <w:r>
        <w:t xml:space="preserve">    (c) a real estate loan; or pledging something for a loan</w:t>
      </w:r>
    </w:p>
    <w:p>
      <w:pPr>
        <w:pStyle w:val="Compact"/>
        <w:numPr>
          <w:ilvl w:val="0"/>
          <w:numId w:val="1001"/>
        </w:numPr>
      </w:pPr>
      <w:r>
        <w:rPr>
          <w:b/>
          <w:bCs/>
        </w:rPr>
        <w:t xml:space="preserve">Most magically, tile produced prosperity—more</w:t>
      </w:r>
      <w:r>
        <w:rPr>
          <w:b/>
          <w:bCs/>
        </w:rPr>
        <w:t xml:space="preserve"> </w:t>
      </w:r>
      <w:r>
        <w:rPr>
          <w:b/>
          <w:bCs/>
          <w:u w:val="single"/>
        </w:rPr>
        <w:t xml:space="preserve">bushels</w:t>
      </w:r>
      <w:r>
        <w:rPr>
          <w:b/>
          <w:bCs/>
        </w:rPr>
        <w:t xml:space="preserve"> </w:t>
      </w:r>
      <w:r>
        <w:rPr>
          <w:b/>
          <w:bCs/>
        </w:rPr>
        <w:t xml:space="preserve">per acre of a better crop, year after year, wet or dry.</w:t>
      </w:r>
      <w:r>
        <w:br/>
      </w:r>
      <w:r>
        <w:t xml:space="preserve">    (a) fellow workers -- especially in a respected profession such as teaching, medicine, or law</w:t>
      </w:r>
      <w:r>
        <w:br/>
      </w:r>
      <w:r>
        <w:t xml:space="preserve">    (b) a large amount</w:t>
      </w:r>
      <w:r>
        <w:br/>
      </w:r>
      <w:r>
        <w:br/>
      </w:r>
      <w:r>
        <w:t xml:space="preserve">or:</w:t>
      </w:r>
      <w:r>
        <w:br/>
      </w:r>
      <w:r>
        <w:br/>
      </w:r>
      <w:r>
        <w:t xml:space="preserve">a unit of measure used for dry goods (filling an 8 gallon container)</w:t>
      </w:r>
      <w:r>
        <w:br/>
      </w:r>
      <w:r>
        <w:t xml:space="preserve">    (c) scales where each step is a multiple of the prior step rather than a fixed addition to it</w:t>
      </w:r>
    </w:p>
    <w:p>
      <w:pPr>
        <w:pStyle w:val="Compact"/>
        <w:numPr>
          <w:ilvl w:val="0"/>
          <w:numId w:val="1001"/>
        </w:numPr>
      </w:pPr>
      <w:r>
        <w:rPr>
          <w:b/>
          <w:bCs/>
        </w:rPr>
        <w:t xml:space="preserve">The Depression, for our family, was a time of careful</w:t>
      </w:r>
      <w:r>
        <w:rPr>
          <w:b/>
          <w:bCs/>
        </w:rPr>
        <w:t xml:space="preserve"> </w:t>
      </w:r>
      <w:r>
        <w:rPr>
          <w:b/>
          <w:bCs/>
          <w:u w:val="single"/>
        </w:rPr>
        <w:t xml:space="preserve">consolidation</w:t>
      </w:r>
      <w:r>
        <w:rPr>
          <w:b/>
          <w:bCs/>
        </w:rPr>
        <w:t xml:space="preserve"> </w:t>
      </w:r>
      <w:r>
        <w:rPr>
          <w:b/>
          <w:bCs/>
        </w:rPr>
        <w:t xml:space="preserve">of holdings through hard work, good luck, smart farming.</w:t>
      </w:r>
      <w:r>
        <w:br/>
      </w:r>
      <w:r>
        <w:t xml:space="preserve">    (a) relating to properties of sound or hearing</w:t>
      </w:r>
      <w:r>
        <w:br/>
      </w:r>
      <w:r>
        <w:t xml:space="preserve">    (b) something accepted as true (without proof)</w:t>
      </w:r>
      <w:r>
        <w:br/>
      </w:r>
      <w:r>
        <w:t xml:space="preserve">    (c) strengthening and securing</w:t>
      </w:r>
    </w:p>
    <w:p>
      <w:pPr>
        <w:pStyle w:val="Compact"/>
        <w:numPr>
          <w:ilvl w:val="0"/>
          <w:numId w:val="1001"/>
        </w:numPr>
      </w:pPr>
      <w:r>
        <w:rPr>
          <w:b/>
          <w:bCs/>
        </w:rPr>
        <w:t xml:space="preserve">It's very old, I'm used to it, and most of the time, I'm better at</w:t>
      </w:r>
      <w:r>
        <w:rPr>
          <w:b/>
          <w:bCs/>
        </w:rPr>
        <w:t xml:space="preserve"> </w:t>
      </w:r>
      <w:r>
        <w:rPr>
          <w:b/>
          <w:bCs/>
          <w:u w:val="single"/>
        </w:rPr>
        <w:t xml:space="preserve">cultivating</w:t>
      </w:r>
      <w:r>
        <w:rPr>
          <w:b/>
          <w:bCs/>
        </w:rPr>
        <w:t xml:space="preserve"> </w:t>
      </w:r>
      <w:r>
        <w:rPr>
          <w:b/>
          <w:bCs/>
        </w:rPr>
        <w:t xml:space="preserve">inner peace.</w:t>
      </w:r>
      <w:r>
        <w:br/>
      </w:r>
      <w:r>
        <w:t xml:space="preserve">    (a) writing or exchanging written letters or emails</w:t>
      </w:r>
      <w:r>
        <w:br/>
      </w:r>
      <w:r>
        <w:t xml:space="preserve">    (b) considering (the affect on a result or outcome)</w:t>
      </w:r>
      <w:r>
        <w:br/>
      </w:r>
      <w:r>
        <w:t xml:space="preserve">    (c) developing</w:t>
      </w:r>
    </w:p>
    <w:p>
      <w:pPr>
        <w:pStyle w:val="Compact"/>
        <w:numPr>
          <w:ilvl w:val="0"/>
          <w:numId w:val="1001"/>
        </w:numPr>
      </w:pPr>
      <w:r>
        <w:rPr>
          <w:b/>
          <w:bCs/>
        </w:rPr>
        <w:t xml:space="preserve">I paused at the kitchen door and watched the</w:t>
      </w:r>
      <w:r>
        <w:rPr>
          <w:b/>
          <w:bCs/>
        </w:rPr>
        <w:t xml:space="preserve"> </w:t>
      </w:r>
      <w:r>
        <w:rPr>
          <w:b/>
          <w:bCs/>
          <w:u w:val="single"/>
        </w:rPr>
        <w:t xml:space="preserve">unyielding</w:t>
      </w:r>
      <w:r>
        <w:rPr>
          <w:b/>
          <w:bCs/>
        </w:rPr>
        <w:t xml:space="preserve"> </w:t>
      </w:r>
      <w:r>
        <w:rPr>
          <w:b/>
          <w:bCs/>
        </w:rPr>
        <w:t xml:space="preserve">back of his head for a few seconds.</w:t>
      </w:r>
      <w:r>
        <w:br/>
      </w:r>
      <w:r>
        <w:t xml:space="preserve">    (a) rude or unfriendly because of using too few words or moving too quickly</w:t>
      </w:r>
      <w:r>
        <w:br/>
      </w:r>
      <w:r>
        <w:t xml:space="preserve">    (b) strict, firm, or hard (not giving in, not giving way, or not giving up)</w:t>
      </w:r>
      <w:r>
        <w:br/>
      </w:r>
      <w:r>
        <w:t xml:space="preserve">    (c) relating to classical music plays in which most of the dialogue is sung</w:t>
      </w:r>
    </w:p>
    <w:p>
      <w:pPr>
        <w:pStyle w:val="Compact"/>
        <w:numPr>
          <w:ilvl w:val="0"/>
          <w:numId w:val="1001"/>
        </w:numPr>
      </w:pPr>
      <w:r>
        <w:rPr>
          <w:b/>
          <w:bCs/>
        </w:rPr>
        <w:t xml:space="preserve">A little insurance for the</w:t>
      </w:r>
      <w:r>
        <w:rPr>
          <w:b/>
          <w:bCs/>
        </w:rPr>
        <w:t xml:space="preserve"> </w:t>
      </w:r>
      <w:r>
        <w:rPr>
          <w:b/>
          <w:bCs/>
          <w:u w:val="single"/>
        </w:rPr>
        <w:t xml:space="preserve">yield</w:t>
      </w:r>
      <w:r>
        <w:rPr>
          <w:b/>
          <w:bCs/>
        </w:rPr>
        <w:t xml:space="preserve">, and the pleasure of driving that shiny red piece of machinery along the fencerow next to Cabot Street Road.</w:t>
      </w:r>
      <w:r>
        <w:br/>
      </w:r>
      <w:r>
        <w:t xml:space="preserve">    (a) production</w:t>
      </w:r>
      <w:r>
        <w:br/>
      </w:r>
      <w:r>
        <w:t xml:space="preserve">    (b) stop (something from happening)</w:t>
      </w:r>
      <w:r>
        <w:br/>
      </w:r>
      <w:r>
        <w:t xml:space="preserve">    (c) think deeply or carefully about</w:t>
      </w:r>
    </w:p>
    <w:p>
      <w:pPr>
        <w:pStyle w:val="Compact"/>
        <w:numPr>
          <w:ilvl w:val="0"/>
          <w:numId w:val="1001"/>
        </w:numPr>
      </w:pPr>
      <w:r>
        <w:rPr>
          <w:b/>
          <w:bCs/>
        </w:rPr>
        <w:t xml:space="preserve">After you've</w:t>
      </w:r>
      <w:r>
        <w:rPr>
          <w:b/>
          <w:bCs/>
        </w:rPr>
        <w:t xml:space="preserve"> </w:t>
      </w:r>
      <w:r>
        <w:rPr>
          <w:b/>
          <w:bCs/>
          <w:u w:val="single"/>
        </w:rPr>
        <w:t xml:space="preserve">confided</w:t>
      </w:r>
      <w:r>
        <w:rPr>
          <w:b/>
          <w:bCs/>
        </w:rPr>
        <w:t xml:space="preserve"> </w:t>
      </w:r>
      <w:r>
        <w:rPr>
          <w:b/>
          <w:bCs/>
        </w:rPr>
        <w:t xml:space="preserve">long enough in someone, he or she assumes the antagonism you might have just been trying out.</w:t>
      </w:r>
      <w:r>
        <w:br/>
      </w:r>
      <w:r>
        <w:t xml:space="preserve">    (a) made a decision or voiced an opinion by formal group vote</w:t>
      </w:r>
      <w:r>
        <w:br/>
      </w:r>
      <w:r>
        <w:t xml:space="preserve">    (b) placed trust (in someone) by talking about private things</w:t>
      </w:r>
      <w:r>
        <w:br/>
      </w:r>
      <w:r>
        <w:t xml:space="preserve">    (c) viewed in a certain way so as to form a belief or opinion</w:t>
      </w:r>
    </w:p>
    <w:p>
      <w:pPr>
        <w:pStyle w:val="Compact"/>
        <w:numPr>
          <w:ilvl w:val="0"/>
          <w:numId w:val="1001"/>
        </w:numPr>
      </w:pPr>
      <w:r>
        <w:rPr>
          <w:b/>
          <w:bCs/>
        </w:rPr>
        <w:t xml:space="preserve">THE</w:t>
      </w:r>
      <w:r>
        <w:rPr>
          <w:b/>
          <w:bCs/>
        </w:rPr>
        <w:t xml:space="preserve"> </w:t>
      </w:r>
      <w:r>
        <w:rPr>
          <w:b/>
          <w:bCs/>
          <w:u w:val="single"/>
        </w:rPr>
        <w:t xml:space="preserve">MONOPOLY</w:t>
      </w:r>
      <w:r>
        <w:rPr>
          <w:b/>
          <w:bCs/>
        </w:rPr>
        <w:t xml:space="preserve"> </w:t>
      </w:r>
      <w:r>
        <w:rPr>
          <w:b/>
          <w:bCs/>
        </w:rPr>
        <w:t xml:space="preserve">GAME ENDED with the news that Caroline and Frank had gotten married in a civil ceremony in Des Moines.</w:t>
      </w:r>
      <w:r>
        <w:br/>
      </w:r>
      <w:r>
        <w:t xml:space="preserve">    (a) in a manner that tries to obtain a result through gentle and careful effort -- often gently persuading</w:t>
      </w:r>
      <w:r>
        <w:br/>
      </w:r>
      <w:r>
        <w:t xml:space="preserve">    (b) complete control over a product, service, or resource -- usually by a single person, company, or group</w:t>
      </w:r>
      <w:r>
        <w:br/>
      </w:r>
      <w:r>
        <w:t xml:space="preserve">    (c) in the manner of someone who consumes more than they should -- especially eating and drinking too much</w:t>
      </w:r>
    </w:p>
    <w:p>
      <w:pPr>
        <w:pStyle w:val="Compact"/>
        <w:numPr>
          <w:ilvl w:val="0"/>
          <w:numId w:val="1001"/>
        </w:numPr>
      </w:pPr>
      <w:r>
        <w:rPr>
          <w:b/>
          <w:bCs/>
        </w:rPr>
        <w:t xml:space="preserve">Rose said, "Aren't you having a good time, Ty?" in a sugary and deeply sarcastic voice, and Ty, taking her seriously, began, "Well, not really—" and the mere fact that he couldn't read her tone of voice was the last straw for me, and I said, "My God!" with evident</w:t>
      </w:r>
      <w:r>
        <w:rPr>
          <w:b/>
          <w:bCs/>
        </w:rPr>
        <w:t xml:space="preserve"> </w:t>
      </w:r>
      <w:r>
        <w:rPr>
          <w:b/>
          <w:bCs/>
          <w:u w:val="single"/>
        </w:rPr>
        <w:t xml:space="preserve">exasperation</w:t>
      </w:r>
      <w:r>
        <w:rPr>
          <w:b/>
          <w:bCs/>
        </w:rPr>
        <w:t xml:space="preserve">.</w:t>
      </w:r>
      <w:r>
        <w:br/>
      </w:r>
      <w:r>
        <w:t xml:space="preserve">    (a) relative amount</w:t>
      </w:r>
      <w:r>
        <w:br/>
      </w:r>
      <w:r>
        <w:t xml:space="preserve">    (b) great annoyance</w:t>
      </w:r>
      <w:r>
        <w:br/>
      </w:r>
      <w:r>
        <w:t xml:space="preserve">    (c) in disagreement</w:t>
      </w:r>
    </w:p>
    <w:p>
      <w:pPr>
        <w:pStyle w:val="Compact"/>
        <w:numPr>
          <w:ilvl w:val="0"/>
          <w:numId w:val="1001"/>
        </w:numPr>
      </w:pPr>
      <w:r>
        <w:rPr>
          <w:b/>
          <w:bCs/>
        </w:rPr>
        <w:t xml:space="preserve">In Pete's worst years, it never seemed to occur to her to scale back her behavior, to seek fewer disagreements, or to be more</w:t>
      </w:r>
      <w:r>
        <w:rPr>
          <w:b/>
          <w:bCs/>
        </w:rPr>
        <w:t xml:space="preserve"> </w:t>
      </w:r>
      <w:r>
        <w:rPr>
          <w:b/>
          <w:bCs/>
          <w:u w:val="single"/>
        </w:rPr>
        <w:t xml:space="preserve">conciliatory</w:t>
      </w:r>
      <w:r>
        <w:rPr>
          <w:b/>
          <w:bCs/>
        </w:rPr>
        <w:t xml:space="preserve">.</w:t>
      </w:r>
      <w:r>
        <w:br/>
      </w:r>
      <w:r>
        <w:t xml:space="preserve">    (a) the quality of being able to stop something</w:t>
      </w:r>
      <w:r>
        <w:br/>
      </w:r>
      <w:r>
        <w:t xml:space="preserve">    (b) able to change to fit a different situation</w:t>
      </w:r>
      <w:r>
        <w:br/>
      </w:r>
      <w:r>
        <w:t xml:space="preserve">    (c) intended to end bad feelings or build trust</w:t>
      </w:r>
    </w:p>
    <w:p>
      <w:pPr>
        <w:pStyle w:val="Compact"/>
        <w:numPr>
          <w:ilvl w:val="0"/>
          <w:numId w:val="1001"/>
        </w:numPr>
      </w:pPr>
      <w:r>
        <w:rPr>
          <w:b/>
          <w:bCs/>
        </w:rPr>
        <w:t xml:space="preserve">The feeling of shame that was still animating my flesh with</w:t>
      </w:r>
      <w:r>
        <w:rPr>
          <w:b/>
          <w:bCs/>
        </w:rPr>
        <w:t xml:space="preserve"> </w:t>
      </w:r>
      <w:r>
        <w:rPr>
          <w:b/>
          <w:bCs/>
          <w:u w:val="single"/>
        </w:rPr>
        <w:t xml:space="preserve">goading</w:t>
      </w:r>
      <w:r>
        <w:rPr>
          <w:b/>
          <w:bCs/>
        </w:rPr>
        <w:t xml:space="preserve"> </w:t>
      </w:r>
      <w:r>
        <w:rPr>
          <w:b/>
          <w:bCs/>
        </w:rPr>
        <w:t xml:space="preserve">particularity and self-consciousness—it would be enough for that to dissipate.</w:t>
      </w:r>
      <w:r>
        <w:br/>
      </w:r>
      <w:r>
        <w:t xml:space="preserve">    (a) taking on or adopting</w:t>
      </w:r>
      <w:r>
        <w:br/>
      </w:r>
      <w:r>
        <w:t xml:space="preserve">    (b) suggesting indirectly</w:t>
      </w:r>
      <w:r>
        <w:br/>
      </w:r>
      <w:r>
        <w:t xml:space="preserve">    (c) provoking or prodding</w:t>
      </w:r>
    </w:p>
    <w:p>
      <w:pPr>
        <w:pStyle w:val="Compact"/>
        <w:numPr>
          <w:ilvl w:val="0"/>
          <w:numId w:val="1001"/>
        </w:numPr>
      </w:pPr>
      <w:r>
        <w:rPr>
          <w:b/>
          <w:bCs/>
        </w:rPr>
        <w:t xml:space="preserve">The impenetrable face of a hopeful girl, dressed in the unrevealing uniform of the time; her</w:t>
      </w:r>
      <w:r>
        <w:rPr>
          <w:b/>
          <w:bCs/>
        </w:rPr>
        <w:t xml:space="preserve"> </w:t>
      </w:r>
      <w:r>
        <w:rPr>
          <w:b/>
          <w:bCs/>
          <w:u w:val="single"/>
        </w:rPr>
        <w:t xml:space="preserve">demeanor</w:t>
      </w:r>
      <w:r>
        <w:rPr>
          <w:b/>
          <w:bCs/>
        </w:rPr>
        <w:t xml:space="preserve"> </w:t>
      </w:r>
      <w:r>
        <w:rPr>
          <w:b/>
          <w:bCs/>
        </w:rPr>
        <w:t xml:space="preserve">was sturdily virtuous.</w:t>
      </w:r>
      <w:r>
        <w:br/>
      </w:r>
      <w:r>
        <w:t xml:space="preserve">    (a) lacking experience or sophistication</w:t>
      </w:r>
      <w:r>
        <w:br/>
      </w:r>
      <w:r>
        <w:t xml:space="preserve">    (b) a Muslim religious teacher or leader</w:t>
      </w:r>
      <w:r>
        <w:br/>
      </w:r>
      <w:r>
        <w:t xml:space="preserve">    (c) the manner in which a person behaves</w:t>
      </w:r>
    </w:p>
    <w:p>
      <w:pPr>
        <w:pStyle w:val="Compact"/>
        <w:numPr>
          <w:ilvl w:val="0"/>
          <w:numId w:val="1001"/>
        </w:numPr>
      </w:pPr>
      <w:r>
        <w:rPr>
          <w:b/>
          <w:bCs/>
        </w:rPr>
        <w:t xml:space="preserve">So it was that Harold's accident and its aftermath got in everywhere, into the solidest relationships, the firmest beliefs, the strongest loyalties, the most deeply held</w:t>
      </w:r>
      <w:r>
        <w:rPr>
          <w:b/>
          <w:bCs/>
        </w:rPr>
        <w:t xml:space="preserve"> </w:t>
      </w:r>
      <w:r>
        <w:rPr>
          <w:b/>
          <w:bCs/>
          <w:u w:val="single"/>
        </w:rPr>
        <w:t xml:space="preserve">convictions</w:t>
      </w:r>
      <w:r>
        <w:rPr>
          <w:b/>
          <w:bCs/>
        </w:rPr>
        <w:t xml:space="preserve"> </w:t>
      </w:r>
      <w:r>
        <w:rPr>
          <w:b/>
          <w:bCs/>
        </w:rPr>
        <w:t xml:space="preserve">you had about the people you had known most of your life.</w:t>
      </w:r>
      <w:r>
        <w:br/>
      </w:r>
      <w:r>
        <w:t xml:space="preserve">    (a) calculates or judges too low</w:t>
      </w:r>
      <w:r>
        <w:br/>
      </w:r>
      <w:r>
        <w:t xml:space="preserve">    (b) not working or not operating</w:t>
      </w:r>
      <w:r>
        <w:br/>
      </w:r>
      <w:r>
        <w:t xml:space="preserve">    (c) a strong, firmly held belief</w:t>
      </w:r>
    </w:p>
    <w:p>
      <w:pPr>
        <w:pStyle w:val="Compact"/>
        <w:numPr>
          <w:ilvl w:val="0"/>
          <w:numId w:val="1001"/>
        </w:numPr>
      </w:pPr>
      <w:r>
        <w:rPr>
          <w:b/>
          <w:bCs/>
        </w:rPr>
        <w:t xml:space="preserve">If you really think he's going to come around and have</w:t>
      </w:r>
      <w:r>
        <w:rPr>
          <w:b/>
          <w:bCs/>
        </w:rPr>
        <w:t xml:space="preserve"> </w:t>
      </w:r>
      <w:r>
        <w:rPr>
          <w:b/>
          <w:bCs/>
          <w:u w:val="single"/>
        </w:rPr>
        <w:t xml:space="preserve">remorse</w:t>
      </w:r>
      <w:r>
        <w:rPr>
          <w:b/>
          <w:bCs/>
        </w:rPr>
        <w:t xml:space="preserve">, then give him some time to think about it.</w:t>
      </w:r>
      <w:r>
        <w:br/>
      </w:r>
      <w:r>
        <w:t xml:space="preserve">    (a) deep regret for doing something that was wrong</w:t>
      </w:r>
      <w:r>
        <w:br/>
      </w:r>
      <w:r>
        <w:t xml:space="preserve">    (b) the main building (or buildings) of government</w:t>
      </w:r>
      <w:r>
        <w:br/>
      </w:r>
      <w:r>
        <w:t xml:space="preserve">    (c) two successive lines of poetry; usually rhymed</w:t>
      </w:r>
    </w:p>
    <w:p>
      <w:pPr>
        <w:pStyle w:val="Compact"/>
        <w:numPr>
          <w:ilvl w:val="0"/>
          <w:numId w:val="1001"/>
        </w:numPr>
      </w:pPr>
      <w:r>
        <w:rPr>
          <w:b/>
          <w:bCs/>
        </w:rPr>
        <w:t xml:space="preserve">They stated that my father had chosen to avail himself of the</w:t>
      </w:r>
      <w:r>
        <w:rPr>
          <w:b/>
          <w:bCs/>
        </w:rPr>
        <w:t xml:space="preserve"> </w:t>
      </w:r>
      <w:r>
        <w:rPr>
          <w:b/>
          <w:bCs/>
          <w:u w:val="single"/>
        </w:rPr>
        <w:t xml:space="preserve">revocation</w:t>
      </w:r>
      <w:r>
        <w:rPr>
          <w:b/>
          <w:bCs/>
        </w:rPr>
        <w:t xml:space="preserve"> </w:t>
      </w:r>
      <w:r>
        <w:rPr>
          <w:b/>
          <w:bCs/>
        </w:rPr>
        <w:t xml:space="preserve">clause in the preincorporation agreement, which stated that Rose's and my shares in the farm were revocable under certain conditions of "mismanagement or abuse."</w:t>
      </w:r>
      <w:r>
        <w:br/>
      </w:r>
      <w:r>
        <w:t xml:space="preserve">    (a) a professional athlete who is free to sign a contract to play for any team</w:t>
      </w:r>
      <w:r>
        <w:br/>
      </w:r>
      <w:r>
        <w:t xml:space="preserve">    (b) the act of again being in a working position; or the act of starting again</w:t>
      </w:r>
      <w:r>
        <w:br/>
      </w:r>
      <w:r>
        <w:t xml:space="preserve">    (c) to void, cancel, or take back -- especially to do so in an official manner</w:t>
      </w:r>
    </w:p>
    <w:p>
      <w:pPr>
        <w:pStyle w:val="Compact"/>
        <w:numPr>
          <w:ilvl w:val="0"/>
          <w:numId w:val="1001"/>
        </w:numPr>
      </w:pPr>
      <w:r>
        <w:rPr>
          <w:b/>
          <w:bCs/>
        </w:rPr>
        <w:t xml:space="preserve">It was terrifying to think of myself so obvious, so</w:t>
      </w:r>
      <w:r>
        <w:rPr>
          <w:b/>
          <w:bCs/>
        </w:rPr>
        <w:t xml:space="preserve"> </w:t>
      </w:r>
      <w:r>
        <w:rPr>
          <w:b/>
          <w:bCs/>
          <w:u w:val="single"/>
        </w:rPr>
        <w:t xml:space="preserve">transparent</w:t>
      </w:r>
      <w:r>
        <w:rPr>
          <w:b/>
          <w:bCs/>
        </w:rPr>
        <w:t xml:space="preserve">.</w:t>
      </w:r>
      <w:r>
        <w:br/>
      </w:r>
      <w:r>
        <w:t xml:space="preserve">    (a) obvious (despite attempts not to be)</w:t>
      </w:r>
      <w:r>
        <w:br/>
      </w:r>
      <w:r>
        <w:t xml:space="preserve">    (b) the condition of being different</w:t>
      </w:r>
      <w:r>
        <w:br/>
      </w:r>
      <w:r>
        <w:t xml:space="preserve">    (c) indicating approval or agreement</w:t>
      </w:r>
    </w:p>
    <w:p>
      <w:pPr>
        <w:pStyle w:val="Compact"/>
        <w:numPr>
          <w:ilvl w:val="0"/>
          <w:numId w:val="1001"/>
        </w:numPr>
      </w:pPr>
      <w:r>
        <w:rPr>
          <w:b/>
          <w:bCs/>
        </w:rPr>
        <w:t xml:space="preserve">As hogs are far more</w:t>
      </w:r>
      <w:r>
        <w:rPr>
          <w:b/>
          <w:bCs/>
        </w:rPr>
        <w:t xml:space="preserve"> </w:t>
      </w:r>
      <w:r>
        <w:rPr>
          <w:b/>
          <w:bCs/>
          <w:u w:val="single"/>
        </w:rPr>
        <w:t xml:space="preserve">inquisitive</w:t>
      </w:r>
      <w:r>
        <w:rPr>
          <w:b/>
          <w:bCs/>
        </w:rPr>
        <w:t xml:space="preserve"> </w:t>
      </w:r>
      <w:r>
        <w:rPr>
          <w:b/>
          <w:bCs/>
        </w:rPr>
        <w:t xml:space="preserve">and destructive than dairy cattle, the plan was to install concrete partitions to about five feet, then wood frame walls above that.</w:t>
      </w:r>
      <w:r>
        <w:br/>
      </w:r>
      <w:r>
        <w:t xml:space="preserve">    (a) interested in learning about things -- often asking many questions</w:t>
      </w:r>
      <w:r>
        <w:br/>
      </w:r>
      <w:r>
        <w:t xml:space="preserve">    (b) the quality or degree of the involvement of other people or things</w:t>
      </w:r>
      <w:r>
        <w:br/>
      </w:r>
      <w:r>
        <w:t xml:space="preserve">    (c) not having the characteristic of bouncing back light/heat/sound...</w:t>
      </w:r>
    </w:p>
    <w:p>
      <w:pPr>
        <w:pStyle w:val="Compact"/>
        <w:numPr>
          <w:ilvl w:val="0"/>
          <w:numId w:val="1001"/>
        </w:numPr>
      </w:pPr>
      <w:r>
        <w:rPr>
          <w:b/>
          <w:bCs/>
          <w:u w:val="single"/>
        </w:rPr>
        <w:t xml:space="preserve">Simultaneously</w:t>
      </w:r>
      <w:r>
        <w:rPr>
          <w:b/>
          <w:bCs/>
        </w:rPr>
        <w:t xml:space="preserve">, we both realized that talking about my getting pregnant again was a dangerous enterprise.</w:t>
      </w:r>
      <w:r>
        <w:br/>
      </w:r>
      <w:r>
        <w:t xml:space="preserve">    (a) done with excess</w:t>
      </w:r>
      <w:r>
        <w:br/>
      </w:r>
      <w:r>
        <w:t xml:space="preserve">    (b) done while awake</w:t>
      </w:r>
      <w:r>
        <w:br/>
      </w:r>
      <w:r>
        <w:t xml:space="preserve">    (c) at the same time</w:t>
      </w:r>
    </w:p>
    <w:p>
      <w:pPr>
        <w:pStyle w:val="Compact"/>
        <w:numPr>
          <w:ilvl w:val="0"/>
          <w:numId w:val="1001"/>
        </w:numPr>
      </w:pPr>
      <w:r>
        <w:rPr>
          <w:b/>
          <w:bCs/>
        </w:rPr>
        <w:t xml:space="preserve">Her</w:t>
      </w:r>
      <w:r>
        <w:rPr>
          <w:b/>
          <w:bCs/>
        </w:rPr>
        <w:t xml:space="preserve"> </w:t>
      </w:r>
      <w:r>
        <w:rPr>
          <w:b/>
          <w:bCs/>
          <w:u w:val="single"/>
        </w:rPr>
        <w:t xml:space="preserve">habitual</w:t>
      </w:r>
      <w:r>
        <w:rPr>
          <w:b/>
          <w:bCs/>
        </w:rPr>
        <w:t xml:space="preserve"> </w:t>
      </w:r>
      <w:r>
        <w:rPr>
          <w:b/>
          <w:bCs/>
        </w:rPr>
        <w:t xml:space="preserve">manner was one of amazement—that some right-minded Zebulon County person would actually let such a piece get away from the family, or else that some city person would actually pay what Dinah asked for it.</w:t>
      </w:r>
      <w:r>
        <w:br/>
      </w:r>
      <w:r>
        <w:t xml:space="preserve">    (a) very important</w:t>
      </w:r>
      <w:r>
        <w:br/>
      </w:r>
      <w:r>
        <w:t xml:space="preserve">    (b) able to change</w:t>
      </w:r>
      <w:r>
        <w:br/>
      </w:r>
      <w:r>
        <w:t xml:space="preserve">    (c) done regularly</w:t>
      </w:r>
    </w:p>
    <w:p>
      <w:pPr>
        <w:pStyle w:val="Compact"/>
        <w:numPr>
          <w:ilvl w:val="0"/>
          <w:numId w:val="1001"/>
        </w:numPr>
      </w:pPr>
      <w:r>
        <w:rPr>
          <w:b/>
          <w:bCs/>
        </w:rPr>
        <w:t xml:space="preserve">I wanted him to feel remorse and know what he did and what he is, but when you see him around town and they talk about him, he's just</w:t>
      </w:r>
      <w:r>
        <w:rPr>
          <w:b/>
          <w:bCs/>
        </w:rPr>
        <w:t xml:space="preserve"> </w:t>
      </w:r>
      <w:r>
        <w:rPr>
          <w:b/>
          <w:bCs/>
          <w:u w:val="single"/>
        </w:rPr>
        <w:t xml:space="preserve">senile</w:t>
      </w:r>
      <w:r>
        <w:rPr>
          <w:b/>
          <w:bCs/>
        </w:rPr>
        <w:t xml:space="preserve">.</w:t>
      </w:r>
      <w:r>
        <w:br/>
      </w:r>
      <w:r>
        <w:t xml:space="preserve">    (a) in the dark (figuratively) due to a lack of knowledge, advantages, or moral understanding</w:t>
      </w:r>
      <w:r>
        <w:br/>
      </w:r>
      <w:r>
        <w:t xml:space="preserve">    (b) mental weakness caused by old age; or describing a medical condition as caused by old age</w:t>
      </w:r>
      <w:r>
        <w:br/>
      </w:r>
      <w:r>
        <w:t xml:space="preserve">    (c) relating to a government, country, or ruling family of a country ruled by a king of queen</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2026-07-31T19:18:00Z</dcterms:created>
  <dcterms:modified xsi:type="dcterms:W3CDTF">2026-07-31T19:18:00Z</dcterms:modified>
</cp:coreProperties>
</file>

<file path=docProps/custom.xml><?xml version="1.0" encoding="utf-8"?>
<Properties xmlns="http://schemas.openxmlformats.org/officeDocument/2006/custom-properties" xmlns:vt="http://schemas.openxmlformats.org/officeDocument/2006/docPropsVTypes"/>
</file>