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66a128e3058f5e475263eb9eb1d2493a69de84"/>
    <w:p>
      <w:pPr>
        <w:pStyle w:val="Heading1"/>
      </w:pPr>
      <w:r>
        <w:rPr>
          <w:b/>
          <w:bCs/>
        </w:rPr>
        <w:t xml:space="preserve">A Tale of Two Cities</w:t>
      </w:r>
      <w:r>
        <w:br/>
      </w:r>
      <w:r>
        <w:rPr>
          <w:i/>
          <w:iCs/>
        </w:rPr>
        <w:t xml:space="preserve">Charles Dickens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mutual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antipathy</w:t>
      </w:r>
      <w:r>
        <w:rPr>
          <w:b/>
          <w:bCs/>
        </w:rPr>
        <w:t xml:space="preserve"> </w:t>
      </w:r>
      <w:r>
        <w:rPr>
          <w:b/>
          <w:bCs/>
        </w:rPr>
        <w:t xml:space="preserve">prevented them from working well together.</w:t>
      </w:r>
      <w:r>
        <w:br/>
      </w:r>
      <w:r>
        <w:t xml:space="preserve">    (a) sympathy</w:t>
      </w:r>
      <w:r>
        <w:br/>
      </w:r>
      <w:r>
        <w:t xml:space="preserve">    (b) attraction</w:t>
      </w:r>
      <w:r>
        <w:br/>
      </w:r>
      <w:r>
        <w:t xml:space="preserve">    (c) strong dislike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wined, dined,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into signing the contract.</w:t>
      </w:r>
      <w:r>
        <w:br/>
      </w:r>
      <w:r>
        <w:t xml:space="preserve">    (a) tricked</w:t>
      </w:r>
      <w:r>
        <w:br/>
      </w:r>
      <w:r>
        <w:t xml:space="preserve">    (b) forced</w:t>
      </w:r>
      <w:r>
        <w:br/>
      </w:r>
      <w:r>
        <w:t xml:space="preserve">    (c)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estimates that your probability of lung cancer will drop to that of a non-smoker if you haven't already got it 10 to 15 years after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cessation</w:t>
      </w:r>
      <w:r>
        <w:rPr>
          <w:b/>
          <w:bCs/>
        </w:rPr>
        <w:t xml:space="preserve"> </w:t>
      </w:r>
      <w:r>
        <w:rPr>
          <w:b/>
          <w:bCs/>
        </w:rPr>
        <w:t xml:space="preserve">of smoking.</w:t>
      </w:r>
      <w:r>
        <w:br/>
      </w:r>
      <w:r>
        <w:t xml:space="preserve">    (a) the reducing</w:t>
      </w:r>
      <w:r>
        <w:br/>
      </w:r>
      <w:r>
        <w:t xml:space="preserve">    (b) the ending</w:t>
      </w:r>
      <w:r>
        <w:br/>
      </w:r>
      <w:r>
        <w:t xml:space="preserve">    (c) the beginning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spending habits are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conducive</w:t>
      </w:r>
      <w:r>
        <w:rPr>
          <w:b/>
          <w:bCs/>
        </w:rPr>
        <w:t xml:space="preserve"> </w:t>
      </w:r>
      <w:r>
        <w:rPr>
          <w:b/>
          <w:bCs/>
        </w:rPr>
        <w:t xml:space="preserve">to achieving her financial goals.</w:t>
      </w:r>
      <w:r>
        <w:br/>
      </w:r>
      <w:r>
        <w:t xml:space="preserve">    (a) harmful</w:t>
      </w:r>
      <w:r>
        <w:br/>
      </w:r>
      <w:r>
        <w:t xml:space="preserve">    (b) irrelevant</w:t>
      </w:r>
      <w:r>
        <w:br/>
      </w:r>
      <w:r>
        <w:t xml:space="preserve">    (c) helpful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constraints</w:t>
      </w:r>
      <w:r>
        <w:rPr>
          <w:b/>
          <w:bCs/>
        </w:rPr>
        <w:t xml:space="preserve"> </w:t>
      </w:r>
      <w:r>
        <w:rPr>
          <w:b/>
          <w:bCs/>
        </w:rPr>
        <w:t xml:space="preserve">on her power to spend taxpayer funds.</w:t>
      </w:r>
      <w:r>
        <w:br/>
      </w:r>
      <w:r>
        <w:t xml:space="preserve">    (a) increases</w:t>
      </w:r>
      <w:r>
        <w:br/>
      </w:r>
      <w:r>
        <w:t xml:space="preserve">    (b) flexibility</w:t>
      </w:r>
      <w:r>
        <w:br/>
      </w:r>
      <w:r>
        <w:t xml:space="preserve">    (c) limitations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confuse</w:t>
      </w:r>
      <w:r>
        <w:br/>
      </w:r>
      <w:r>
        <w:t xml:space="preserve">    (b) represent</w:t>
      </w:r>
      <w:r>
        <w:br/>
      </w:r>
      <w:r>
        <w:t xml:space="preserve">    (c) scatter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victors write the history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their enemies.</w:t>
      </w:r>
      <w:r>
        <w:br/>
      </w:r>
      <w:r>
        <w:t xml:space="preserve">    (a) defeat</w:t>
      </w:r>
      <w:r>
        <w:br/>
      </w:r>
      <w:r>
        <w:t xml:space="preserve">    (b) criticize</w:t>
      </w:r>
      <w:r>
        <w:br/>
      </w:r>
      <w:r>
        <w:t xml:space="preserve">    (c) erase from history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philosophy is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diversification</w:t>
      </w:r>
      <w:r>
        <w:rPr>
          <w:b/>
          <w:bCs/>
        </w:rPr>
        <w:t xml:space="preserve"> </w:t>
      </w:r>
      <w:r>
        <w:rPr>
          <w:b/>
          <w:bCs/>
        </w:rPr>
        <w:t xml:space="preserve">strengthens the Board just as a mixed gene pool strengthens the individual.</w:t>
      </w:r>
      <w:r>
        <w:br/>
      </w:r>
      <w:r>
        <w:t xml:space="preserve">    (a) has a hunched posture</w:t>
      </w:r>
      <w:r>
        <w:br/>
      </w:r>
      <w:r>
        <w:t xml:space="preserve">    (b) variation (in the types or backgrounds of people on the Board)</w:t>
      </w:r>
      <w:r>
        <w:br/>
      </w:r>
      <w:r>
        <w:t xml:space="preserve">    (c) shows or demonstrates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comedian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 </w:t>
      </w:r>
      <w:r>
        <w:rPr>
          <w:b/>
          <w:bCs/>
        </w:rPr>
        <w:t xml:space="preserve">way of describing everyday life.</w:t>
      </w:r>
      <w:r>
        <w:br/>
      </w:r>
      <w:r>
        <w:t xml:space="preserve">    (a) dull and serious</w:t>
      </w:r>
      <w:r>
        <w:br/>
      </w:r>
      <w:r>
        <w:t xml:space="preserve">    (b) harsh and bitter</w:t>
      </w:r>
      <w:r>
        <w:br/>
      </w:r>
      <w:r>
        <w:t xml:space="preserve">    (c) quirky and funny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study tested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efficacy</w:t>
      </w:r>
      <w:r>
        <w:rPr>
          <w:b/>
          <w:bCs/>
        </w:rPr>
        <w:t xml:space="preserve"> </w:t>
      </w:r>
      <w:r>
        <w:rPr>
          <w:b/>
          <w:bCs/>
        </w:rPr>
        <w:t xml:space="preserve">of the new reading program.</w:t>
      </w:r>
      <w:r>
        <w:br/>
      </w:r>
      <w:r>
        <w:t xml:space="preserve">    (a) effectiveness</w:t>
      </w:r>
      <w:r>
        <w:br/>
      </w:r>
      <w:r>
        <w:t xml:space="preserve">    (b) expense</w:t>
      </w:r>
      <w:r>
        <w:br/>
      </w:r>
      <w:r>
        <w:t xml:space="preserve">    (c) popularity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sincere apology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engendered</w:t>
      </w:r>
      <w:r>
        <w:rPr>
          <w:b/>
          <w:bCs/>
        </w:rPr>
        <w:t xml:space="preserve"> </w:t>
      </w:r>
      <w:r>
        <w:rPr>
          <w:b/>
          <w:bCs/>
        </w:rPr>
        <w:t xml:space="preserve">forgiveness from the people she had hurt.</w:t>
      </w:r>
      <w:r>
        <w:br/>
      </w:r>
      <w:r>
        <w:t xml:space="preserve">    (a) caused to develop</w:t>
      </w:r>
      <w:r>
        <w:br/>
      </w:r>
      <w:r>
        <w:t xml:space="preserve">    (b) tried to hide</w:t>
      </w:r>
      <w:r>
        <w:br/>
      </w:r>
      <w:r>
        <w:t xml:space="preserve">    (c) refused to accept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Experts proved the painting was a clever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forgery</w:t>
      </w:r>
      <w:r>
        <w:rPr>
          <w:b/>
          <w:bCs/>
        </w:rPr>
        <w:t xml:space="preserve">, not the real masterpiece.</w:t>
      </w:r>
      <w:r>
        <w:br/>
      </w:r>
      <w:r>
        <w:t xml:space="preserve">    (a) original work of art</w:t>
      </w:r>
      <w:r>
        <w:br/>
      </w:r>
      <w:r>
        <w:t xml:space="preserve">    (b) early rough draft</w:t>
      </w:r>
      <w:r>
        <w:br/>
      </w:r>
      <w:r>
        <w:t xml:space="preserve">    (c) fake passed off as real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fraught</w:t>
      </w:r>
      <w:r>
        <w:rPr>
          <w:b/>
          <w:bCs/>
        </w:rPr>
        <w:t xml:space="preserve"> </w:t>
      </w:r>
      <w:r>
        <w:rPr>
          <w:b/>
          <w:bCs/>
        </w:rPr>
        <w:t xml:space="preserve">with difficulty.</w:t>
      </w:r>
      <w:r>
        <w:br/>
      </w:r>
      <w:r>
        <w:t xml:space="preserve">    (a) preceded</w:t>
      </w:r>
      <w:r>
        <w:br/>
      </w:r>
      <w:r>
        <w:t xml:space="preserve">    (b) followed</w:t>
      </w:r>
      <w:r>
        <w:br/>
      </w:r>
      <w:r>
        <w:t xml:space="preserve">    (c) filled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Concern for her children's safety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take action and confront the intruder.</w:t>
      </w:r>
      <w:r>
        <w:br/>
      </w:r>
      <w:r>
        <w:t xml:space="preserve">    (a) slowed</w:t>
      </w:r>
      <w:r>
        <w:br/>
      </w:r>
      <w:r>
        <w:t xml:space="preserve">    (b) drove</w:t>
      </w:r>
      <w:r>
        <w:br/>
      </w:r>
      <w:r>
        <w:t xml:space="preserve">    (c) prevented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two friends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indivisible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day they met in kindergarten.</w:t>
      </w:r>
      <w:r>
        <w:br/>
      </w:r>
      <w:r>
        <w:t xml:space="preserve">    (a) rarely seen together</w:t>
      </w:r>
      <w:r>
        <w:br/>
      </w:r>
      <w:r>
        <w:t xml:space="preserve">    (b) in constant disagreement</w:t>
      </w:r>
      <w:r>
        <w:br/>
      </w:r>
      <w:r>
        <w:t xml:space="preserve">    (c) impossible to separate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bond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matrimony</w:t>
      </w:r>
      <w:r>
        <w:rPr>
          <w:b/>
          <w:bCs/>
        </w:rPr>
        <w:t xml:space="preserve"> </w:t>
      </w:r>
      <w:r>
        <w:rPr>
          <w:b/>
          <w:bCs/>
        </w:rPr>
        <w:t xml:space="preserve">lasted for over fifty years.</w:t>
      </w:r>
      <w:r>
        <w:br/>
      </w:r>
      <w:r>
        <w:t xml:space="preserve">    (a) marriage</w:t>
      </w:r>
      <w:r>
        <w:br/>
      </w:r>
      <w:r>
        <w:t xml:space="preserve">    (b) friendship</w:t>
      </w:r>
      <w:r>
        <w:br/>
      </w:r>
      <w:r>
        <w:t xml:space="preserve">    (c) divorce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behavior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proscribed</w:t>
      </w:r>
      <w:r>
        <w:rPr>
          <w:b/>
          <w:bCs/>
        </w:rPr>
        <w:t xml:space="preserve">.</w:t>
      </w:r>
      <w:r>
        <w:br/>
      </w:r>
      <w:r>
        <w:t xml:space="preserve">    (a) forbidden</w:t>
      </w:r>
      <w:r>
        <w:br/>
      </w:r>
      <w:r>
        <w:t xml:space="preserve">    (b) taught</w:t>
      </w:r>
      <w:r>
        <w:br/>
      </w:r>
      <w:r>
        <w:t xml:space="preserve">    (c)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 making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business decisions for more than 30 years.</w:t>
      </w:r>
      <w:r>
        <w:br/>
      </w:r>
      <w:r>
        <w:t xml:space="preserve">    (a) impatient</w:t>
      </w:r>
      <w:r>
        <w:br/>
      </w:r>
      <w:r>
        <w:t xml:space="preserve">    (b) careless</w:t>
      </w:r>
      <w:r>
        <w:br/>
      </w:r>
      <w:r>
        <w:t xml:space="preserve">    (c) wise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gown made of the finest silk and adorned with sparkling jewels.</w:t>
      </w:r>
      <w:r>
        <w:br/>
      </w:r>
      <w:r>
        <w:t xml:space="preserve">    (a) flattering</w:t>
      </w:r>
      <w:r>
        <w:br/>
      </w:r>
      <w:r>
        <w:t xml:space="preserve">    (b) magnificent</w:t>
      </w:r>
      <w:r>
        <w:br/>
      </w:r>
      <w:r>
        <w:t xml:space="preserve">    (c) long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Cycling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ubiquitous</w:t>
      </w:r>
      <w:r>
        <w:rPr>
          <w:b/>
          <w:bCs/>
        </w:rPr>
        <w:t xml:space="preserve"> </w:t>
      </w:r>
      <w:r>
        <w:rPr>
          <w:b/>
          <w:bCs/>
        </w:rPr>
        <w:t xml:space="preserve">in the Netherlands.</w:t>
      </w:r>
      <w:r>
        <w:br/>
      </w:r>
      <w:r>
        <w:t xml:space="preserve">    (a) everywhere</w:t>
      </w:r>
      <w:r>
        <w:br/>
      </w:r>
      <w:r>
        <w:t xml:space="preserve">    (b) encouraged by law</w:t>
      </w:r>
      <w:r>
        <w:br/>
      </w:r>
      <w:r>
        <w:t xml:space="preserve">    (c) weather-dependent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2026-07-31T14:24:23Z</dcterms:created>
  <dcterms:modified xsi:type="dcterms:W3CDTF">2026-07-31T14:24:23Z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