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f3537a2cff557f98e0caaa10fec9d51f80e94da"/>
    <w:p>
      <w:pPr>
        <w:pStyle w:val="Heading1"/>
      </w:pPr>
      <w:r>
        <w:rPr>
          <w:b/>
          <w:bCs/>
        </w:rPr>
        <w:t xml:space="preserve">A Tale of Two Cities</w:t>
      </w:r>
      <w:r>
        <w:br/>
      </w:r>
      <w:r>
        <w:rPr>
          <w:i/>
          <w:iCs/>
        </w:rPr>
        <w:t xml:space="preserve">Charles Dickens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entreat</w:t>
      </w:r>
      <w:r>
        <w:rPr>
          <w:b/>
          <w:bCs/>
        </w:rPr>
        <w:t xml:space="preserve"> </w:t>
      </w:r>
      <w:r>
        <w:rPr>
          <w:b/>
          <w:bCs/>
        </w:rPr>
        <w:t xml:space="preserve">you to tell me more, sir.</w:t>
      </w:r>
      <w:r>
        <w:br/>
      </w:r>
      <w:r>
        <w:t xml:space="preserve">    (a) ask earnestly</w:t>
      </w:r>
      <w:r>
        <w:br/>
      </w:r>
      <w:r>
        <w:t xml:space="preserve">    (b) make possible</w:t>
      </w:r>
      <w:r>
        <w:br/>
      </w:r>
      <w:r>
        <w:t xml:space="preserve">    (c) stop fighting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 dear, good,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compassionate</w:t>
      </w:r>
      <w:r>
        <w:rPr>
          <w:b/>
          <w:bCs/>
        </w:rPr>
        <w:t xml:space="preserve"> </w:t>
      </w:r>
      <w:r>
        <w:rPr>
          <w:b/>
          <w:bCs/>
        </w:rPr>
        <w:t xml:space="preserve">sir, for the truth!</w:t>
      </w:r>
      <w:r>
        <w:br/>
      </w:r>
      <w:r>
        <w:t xml:space="preserve">    (a) to support by providing money or other economic aid</w:t>
      </w:r>
      <w:r>
        <w:br/>
      </w:r>
      <w:r>
        <w:t xml:space="preserve">    (b) feeling or showing sympathy for another's suffering</w:t>
      </w:r>
      <w:r>
        <w:br/>
      </w:r>
      <w:r>
        <w:t xml:space="preserve">    (c) did not find a condition or substance to be present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would be worse than useless now to make any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inquiries</w:t>
      </w:r>
      <w:r>
        <w:rPr>
          <w:b/>
          <w:bCs/>
        </w:rPr>
        <w:t xml:space="preserve">, because it would be dangerous.</w:t>
      </w:r>
      <w:r>
        <w:br/>
      </w:r>
      <w:r>
        <w:t xml:space="preserve">    (a) reasons for doing something</w:t>
      </w:r>
      <w:r>
        <w:br/>
      </w:r>
      <w:r>
        <w:t xml:space="preserve">    (b) questions or investigations</w:t>
      </w:r>
      <w:r>
        <w:br/>
      </w:r>
      <w:r>
        <w:t xml:space="preserve">    (c) social events or ceremonies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Crowds of the wicked and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wretched</w:t>
      </w:r>
      <w:r>
        <w:rPr>
          <w:b/>
          <w:bCs/>
        </w:rPr>
        <w:t xml:space="preserve"> </w:t>
      </w:r>
      <w:r>
        <w:rPr>
          <w:b/>
          <w:bCs/>
        </w:rPr>
        <w:t xml:space="preserve">had been reflected in it, and had passed from its surface and this earth's together.</w:t>
      </w:r>
      <w:r>
        <w:br/>
      </w:r>
      <w:r>
        <w:t xml:space="preserve">    (a) miserable or very bad</w:t>
      </w:r>
      <w:r>
        <w:br/>
      </w:r>
      <w:r>
        <w:t xml:space="preserve">    (b) exactness or accuracy</w:t>
      </w:r>
      <w:r>
        <w:br/>
      </w:r>
      <w:r>
        <w:t xml:space="preserve">    (c) not easily identified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But, there my Lord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interposed</w:t>
      </w:r>
      <w:r>
        <w:rPr>
          <w:b/>
          <w:bCs/>
        </w:rPr>
        <w:t xml:space="preserve"> </w:t>
      </w:r>
      <w:r>
        <w:rPr>
          <w:b/>
          <w:bCs/>
        </w:rPr>
        <w:t xml:space="preserve">(with as grave a face as if it had not been true), saying that he could not sit upon that Bench and suffer those allusions.</w:t>
      </w:r>
      <w:r>
        <w:br/>
      </w:r>
      <w:r>
        <w:t xml:space="preserve">    (a) (verb) drew pictures to accompany  OR  (adjective) accompanied by pictures</w:t>
      </w:r>
      <w:r>
        <w:br/>
      </w:r>
      <w:r>
        <w:t xml:space="preserve">    (b) not justified or explained as an understandable reaction to another action</w:t>
      </w:r>
      <w:r>
        <w:br/>
      </w:r>
      <w:r>
        <w:t xml:space="preserve">    (c) to insert between other elements; or to interrupt or stop action by others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Here again: Mr. Lorry's inquiries into Miss Pross's personal history had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established</w:t>
      </w:r>
      <w:r>
        <w:rPr>
          <w:b/>
          <w:bCs/>
        </w:rPr>
        <w:t xml:space="preserve"> </w:t>
      </w:r>
      <w:r>
        <w:rPr>
          <w:b/>
          <w:bCs/>
        </w:rPr>
        <w:t xml:space="preserve">the fact that her brother Solomon was a heartless scoundrel who had stripped her of everything she possessed, as a stake to speculate with, and had abandoned her in her poverty for evermore, with no touch of compunction.</w:t>
      </w:r>
      <w:r>
        <w:br/>
      </w:r>
      <w:r>
        <w:t xml:space="preserve">    (a) examined an issue, got opinions by asking specific questions; and/or asked people for political support individually</w:t>
      </w:r>
      <w:r>
        <w:br/>
      </w:r>
      <w:r>
        <w:t xml:space="preserve">    (b) shown</w:t>
      </w:r>
      <w:r>
        <w:br/>
      </w:r>
      <w:r>
        <w:t xml:space="preserve">    (c) accepted someone's membership though a special procedure such as a ceremony and/or period of instruction and/or test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had been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established</w:t>
      </w:r>
      <w:r>
        <w:rPr>
          <w:b/>
          <w:bCs/>
        </w:rPr>
        <w:t xml:space="preserve"> </w:t>
      </w:r>
      <w:r>
        <w:rPr>
          <w:b/>
          <w:bCs/>
        </w:rPr>
        <w:t xml:space="preserve">voluntarily some time ago, among the more thorough patriots; but, was now law for everybody.</w:t>
      </w:r>
      <w:r>
        <w:br/>
      </w:r>
      <w:r>
        <w:t xml:space="preserve">    (a) set in place (accepted and expected)</w:t>
      </w:r>
      <w:r>
        <w:br/>
      </w:r>
      <w:r>
        <w:t xml:space="preserve">    (b) not having a relationship whereby a change in one thing helps predict a change in another</w:t>
      </w:r>
      <w:r>
        <w:br/>
      </w:r>
      <w:r>
        <w:t xml:space="preserve">    (c) persuaded someone to want something (often sex or love) by tempting with something desired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Bestowing</w:t>
      </w:r>
      <w:r>
        <w:rPr>
          <w:b/>
          <w:bCs/>
        </w:rPr>
        <w:t xml:space="preserve"> </w:t>
      </w:r>
      <w:r>
        <w:rPr>
          <w:b/>
          <w:bCs/>
        </w:rPr>
        <w:t xml:space="preserve">a word of promise here and a smile there, a whisper on one happy slave and a wave of the hand on another, Monseigneur affably passed through his rooms to the remote region of the Circumference of Truth.</w:t>
      </w:r>
      <w:r>
        <w:br/>
      </w:r>
      <w:r>
        <w:t xml:space="preserve">    (a) ruling</w:t>
      </w:r>
      <w:r>
        <w:br/>
      </w:r>
      <w:r>
        <w:t xml:space="preserve">    (b) paying</w:t>
      </w:r>
      <w:r>
        <w:br/>
      </w:r>
      <w:r>
        <w:t xml:space="preserve">    (c) giving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hard by the fountain, and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peasants</w:t>
      </w:r>
      <w:r>
        <w:rPr>
          <w:b/>
          <w:bCs/>
        </w:rPr>
        <w:t xml:space="preserve"> </w:t>
      </w:r>
      <w:r>
        <w:rPr>
          <w:b/>
          <w:bCs/>
        </w:rPr>
        <w:t xml:space="preserve">suspended their operations to look at him.</w:t>
      </w:r>
      <w:r>
        <w:br/>
      </w:r>
      <w:r>
        <w:t xml:space="preserve">    (a) used historically or possibly in relation to a very poor country:  people of low income, education, and social standing -- especially those who raise crops or livestock</w:t>
      </w:r>
      <w:r>
        <w:br/>
      </w:r>
      <w:r>
        <w:t xml:space="preserve">    (b) members of an artistic movement pioneered by Pablo Picasso and Georges Braque that featured surfaces of geometrical planes to depict three-dimensional organic forms</w:t>
      </w:r>
      <w:r>
        <w:br/>
      </w:r>
      <w:r>
        <w:t xml:space="preserve">    (c) organisms in the early stages of growth prior to birth, hatching, or sprouting; in humans organisms during the first eight weeks of development (prior to the fetal stage)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sufficiently disturbing the darkness to elicit loud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remonstrance</w:t>
      </w:r>
      <w:r>
        <w:rPr>
          <w:b/>
          <w:bCs/>
        </w:rPr>
        <w:t xml:space="preserve"> </w:t>
      </w:r>
      <w:r>
        <w:rPr>
          <w:b/>
          <w:bCs/>
        </w:rPr>
        <w:t xml:space="preserve">from an owl</w:t>
      </w:r>
      <w:r>
        <w:br/>
      </w:r>
      <w:r>
        <w:t xml:space="preserve">    (a) protest</w:t>
      </w:r>
      <w:r>
        <w:br/>
      </w:r>
      <w:r>
        <w:t xml:space="preserve">    (b) someone who expresses disapproval</w:t>
      </w:r>
      <w:r>
        <w:br/>
      </w:r>
      <w:r>
        <w:t xml:space="preserve">    (c) the act of recognizing difference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 supper-table was laid for two, in the third of the rooms; a round room, in one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chateau</w:t>
      </w:r>
      <w:r>
        <w:rPr>
          <w:b/>
          <w:bCs/>
        </w:rPr>
        <w:t xml:space="preserve">'s four extinguisher-topped towers.</w:t>
      </w:r>
      <w:r>
        <w:br/>
      </w:r>
      <w:r>
        <w:t xml:space="preserve">    (a) people who do not believe in the existence of god</w:t>
      </w:r>
      <w:r>
        <w:br/>
      </w:r>
      <w:r>
        <w:t xml:space="preserve">    (b) discomfort caused by difficulty in digesting food</w:t>
      </w:r>
      <w:r>
        <w:br/>
      </w:r>
      <w:r>
        <w:t xml:space="preserve">    (c) an impressive country house (or castle) in France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 hour or two hence, and the low companions and low habits that I scorn but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</w:t>
      </w:r>
      <w:r>
        <w:rPr>
          <w:b/>
          <w:bCs/>
        </w:rPr>
        <w:t xml:space="preserve"> </w:t>
      </w:r>
      <w:r>
        <w:rPr>
          <w:b/>
          <w:bCs/>
        </w:rPr>
        <w:t xml:space="preserve">to, will render me less worth such tears as those, than any wretch who creeps along the streets.</w:t>
      </w:r>
      <w:r>
        <w:br/>
      </w:r>
      <w:r>
        <w:t xml:space="preserve">    (a) give in</w:t>
      </w:r>
      <w:r>
        <w:br/>
      </w:r>
      <w:r>
        <w:t xml:space="preserve">    (b) an involuntary vomiting spasm</w:t>
      </w:r>
      <w:r>
        <w:br/>
      </w:r>
      <w:r>
        <w:t xml:space="preserve">    (c) select (on a computer screen)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Sow the same seed of rapacious license and oppression over again, and it will surely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</w:t>
      </w:r>
      <w:r>
        <w:rPr>
          <w:b/>
          <w:bCs/>
        </w:rPr>
        <w:t xml:space="preserve"> </w:t>
      </w:r>
      <w:r>
        <w:rPr>
          <w:b/>
          <w:bCs/>
        </w:rPr>
        <w:t xml:space="preserve">the same fruit according to its kind.</w:t>
      </w:r>
      <w:r>
        <w:br/>
      </w:r>
      <w:r>
        <w:t xml:space="preserve">    (a) think deeply or carefully about</w:t>
      </w:r>
      <w:r>
        <w:br/>
      </w:r>
      <w:r>
        <w:t xml:space="preserve">    (b) produce</w:t>
      </w:r>
      <w:r>
        <w:br/>
      </w:r>
      <w:r>
        <w:t xml:space="preserve">    (c) stop (something from happening)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Vengeance</w:t>
      </w:r>
      <w:r>
        <w:rPr>
          <w:b/>
          <w:bCs/>
        </w:rPr>
        <w:t xml:space="preserve"> </w:t>
      </w:r>
      <w:r>
        <w:rPr>
          <w:b/>
          <w:bCs/>
        </w:rPr>
        <w:t xml:space="preserve">and retribution require a long time; it is the rule.</w:t>
      </w:r>
      <w:r>
        <w:br/>
      </w:r>
      <w:r>
        <w:t xml:space="preserve">    (a) something made from parts</w:t>
      </w:r>
      <w:r>
        <w:br/>
      </w:r>
      <w:r>
        <w:t xml:space="preserve">    (b) something that stands out</w:t>
      </w:r>
      <w:r>
        <w:br/>
      </w:r>
      <w:r>
        <w:t xml:space="preserve">    (c) the act of taking revenge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latent</w:t>
      </w:r>
      <w:r>
        <w:rPr>
          <w:b/>
          <w:bCs/>
        </w:rPr>
        <w:t xml:space="preserve"> </w:t>
      </w:r>
      <w:r>
        <w:rPr>
          <w:b/>
          <w:bCs/>
        </w:rPr>
        <w:t xml:space="preserve">uneasiness in Darnay's mind was roused to vigourous life by this letter.</w:t>
      </w:r>
      <w:r>
        <w:br/>
      </w:r>
      <w:r>
        <w:t xml:space="preserve">    (a) relating to logical examination to improve understanding</w:t>
      </w:r>
      <w:r>
        <w:br/>
      </w:r>
      <w:r>
        <w:t xml:space="preserve">    (b) the characteristic of tending to think back about things</w:t>
      </w:r>
      <w:r>
        <w:br/>
      </w:r>
      <w:r>
        <w:t xml:space="preserve">    (c) potentially existing but not presently active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word "wife" seemed to serve as a gloomy reminder to Defarge, to say with sudden impatience, "In the name of that sharp female newly-born, and called La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Guillotine</w:t>
      </w:r>
      <w:r>
        <w:rPr>
          <w:b/>
          <w:bCs/>
        </w:rPr>
        <w:t xml:space="preserve">, why did you come to France?"</w:t>
      </w:r>
      <w:r>
        <w:br/>
      </w:r>
      <w:r>
        <w:t xml:space="preserve">    (a) accept someone's membership though a special procedure such as a ceremony and/or period of instruction and/or test</w:t>
      </w:r>
      <w:r>
        <w:br/>
      </w:r>
      <w:r>
        <w:t xml:space="preserve">    (b) a device used to behead people (most associated with the French Revolution); or executing someone in such a manner</w:t>
      </w:r>
      <w:r>
        <w:br/>
      </w:r>
      <w:r>
        <w:t xml:space="preserve">    (c) a method of artistic painting on a wall by using watercolors on wet plaster; or the painting made in such a manner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might think it was contrived, in case of the worse,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convey</w:t>
      </w:r>
      <w:r>
        <w:rPr>
          <w:b/>
          <w:bCs/>
        </w:rPr>
        <w:t xml:space="preserve"> </w:t>
      </w:r>
      <w:r>
        <w:rPr>
          <w:b/>
          <w:bCs/>
        </w:rPr>
        <w:t xml:space="preserve">to him the means of anticipating the sentence.</w:t>
      </w:r>
      <w:r>
        <w:br/>
      </w:r>
      <w:r>
        <w:t xml:space="preserve">    (a) communicate or express</w:t>
      </w:r>
      <w:r>
        <w:br/>
      </w:r>
      <w:r>
        <w:t xml:space="preserve">    (b) mirror back (an image)</w:t>
      </w:r>
      <w:r>
        <w:br/>
      </w:r>
      <w:r>
        <w:t xml:space="preserve">    (c) create dramatic change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denounce</w:t>
      </w:r>
      <w:r>
        <w:rPr>
          <w:b/>
          <w:bCs/>
        </w:rPr>
        <w:t xml:space="preserve"> </w:t>
      </w:r>
      <w:r>
        <w:rPr>
          <w:b/>
          <w:bCs/>
        </w:rPr>
        <w:t xml:space="preserve">them to Heaven and to earth.</w:t>
      </w:r>
      <w:r>
        <w:br/>
      </w:r>
      <w:r>
        <w:t xml:space="preserve">    (a) to strongly criticize or accuse publicly</w:t>
      </w:r>
      <w:r>
        <w:br/>
      </w:r>
      <w:r>
        <w:t xml:space="preserve">    (b) remove or suppress anything considered obscene, immoral, or politically unacceptable  OR  a person who does such suppression</w:t>
      </w:r>
      <w:r>
        <w:br/>
      </w:r>
      <w:r>
        <w:t xml:space="preserve">    (c) to corrupt or seduce from virtue, duty, or allegiance  OR  excessive drinking, casual sex, and/or drug abuse while partying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My husband, fellow-citizen, is a good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Republican</w:t>
      </w:r>
      <w:r>
        <w:rPr>
          <w:b/>
          <w:bCs/>
        </w:rPr>
        <w:t xml:space="preserve"> </w:t>
      </w:r>
      <w:r>
        <w:rPr>
          <w:b/>
          <w:bCs/>
        </w:rPr>
        <w:t xml:space="preserve">and a bold man; he has deserved well of the Republic, and possesses its confidence.</w:t>
      </w:r>
      <w:r>
        <w:br/>
      </w:r>
      <w:r>
        <w:t xml:space="preserve">    (a) of an organism in the early stages of development prior to birth, hatching, or sprouting  OR  of anything in an early stage of development</w:t>
      </w:r>
      <w:r>
        <w:br/>
      </w:r>
      <w:r>
        <w:t xml:space="preserve">    (b) relating to a Christian ceremony signifying spiritual cleansing and rebirth  OR  relating to a challenging experience that initiates or purifies</w:t>
      </w:r>
      <w:r>
        <w:br/>
      </w:r>
      <w:r>
        <w:t xml:space="preserve">    (c) of a system of government in which a majority of citizens elect representatives to make laws; or someone in favor of such a form of government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see him winning it so well, that my name is made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illustrious</w:t>
      </w:r>
      <w:r>
        <w:rPr>
          <w:b/>
          <w:bCs/>
        </w:rPr>
        <w:t xml:space="preserve"> </w:t>
      </w:r>
      <w:r>
        <w:rPr>
          <w:b/>
          <w:bCs/>
        </w:rPr>
        <w:t xml:space="preserve">there by the light of his.</w:t>
      </w:r>
      <w:r>
        <w:br/>
      </w:r>
      <w:r>
        <w:t xml:space="preserve">    (a) able to be taken up or received into heaven</w:t>
      </w:r>
      <w:r>
        <w:br/>
      </w:r>
      <w:r>
        <w:t xml:space="preserve">    (b) famous and admired; or worthy of admiration</w:t>
      </w:r>
      <w:r>
        <w:br/>
      </w:r>
      <w:r>
        <w:t xml:space="preserve">    (c) the state or degree of being bad or harmful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2026-07-31T14:24:23Z</dcterms:created>
  <dcterms:modified xsi:type="dcterms:W3CDTF">2026-07-31T14:24:23Z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