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1268b7ace51742bd652ff15fb01b6bedd4b45e"/>
    <w:p>
      <w:pPr>
        <w:pStyle w:val="Heading1"/>
      </w:pPr>
      <w:r>
        <w:rPr>
          <w:b/>
          <w:bCs/>
        </w:rPr>
        <w:t xml:space="preserve">A Tale of Two Cities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stillness consequent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cessation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rumbling and labouring of the coach, added to the stillness of the night, made it very quiet indeed.</w:t>
      </w:r>
      <w:r>
        <w:br/>
      </w:r>
      <w:r>
        <w:t xml:space="preserve">    (a) difference</w:t>
      </w:r>
      <w:r>
        <w:br/>
      </w:r>
      <w:r>
        <w:t xml:space="preserve">    (b) a stopping</w:t>
      </w:r>
      <w:r>
        <w:br/>
      </w:r>
      <w:r>
        <w:t xml:space="preserve">    (c) thigh bone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"Don't do it!" said Mr. Crunches looking about, as if he rather expected to see the loaf disappear under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efficacy</w:t>
      </w:r>
      <w:r>
        <w:rPr>
          <w:b/>
          <w:bCs/>
        </w:rPr>
        <w:t xml:space="preserve"> </w:t>
      </w:r>
      <w:r>
        <w:rPr>
          <w:b/>
          <w:bCs/>
        </w:rPr>
        <w:t xml:space="preserve">of his wife's petitions.</w:t>
      </w:r>
      <w:r>
        <w:br/>
      </w:r>
      <w:r>
        <w:t xml:space="preserve">    (a) effectiveness</w:t>
      </w:r>
      <w:r>
        <w:br/>
      </w:r>
      <w:r>
        <w:t xml:space="preserve">    (b) challengeable</w:t>
      </w:r>
      <w:r>
        <w:br/>
      </w:r>
      <w:r>
        <w:t xml:space="preserve">    (c) painted white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ancient clerk deliberately folded and superscribed the note, Mr. Cruncher, after surveying him in silence until he came to the blotting-paper stage, remarked: "I suppose they'll be trying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Forgeries</w:t>
      </w:r>
      <w:r>
        <w:rPr>
          <w:b/>
          <w:bCs/>
        </w:rPr>
        <w:t xml:space="preserve"> </w:t>
      </w:r>
      <w:r>
        <w:rPr>
          <w:b/>
          <w:bCs/>
        </w:rPr>
        <w:t xml:space="preserve">this morning?"</w:t>
      </w:r>
      <w:r>
        <w:br/>
      </w:r>
      <w:r>
        <w:t xml:space="preserve">    (a) laws developed by governmental groups in contrast to common law (based on custom and precedent)</w:t>
      </w:r>
      <w:r>
        <w:br/>
      </w:r>
      <w:r>
        <w:t xml:space="preserve">    (b) someone who was bound by a signed or forced contract to work without wages for a period of time</w:t>
      </w:r>
      <w:r>
        <w:br/>
      </w:r>
      <w:r>
        <w:t xml:space="preserve">    (c) things that are represented as real even though they are fake; or the making of such fake items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That, he (Mr. Attorney-General) was prepared to hear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disparagement</w:t>
      </w:r>
      <w:r>
        <w:rPr>
          <w:b/>
          <w:bCs/>
        </w:rPr>
        <w:t xml:space="preserve"> </w:t>
      </w:r>
      <w:r>
        <w:rPr>
          <w:b/>
          <w:bCs/>
        </w:rPr>
        <w:t xml:space="preserve">attempted of this admirable servant; but that, in a general way, he preferred him to his (Mr. Attorney-General's) brothers and sisters, and honoured him more than his (Mr. Attorney-General's) father and mother.</w:t>
      </w:r>
      <w:r>
        <w:br/>
      </w:r>
      <w:r>
        <w:t xml:space="preserve">    (a) the process of controlling (how something turns out)</w:t>
      </w:r>
      <w:r>
        <w:br/>
      </w:r>
      <w:r>
        <w:t xml:space="preserve">    (b) criticism</w:t>
      </w:r>
      <w:r>
        <w:br/>
      </w:r>
      <w:r>
        <w:t xml:space="preserve">    (c) the taking on or adoption of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there was no harm in his way of saying this: it was said laughingly, and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</w:t>
      </w:r>
      <w:r>
        <w:rPr>
          <w:b/>
          <w:bCs/>
        </w:rPr>
        <w:t xml:space="preserve"> </w:t>
      </w:r>
      <w:r>
        <w:rPr>
          <w:b/>
          <w:bCs/>
        </w:rPr>
        <w:t xml:space="preserve">the time.</w:t>
      </w:r>
      <w:r>
        <w:br/>
      </w:r>
      <w:r>
        <w:t xml:space="preserve">    (a) to think of something as true or likely, even though it is not known with certainty</w:t>
      </w:r>
      <w:r>
        <w:br/>
      </w:r>
      <w:r>
        <w:t xml:space="preserve">    (b) give authority, power, knowledge, or confidence to someone so they can do something</w:t>
      </w:r>
      <w:r>
        <w:br/>
      </w:r>
      <w:r>
        <w:t xml:space="preserve">    (c) to charm, enchant, or entertain someone; or to deceive -- especially through charm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man was the Farmer-General.</w:t>
      </w:r>
      <w:r>
        <w:br/>
      </w:r>
      <w:r>
        <w:t xml:space="preserve">    (a) the state or degree of having the ability to change for different situations</w:t>
      </w:r>
      <w:r>
        <w:br/>
      </w:r>
      <w:r>
        <w:t xml:space="preserve">    (b) magnificent (impressively wonderful) -- often indicating something expensive</w:t>
      </w:r>
      <w:r>
        <w:br/>
      </w:r>
      <w:r>
        <w:t xml:space="preserve">    (c) the quality of behaving in an instinctive, uninhibited, and unplanned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one who pretended to do nothing but plunder and forage where he could, the Farmer-General—howsoever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matrimonial</w:t>
      </w:r>
      <w:r>
        <w:rPr>
          <w:b/>
          <w:bCs/>
        </w:rPr>
        <w:t xml:space="preserve"> </w:t>
      </w:r>
      <w:r>
        <w:rPr>
          <w:b/>
          <w:bCs/>
        </w:rPr>
        <w:t xml:space="preserve">relations conduced to social morality—was at least the greatest reality among the personages who attended at the hotel of Monseigneur that day.</w:t>
      </w:r>
      <w:r>
        <w:br/>
      </w:r>
      <w:r>
        <w:t xml:space="preserve">    (a) marriage (or related to marriage)</w:t>
      </w:r>
      <w:r>
        <w:br/>
      </w:r>
      <w:r>
        <w:t xml:space="preserve">    (b) able to be stopped from happening</w:t>
      </w:r>
      <w:r>
        <w:br/>
      </w:r>
      <w:r>
        <w:t xml:space="preserve">    (c) improper, awkward, or unfavorable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fashion of the last Louis but one, of the line that was never to break —the fourteenth Louis—was conspicuous in their rich furniture; but,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diversified</w:t>
      </w:r>
      <w:r>
        <w:rPr>
          <w:b/>
          <w:bCs/>
        </w:rPr>
        <w:t xml:space="preserve"> </w:t>
      </w:r>
      <w:r>
        <w:rPr>
          <w:b/>
          <w:bCs/>
        </w:rPr>
        <w:t xml:space="preserve">by many objects that were illustrations of old pages in the history of France.</w:t>
      </w:r>
      <w:r>
        <w:br/>
      </w:r>
      <w:r>
        <w:t xml:space="preserve">    (a) stopped fighting</w:t>
      </w:r>
      <w:r>
        <w:br/>
      </w:r>
      <w:r>
        <w:t xml:space="preserve">    (b) made more varied</w:t>
      </w:r>
      <w:r>
        <w:br/>
      </w:r>
      <w:r>
        <w:t xml:space="preserve">    (c) jumped or leaped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of the people of the chateau, and some of those of the posting-house, and all the taxing authorities, were armed more or less, and were crowded on the other side of the little street in a purposeless way, that was highly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nothing.</w:t>
      </w:r>
      <w:r>
        <w:br/>
      </w:r>
      <w:r>
        <w:t xml:space="preserve">    (a) full of negative things; or marked by or causing distress</w:t>
      </w:r>
      <w:r>
        <w:br/>
      </w:r>
      <w:r>
        <w:t xml:space="preserve">    (b) the state of not being aware or concerned about something</w:t>
      </w:r>
      <w:r>
        <w:br/>
      </w:r>
      <w:r>
        <w:t xml:space="preserve">    (c) a state similar to sleep where one is unaware of anything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"Yes?" said the Doctor, with evident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</w:t>
      </w:r>
      <w:r>
        <w:rPr>
          <w:b/>
          <w:bCs/>
        </w:rPr>
        <w:t xml:space="preserve">.</w:t>
      </w:r>
      <w:r>
        <w:br/>
      </w:r>
      <w:r>
        <w:t xml:space="preserve">    (a) lacking experience or sophistication</w:t>
      </w:r>
      <w:r>
        <w:br/>
      </w:r>
      <w:r>
        <w:t xml:space="preserve">    (b) a Muslim religious teacher or leader</w:t>
      </w:r>
      <w:r>
        <w:br/>
      </w:r>
      <w:r>
        <w:t xml:space="preserve">    (c) something that limits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No. But the life I lead, Miss Manette, is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conducive</w:t>
      </w:r>
      <w:r>
        <w:rPr>
          <w:b/>
          <w:bCs/>
        </w:rPr>
        <w:t xml:space="preserve"> </w:t>
      </w:r>
      <w:r>
        <w:rPr>
          <w:b/>
          <w:bCs/>
        </w:rPr>
        <w:t xml:space="preserve">to health.</w:t>
      </w:r>
      <w:r>
        <w:br/>
      </w:r>
      <w:r>
        <w:t xml:space="preserve">    (a) helpful; or tending to contribute (to something)</w:t>
      </w:r>
      <w:r>
        <w:br/>
      </w:r>
      <w:r>
        <w:t xml:space="preserve">    (b) tending to have excessively unfavorable opinions</w:t>
      </w:r>
      <w:r>
        <w:br/>
      </w:r>
      <w:r>
        <w:t xml:space="preserve">    (c) the state or degree of criticism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imitated the action of a man's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forward by the butt-ends of muskets.</w:t>
      </w:r>
      <w:r>
        <w:br/>
      </w:r>
      <w:r>
        <w:t xml:space="preserve">    (a) made appropriate in size, amount, or degree</w:t>
      </w:r>
      <w:r>
        <w:br/>
      </w:r>
      <w:r>
        <w:t xml:space="preserve">    (b) concentrated, look at, or paid attention to</w:t>
      </w:r>
      <w:r>
        <w:br/>
      </w:r>
      <w:r>
        <w:t xml:space="preserve">    (c) to make someone feel they must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...as if he had never heard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ubiquitous</w:t>
      </w:r>
      <w:r>
        <w:rPr>
          <w:b/>
          <w:bCs/>
        </w:rPr>
        <w:t xml:space="preserve"> </w:t>
      </w:r>
      <w:r>
        <w:rPr>
          <w:b/>
          <w:bCs/>
        </w:rPr>
        <w:t xml:space="preserve">Jacques in his time.</w:t>
      </w:r>
      <w:r>
        <w:br/>
      </w:r>
      <w:r>
        <w:t xml:space="preserve">    (a) being present everywhere</w:t>
      </w:r>
      <w:r>
        <w:br/>
      </w:r>
      <w:r>
        <w:t xml:space="preserve">    (b) lacking a tendency to be full of thought</w:t>
      </w:r>
      <w:r>
        <w:br/>
      </w:r>
      <w:r>
        <w:t xml:space="preserve">    (c) without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sagacity</w:t>
      </w:r>
      <w:r>
        <w:rPr>
          <w:b/>
          <w:bCs/>
        </w:rPr>
        <w:t xml:space="preserve">, knowledge, and experience, could put me on the right track, I might be able to do so much; unenlightened and undirected, I can do so little.</w:t>
      </w:r>
      <w:r>
        <w:br/>
      </w:r>
      <w:r>
        <w:t xml:space="preserve">    (a) wisdom -- especially through long experience and thoughtfulness</w:t>
      </w:r>
      <w:r>
        <w:br/>
      </w:r>
      <w:r>
        <w:t xml:space="preserve">    (b) memory</w:t>
      </w:r>
      <w:r>
        <w:br/>
      </w:r>
      <w:r>
        <w:t xml:space="preserve">    (c) battle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murky red and yellow sky, and a rising mist from the Seine,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denoted</w:t>
      </w:r>
      <w:r>
        <w:rPr>
          <w:b/>
          <w:bCs/>
        </w:rPr>
        <w:t xml:space="preserve"> </w:t>
      </w:r>
      <w:r>
        <w:rPr>
          <w:b/>
          <w:bCs/>
        </w:rPr>
        <w:t xml:space="preserve">the approach of darkness.</w:t>
      </w:r>
      <w:r>
        <w:br/>
      </w:r>
      <w:r>
        <w:t xml:space="preserve">    (a) embarrassed or self-conscious</w:t>
      </w:r>
      <w:r>
        <w:br/>
      </w:r>
      <w:r>
        <w:t xml:space="preserve">    (b) with rises and falls in pitch</w:t>
      </w:r>
      <w:r>
        <w:br/>
      </w:r>
      <w:r>
        <w:t xml:space="preserve">    (c) stand for or symbolize literally; or be a sign or indicator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Republic One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Indivisible</w:t>
      </w:r>
      <w:r>
        <w:rPr>
          <w:b/>
          <w:bCs/>
        </w:rPr>
        <w:t xml:space="preserve">.</w:t>
      </w:r>
      <w:r>
        <w:br/>
      </w:r>
      <w:r>
        <w:t xml:space="preserve">    (a) not relating to practice or belief that is long-established or was previously long-established</w:t>
      </w:r>
      <w:r>
        <w:br/>
      </w:r>
      <w:r>
        <w:t xml:space="preserve">    (b) relating to a residential area located near the outer edge of a city where it isn't as crowded</w:t>
      </w:r>
      <w:r>
        <w:br/>
      </w:r>
      <w:r>
        <w:t xml:space="preserve">    (c) impossible to separate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in math:  impossible to divide evenly without leaving a remainder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, that Samson.</w:t>
      </w:r>
      <w:r>
        <w:br/>
      </w:r>
      <w:r>
        <w:t xml:space="preserve">    (a) not tending to find fault</w:t>
      </w:r>
      <w:r>
        <w:br/>
      </w:r>
      <w:r>
        <w:t xml:space="preserve">    (b) comical in an unusual way</w:t>
      </w:r>
      <w:r>
        <w:br/>
      </w:r>
      <w:r>
        <w:t xml:space="preserve">    (c) able to be disagreed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Suspected and Denounced enemy of the Republic, Aristocrat, one of a family of tyrants, one of a race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proscribed</w:t>
      </w:r>
      <w:r>
        <w:rPr>
          <w:b/>
          <w:bCs/>
        </w:rPr>
        <w:t xml:space="preserve">, for that they had used their abolished privileges to the infamous oppression of the people.</w:t>
      </w:r>
      <w:r>
        <w:br/>
      </w:r>
      <w:r>
        <w:t xml:space="preserve">    (a) not hired, occupied, or booked</w:t>
      </w:r>
      <w:r>
        <w:br/>
      </w:r>
      <w:r>
        <w:t xml:space="preserve">    (b) developed or changed gradually</w:t>
      </w:r>
      <w:r>
        <w:br/>
      </w:r>
      <w:r>
        <w:t xml:space="preserve">    (c) disallowed or condemned as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know now, the natural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antipathy</w:t>
      </w:r>
      <w:r>
        <w:rPr>
          <w:b/>
          <w:bCs/>
        </w:rPr>
        <w:t xml:space="preserve"> </w:t>
      </w:r>
      <w:r>
        <w:rPr>
          <w:b/>
          <w:bCs/>
        </w:rPr>
        <w:t xml:space="preserve">you strove against, and conquered, for her dear sake.</w:t>
      </w:r>
      <w:r>
        <w:br/>
      </w:r>
      <w:r>
        <w:t xml:space="preserve">    (a) a fat compound</w:t>
      </w:r>
      <w:r>
        <w:br/>
      </w:r>
      <w:r>
        <w:t xml:space="preserve">    (b) a hoofed mamma</w:t>
      </w:r>
      <w:r>
        <w:br/>
      </w:r>
      <w:r>
        <w:t xml:space="preserve">    (c) strong dislike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Physical diseases,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vices and neglects of men, will seize on victims of all degrees;</w:t>
      </w:r>
      <w:r>
        <w:br/>
      </w:r>
      <w:r>
        <w:t xml:space="preserve">    (a) caused</w:t>
      </w:r>
      <w:r>
        <w:br/>
      </w:r>
      <w:r>
        <w:t xml:space="preserve">    (b) copied</w:t>
      </w:r>
      <w:r>
        <w:br/>
      </w:r>
      <w:r>
        <w:t xml:space="preserve">    (c) traded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2026-07-31T14:24:23Z</dcterms:created>
  <dcterms:modified xsi:type="dcterms:W3CDTF">2026-07-31T14:24:23Z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