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07e45ed0587d40790e6596030776f06581a67b"/>
    <w:p>
      <w:pPr>
        <w:pStyle w:val="Heading1"/>
      </w:pPr>
      <w:r>
        <w:rPr>
          <w:b/>
          <w:bCs/>
        </w:rPr>
        <w:t xml:space="preserve">A Streetcar Named Desire</w:t>
      </w:r>
      <w:r>
        <w:br/>
      </w:r>
      <w:r>
        <w:rPr>
          <w:i/>
          <w:iCs/>
        </w:rPr>
        <w:t xml:space="preserve">Tennessee Williams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passage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adapted</w:t>
      </w:r>
      <w:r>
        <w:rPr>
          <w:b/>
          <w:bCs/>
        </w:rPr>
        <w:t xml:space="preserve"> </w:t>
      </w:r>
      <w:r>
        <w:rPr>
          <w:b/>
          <w:bCs/>
        </w:rPr>
        <w:t xml:space="preserve">from Ralph Ellison,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Invisible Man</w:t>
      </w:r>
      <w:r>
        <w:rPr>
          <w:b/>
          <w:bCs/>
        </w:rPr>
        <w:t xml:space="preserve"> </w:t>
      </w:r>
      <w:r>
        <w:rPr>
          <w:b/>
          <w:bCs/>
        </w:rPr>
        <w:t xml:space="preserve">©1952.</w:t>
      </w:r>
      <w:r>
        <w:br/>
      </w:r>
      <w:r>
        <w:t xml:space="preserve">    (a) copied</w:t>
      </w:r>
      <w:r>
        <w:br/>
      </w:r>
      <w:r>
        <w:t xml:space="preserve">    (b) read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often see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amble</w:t>
      </w:r>
      <w:r>
        <w:rPr>
          <w:b/>
          <w:bCs/>
        </w:rPr>
        <w:t xml:space="preserve"> </w:t>
      </w:r>
      <w:r>
        <w:rPr>
          <w:b/>
          <w:bCs/>
        </w:rPr>
        <w:t xml:space="preserve">along the beach at sunset.</w:t>
      </w:r>
      <w:r>
        <w:br/>
      </w:r>
      <w:r>
        <w:t xml:space="preserve">    (a) jog</w:t>
      </w:r>
      <w:r>
        <w:br/>
      </w:r>
      <w:r>
        <w:t xml:space="preserve">    (b) walk leisurely</w:t>
      </w:r>
      <w:r>
        <w:br/>
      </w:r>
      <w:r>
        <w:t xml:space="preserve">    (c) power walk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so quiet; our breathing was the only 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audible</w:t>
      </w:r>
      <w:r>
        <w:rPr>
          <w:b/>
          <w:bCs/>
        </w:rPr>
        <w:t xml:space="preserve"> </w:t>
      </w:r>
      <w:r>
        <w:rPr>
          <w:b/>
          <w:bCs/>
        </w:rPr>
        <w:t xml:space="preserve">in the room.</w:t>
      </w:r>
      <w:r>
        <w:br/>
      </w:r>
      <w:r>
        <w:t xml:space="preserve">    (a) capable of being heard</w:t>
      </w:r>
      <w:r>
        <w:br/>
      </w:r>
      <w:r>
        <w:t xml:space="preserve">    (b) that was comforting</w:t>
      </w:r>
      <w:r>
        <w:br/>
      </w:r>
      <w:r>
        <w:t xml:space="preserve">    (c) making too much noise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such behavior.</w:t>
      </w:r>
      <w:r>
        <w:br/>
      </w:r>
      <w:r>
        <w:t xml:space="preserve">    (a) insure</w:t>
      </w:r>
      <w:r>
        <w:br/>
      </w:r>
      <w:r>
        <w:t xml:space="preserve">    (b) approve of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lot of people get into trouble by signing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contracts</w:t>
      </w:r>
      <w:r>
        <w:rPr>
          <w:b/>
          <w:bCs/>
        </w:rPr>
        <w:t xml:space="preserve"> </w:t>
      </w:r>
      <w:r>
        <w:rPr>
          <w:b/>
          <w:bCs/>
        </w:rPr>
        <w:t xml:space="preserve">they don't understand.</w:t>
      </w:r>
      <w:r>
        <w:br/>
      </w:r>
      <w:r>
        <w:t xml:space="preserve">    (a) written agreement with much small print</w:t>
      </w:r>
      <w:r>
        <w:br/>
      </w:r>
      <w:r>
        <w:t xml:space="preserve">    (b) written agreements that is enforceable by law</w:t>
      </w:r>
      <w:r>
        <w:br/>
      </w:r>
      <w:r>
        <w:t xml:space="preserve">    (c) written agreements with terms that are not specified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clumsy manner</w:t>
      </w:r>
      <w:r>
        <w:br/>
      </w:r>
      <w:r>
        <w:t xml:space="preserve">    (b) in a friendly manner</w:t>
      </w:r>
      <w:r>
        <w:br/>
      </w:r>
      <w:r>
        <w:t xml:space="preserve">    (c) in a hurried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deference</w:t>
      </w:r>
      <w:r>
        <w:rPr>
          <w:b/>
          <w:bCs/>
        </w:rPr>
        <w:t xml:space="preserve"> </w:t>
      </w:r>
      <w:r>
        <w:rPr>
          <w:b/>
          <w:bCs/>
        </w:rPr>
        <w:t xml:space="preserve">to the Hindu visitors, they did not serve beef.</w:t>
      </w:r>
      <w:r>
        <w:br/>
      </w:r>
      <w:r>
        <w:t xml:space="preserve">    (a) open dislike</w:t>
      </w:r>
      <w:r>
        <w:br/>
      </w:r>
      <w:r>
        <w:t xml:space="preserve">    (b) polite respect</w:t>
      </w:r>
      <w:r>
        <w:br/>
      </w:r>
      <w:r>
        <w:t xml:space="preserve">    (c) loud praise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discreet</w:t>
      </w:r>
      <w:r>
        <w:rPr>
          <w:b/>
          <w:bCs/>
        </w:rPr>
        <w:t xml:space="preserve"> </w:t>
      </w:r>
      <w:r>
        <w:rPr>
          <w:b/>
          <w:bCs/>
        </w:rPr>
        <w:t xml:space="preserve">in my investigation.</w:t>
      </w:r>
      <w:r>
        <w:br/>
      </w:r>
      <w:r>
        <w:t xml:space="preserve">    (a) subtle</w:t>
      </w:r>
      <w:r>
        <w:br/>
      </w:r>
      <w:r>
        <w:t xml:space="preserve">    (b) thorough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actor wore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jacket covered with bright sequins and gold trim.</w:t>
      </w:r>
      <w:r>
        <w:br/>
      </w:r>
      <w:r>
        <w:t xml:space="preserve">    (a) tastelessly showy</w:t>
      </w:r>
      <w:r>
        <w:br/>
      </w:r>
      <w:r>
        <w:t xml:space="preserve">    (b) plain and modest</w:t>
      </w:r>
      <w:r>
        <w:br/>
      </w:r>
      <w:r>
        <w:t xml:space="preserve">    (c) old and worn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for med school.</w:t>
      </w:r>
      <w:r>
        <w:br/>
      </w:r>
      <w:r>
        <w:t xml:space="preserve">    (a) kind</w:t>
      </w:r>
      <w:r>
        <w:br/>
      </w:r>
      <w:r>
        <w:t xml:space="preserve">    (b) calm</w:t>
      </w:r>
      <w:r>
        <w:br/>
      </w:r>
      <w:r>
        <w:t xml:space="preserve">    (c) lazy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expressed grief about</w:t>
      </w:r>
      <w:r>
        <w:br/>
      </w:r>
      <w:r>
        <w:t xml:space="preserve">    (b) made worse</w:t>
      </w:r>
      <w:r>
        <w:br/>
      </w:r>
      <w:r>
        <w:t xml:space="preserve">    (c) improved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ogre</w:t>
      </w:r>
      <w:r>
        <w:rPr>
          <w:b/>
          <w:bCs/>
        </w:rPr>
        <w:t xml:space="preserve"> </w:t>
      </w:r>
      <w:r>
        <w:rPr>
          <w:b/>
          <w:bCs/>
        </w:rPr>
        <w:t xml:space="preserve">in the story terrorized travelers passing through his forest.</w:t>
      </w:r>
      <w:r>
        <w:br/>
      </w:r>
      <w:r>
        <w:t xml:space="preserve">    (a) shepherd</w:t>
      </w:r>
      <w:r>
        <w:br/>
      </w:r>
      <w:r>
        <w:t xml:space="preserve">    (b) princess</w:t>
      </w:r>
      <w:r>
        <w:br/>
      </w:r>
      <w:r>
        <w:t xml:space="preserve">    (c) monster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the clouds looking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, I'm afraid there will be a bad storm.</w:t>
      </w:r>
      <w:r>
        <w:br/>
      </w:r>
      <w:r>
        <w:t xml:space="preserve">    (a) threatening</w:t>
      </w:r>
      <w:r>
        <w:br/>
      </w:r>
      <w:r>
        <w:t xml:space="preserve">    (b) fast-moving</w:t>
      </w:r>
      <w:r>
        <w:br/>
      </w:r>
      <w:r>
        <w:t xml:space="preserve">    (c) huge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English, most adjectives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</w:t>
      </w:r>
      <w:r>
        <w:rPr>
          <w:b/>
          <w:bCs/>
        </w:rPr>
        <w:t xml:space="preserve"> </w:t>
      </w:r>
      <w:r>
        <w:rPr>
          <w:b/>
          <w:bCs/>
        </w:rPr>
        <w:t xml:space="preserve">the noun they modify.</w:t>
      </w:r>
      <w:r>
        <w:br/>
      </w:r>
      <w:r>
        <w:t xml:space="preserve">    (a) describe</w:t>
      </w:r>
      <w:r>
        <w:br/>
      </w:r>
      <w:r>
        <w:t xml:space="preserve">    (b) go before</w:t>
      </w:r>
      <w:r>
        <w:br/>
      </w:r>
      <w:r>
        <w:t xml:space="preserve">    (c) follow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doctors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prescribe</w:t>
      </w:r>
      <w:r>
        <w:rPr>
          <w:b/>
          <w:bCs/>
        </w:rPr>
        <w:t xml:space="preserve"> </w:t>
      </w:r>
      <w:r>
        <w:rPr>
          <w:b/>
          <w:bCs/>
        </w:rPr>
        <w:t xml:space="preserve">simple lifestyle changes before medication.</w:t>
      </w:r>
      <w:r>
        <w:br/>
      </w:r>
      <w:r>
        <w:t xml:space="preserve">    (a) ignore</w:t>
      </w:r>
      <w:r>
        <w:br/>
      </w:r>
      <w:r>
        <w:t xml:space="preserve">    (b) delay</w:t>
      </w:r>
      <w:r>
        <w:br/>
      </w:r>
      <w:r>
        <w:t xml:space="preserve">    (c) recommend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yourself for things beyond your control.</w:t>
      </w:r>
      <w:r>
        <w:br/>
      </w:r>
      <w:r>
        <w:t xml:space="preserve">    (a) congratulate</w:t>
      </w:r>
      <w:r>
        <w:br/>
      </w:r>
      <w:r>
        <w:t xml:space="preserve">    (b) accept honor for</w:t>
      </w:r>
      <w:r>
        <w:br/>
      </w:r>
      <w:r>
        <w:t xml:space="preserve">    (c)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serene</w:t>
      </w:r>
      <w:r>
        <w:rPr>
          <w:b/>
          <w:bCs/>
        </w:rPr>
        <w:t xml:space="preserve"> </w:t>
      </w:r>
      <w:r>
        <w:rPr>
          <w:b/>
          <w:bCs/>
        </w:rPr>
        <w:t xml:space="preserve">even when he was yelling at her.</w:t>
      </w:r>
      <w:r>
        <w:br/>
      </w:r>
      <w:r>
        <w:t xml:space="preserve">    (a) calm</w:t>
      </w:r>
      <w:r>
        <w:br/>
      </w:r>
      <w:r>
        <w:t xml:space="preserve">    (b) unmoved</w:t>
      </w:r>
      <w:r>
        <w:br/>
      </w:r>
      <w:r>
        <w:t xml:space="preserve">    (c) aggressive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movie,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plot to kill people and harvest their organs.</w:t>
      </w:r>
      <w:r>
        <w:br/>
      </w:r>
      <w:r>
        <w:t xml:space="preserve">    (a) complicated</w:t>
      </w:r>
      <w:r>
        <w:br/>
      </w:r>
      <w:r>
        <w:t xml:space="preserve">    (b) clever</w:t>
      </w:r>
      <w:r>
        <w:br/>
      </w:r>
      <w:r>
        <w:t xml:space="preserve">    (c)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Scammers often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through fake phone calls.</w:t>
      </w:r>
      <w:r>
        <w:br/>
      </w:r>
      <w:r>
        <w:t xml:space="preserve">    (a) cheat or defraud</w:t>
      </w:r>
      <w:r>
        <w:br/>
      </w:r>
      <w:r>
        <w:t xml:space="preserve">    (b) warn or protect</w:t>
      </w:r>
      <w:r>
        <w:br/>
      </w:r>
      <w:r>
        <w:t xml:space="preserve">    (c) pay back 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vulgar</w:t>
      </w:r>
      <w:r>
        <w:rPr>
          <w:b/>
          <w:bCs/>
        </w:rPr>
        <w:t xml:space="preserve"> </w:t>
      </w:r>
      <w:r>
        <w:rPr>
          <w:b/>
          <w:bCs/>
        </w:rPr>
        <w:t xml:space="preserve">jokes embarrassed everyone at the formal dinner party.</w:t>
      </w:r>
      <w:r>
        <w:br/>
      </w:r>
      <w:r>
        <w:t xml:space="preserve">    (a) crude</w:t>
      </w:r>
      <w:r>
        <w:br/>
      </w:r>
      <w:r>
        <w:t xml:space="preserve">    (b) stale</w:t>
      </w:r>
      <w:r>
        <w:br/>
      </w:r>
      <w:r>
        <w:t xml:space="preserve">    (c) clever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2026-07-31T15:27:52Z</dcterms:created>
  <dcterms:modified xsi:type="dcterms:W3CDTF">2026-07-31T15:27:52Z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