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f94b070d9495563c599b6ee9ad98b4e21f6a3d"/>
    <w:p>
      <w:pPr>
        <w:pStyle w:val="Heading1"/>
      </w:pPr>
      <w:r>
        <w:rPr>
          <w:b/>
          <w:bCs/>
        </w:rPr>
        <w:t xml:space="preserve">A Streetcar Named Desire</w:t>
      </w:r>
      <w:r>
        <w:br/>
      </w:r>
      <w:r>
        <w:rPr>
          <w:i/>
          <w:iCs/>
        </w:rPr>
        <w:t xml:space="preserve">Tennessee Williams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honey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adulterated</w:t>
      </w:r>
      <w:r>
        <w:rPr>
          <w:b/>
          <w:bCs/>
        </w:rPr>
        <w:t xml:space="preserve">.</w:t>
      </w:r>
      <w:r>
        <w:br/>
      </w:r>
      <w:r>
        <w:t xml:space="preserve">    (a) inexpensive</w:t>
      </w:r>
      <w:r>
        <w:br/>
      </w:r>
      <w:r>
        <w:t xml:space="preserve">    (b) not pure</w:t>
      </w:r>
      <w:r>
        <w:br/>
      </w:r>
      <w:r>
        <w:t xml:space="preserve">    (c) organic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old hobby</w:t>
      </w:r>
      <w:r>
        <w:br/>
      </w:r>
      <w:r>
        <w:t xml:space="preserve">    (b) honest trait</w:t>
      </w:r>
      <w:r>
        <w:br/>
      </w:r>
      <w:r>
        <w:t xml:space="preserve">    (c) fake mannerism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is much more common in the movies than it is in life.</w:t>
      </w:r>
      <w:r>
        <w:br/>
      </w:r>
      <w:r>
        <w:t xml:space="preserve">    (a) loss of memory</w:t>
      </w:r>
      <w:r>
        <w:br/>
      </w:r>
      <w:r>
        <w:t xml:space="preserve">    (b) a minor gunshot wound</w:t>
      </w:r>
      <w:r>
        <w:br/>
      </w:r>
      <w:r>
        <w:t xml:space="preserve">    (c) love at first sight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her usual unworried,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self.</w:t>
      </w:r>
      <w:r>
        <w:br/>
      </w:r>
      <w:r>
        <w:t xml:space="preserve">    (a) sleepy</w:t>
      </w:r>
      <w:r>
        <w:br/>
      </w:r>
      <w:r>
        <w:t xml:space="preserve">    (b) carefree and happy</w:t>
      </w:r>
      <w:r>
        <w:br/>
      </w:r>
      <w:r>
        <w:t xml:space="preserve">    (c) busy and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burned in effigy</w:t>
      </w:r>
      <w:r>
        <w:rPr>
          <w:b/>
          <w:bCs/>
        </w:rPr>
        <w:t xml:space="preserve"> </w:t>
      </w:r>
      <w:r>
        <w:rPr>
          <w:b/>
          <w:bCs/>
        </w:rPr>
        <w:t xml:space="preserve">by the mob.</w:t>
      </w:r>
      <w:r>
        <w:br/>
      </w:r>
      <w:r>
        <w:t xml:space="preserve">    (a) burned in a bath of hot water</w:t>
      </w:r>
      <w:r>
        <w:br/>
      </w:r>
      <w:r>
        <w:t xml:space="preserve">    (b) a likeness that represented him was burned</w:t>
      </w:r>
      <w:r>
        <w:br/>
      </w:r>
      <w:r>
        <w:t xml:space="preserve">    (c) burned with tar and feathered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too young</w:t>
      </w:r>
      <w:r>
        <w:br/>
      </w:r>
      <w:r>
        <w:t xml:space="preserve">    (b) extremely poor</w:t>
      </w:r>
      <w:r>
        <w:br/>
      </w:r>
      <w:r>
        <w:t xml:space="preserve">    (c) among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 </w:t>
      </w:r>
      <w:r>
        <w:rPr>
          <w:b/>
          <w:bCs/>
        </w:rPr>
        <w:t xml:space="preserve">and in love with the wrong man.</w:t>
      </w:r>
      <w:r>
        <w:br/>
      </w:r>
      <w:r>
        <w:t xml:space="preserve">    (a) too confused</w:t>
      </w:r>
      <w:r>
        <w:br/>
      </w:r>
      <w:r>
        <w:t xml:space="preserve">    (b) too focused</w:t>
      </w:r>
      <w:r>
        <w:br/>
      </w:r>
      <w:r>
        <w:t xml:space="preserve">    (c) too trusting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new singer and talked about her constantly.</w:t>
      </w:r>
      <w:r>
        <w:br/>
      </w:r>
      <w:r>
        <w:t xml:space="preserve">    (a) slightly informed</w:t>
      </w:r>
      <w:r>
        <w:br/>
      </w:r>
      <w:r>
        <w:t xml:space="preserve">    (b) foolishly fascinated</w:t>
      </w:r>
      <w:r>
        <w:br/>
      </w:r>
      <w:r>
        <w:t xml:space="preserve">    (c) openly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Owls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hunters that rely on excellent vision in low light.</w:t>
      </w:r>
      <w:r>
        <w:br/>
      </w:r>
      <w:r>
        <w:t xml:space="preserve">    (a) nighttime-active</w:t>
      </w:r>
      <w:r>
        <w:br/>
      </w:r>
      <w:r>
        <w:t xml:space="preserve">    (b) ocean-dwelling</w:t>
      </w:r>
      <w:r>
        <w:br/>
      </w:r>
      <w:r>
        <w:t xml:space="preserve">    (c) long-tailed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lived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nomadic</w:t>
      </w:r>
      <w:r>
        <w:rPr>
          <w:b/>
          <w:bCs/>
        </w:rPr>
        <w:t xml:space="preserve"> </w:t>
      </w:r>
      <w:r>
        <w:rPr>
          <w:b/>
          <w:bCs/>
        </w:rPr>
        <w:t xml:space="preserve">lifestyle, never staying in one place for too long and always seeking new adventures.</w:t>
      </w:r>
      <w:r>
        <w:br/>
      </w:r>
      <w:r>
        <w:t xml:space="preserve">    (a) seeking thrills</w:t>
      </w:r>
      <w:r>
        <w:br/>
      </w:r>
      <w:r>
        <w:t xml:space="preserve">    (b) always staying near family</w:t>
      </w:r>
      <w:r>
        <w:br/>
      </w:r>
      <w:r>
        <w:t xml:space="preserve">    (c) moving form place to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dislikable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added some Gershwin to her piano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repertoire</w:t>
      </w:r>
      <w:r>
        <w:rPr>
          <w:b/>
          <w:bCs/>
        </w:rPr>
        <w:t xml:space="preserve">.</w:t>
      </w:r>
      <w:r>
        <w:br/>
      </w:r>
      <w:r>
        <w:t xml:space="preserve">    (a) favorites</w:t>
      </w:r>
      <w:r>
        <w:br/>
      </w:r>
      <w:r>
        <w:t xml:space="preserve">    (b) recordings</w:t>
      </w:r>
      <w:r>
        <w:br/>
      </w:r>
      <w:r>
        <w:t xml:space="preserve">    (c) capabilities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believes that.</w:t>
      </w:r>
      <w:r>
        <w:br/>
      </w:r>
      <w:r>
        <w:t xml:space="preserve">    (a) thoughtful</w:t>
      </w:r>
      <w:r>
        <w:br/>
      </w:r>
      <w:r>
        <w:t xml:space="preserve">    (b) under the age of 30</w:t>
      </w:r>
      <w:r>
        <w:br/>
      </w:r>
      <w:r>
        <w:t xml:space="preserve">    (c) trusted and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 your sources or you could be sued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slander</w:t>
      </w:r>
      <w:r>
        <w:rPr>
          <w:b/>
          <w:bCs/>
        </w:rPr>
        <w:t xml:space="preserve">.</w:t>
      </w:r>
      <w:r>
        <w:br/>
      </w:r>
      <w:r>
        <w:t xml:space="preserve">    (a) injuring others with outdated scientific information</w:t>
      </w:r>
      <w:r>
        <w:br/>
      </w:r>
      <w:r>
        <w:t xml:space="preserve">    (b) hurting someone's reputation by lying</w:t>
      </w:r>
      <w:r>
        <w:br/>
      </w:r>
      <w:r>
        <w:t xml:space="preserve">    (c) selling a product that is not suitable for its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claim has already been dismissed by the court.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false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bitter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protesters’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chants could be heard from blocks away.</w:t>
      </w:r>
      <w:r>
        <w:br/>
      </w:r>
      <w:r>
        <w:t xml:space="preserve">    (a) calm and composed</w:t>
      </w:r>
      <w:r>
        <w:br/>
      </w:r>
      <w:r>
        <w:t xml:space="preserve">    (b) unexpected or non-typical</w:t>
      </w:r>
      <w:r>
        <w:br/>
      </w:r>
      <w:r>
        <w:t xml:space="preserve">    (c) forceful or loud and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rude or unpleasant</w:t>
      </w:r>
      <w:r>
        <w:br/>
      </w:r>
      <w:r>
        <w:t xml:space="preserve">    (c) drunken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2026-07-31T15:27:52Z</dcterms:created>
  <dcterms:modified xsi:type="dcterms:W3CDTF">2026-07-31T15:27:52Z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