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89a2180b9fa29fd0ff2dc7ba9df94ecc224d6b"/>
    <w:p>
      <w:pPr>
        <w:pStyle w:val="Heading1"/>
      </w:pPr>
      <w:r>
        <w:rPr>
          <w:b/>
          <w:bCs/>
        </w:rPr>
        <w:t xml:space="preserve">A Streetcar Named Desire</w:t>
      </w:r>
      <w:r>
        <w:br/>
      </w:r>
      <w:r>
        <w:rPr>
          <w:i/>
          <w:iCs/>
        </w:rPr>
        <w:t xml:space="preserve">Tennessee Williams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 guess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contract</w:t>
      </w:r>
      <w:r>
        <w:rPr>
          <w:b/>
          <w:bCs/>
        </w:rPr>
        <w:t xml:space="preserve"> </w:t>
      </w:r>
      <w:r>
        <w:rPr>
          <w:b/>
          <w:bCs/>
        </w:rPr>
        <w:t xml:space="preserve">we signed is full of loopholes?</w:t>
      </w:r>
      <w:r>
        <w:br/>
      </w:r>
      <w:r>
        <w:t xml:space="preserve">    (a) suntanned; or reddish-brown or yellowish-brown in color</w:t>
      </w:r>
      <w:r>
        <w:br/>
      </w:r>
      <w:r>
        <w:t xml:space="preserve">    (b) view in a certain way so as to form a belief or opinion</w:t>
      </w:r>
      <w:r>
        <w:br/>
      </w:r>
      <w:r>
        <w:t xml:space="preserve">    (c) written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...like you handled that operation you done on my daughter,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discreetly</w:t>
      </w:r>
      <w:r>
        <w:rPr>
          <w:b/>
          <w:bCs/>
        </w:rPr>
        <w:t xml:space="preserve"> </w:t>
      </w:r>
      <w:r>
        <w:rPr>
          <w:b/>
          <w:bCs/>
        </w:rPr>
        <w:t xml:space="preserve">that a hillbilly Heckler is shouting me questions about it wherever I speak?</w:t>
      </w:r>
      <w:r>
        <w:br/>
      </w:r>
      <w:r>
        <w:t xml:space="preserve">    (a) in a manner related to obtaining pleasure from inflicting pain on others</w:t>
      </w:r>
      <w:r>
        <w:br/>
      </w:r>
      <w:r>
        <w:t xml:space="preserve">    (b) in the manner of someone who believes oneself morally superior to others</w:t>
      </w:r>
      <w:r>
        <w:br/>
      </w:r>
      <w:r>
        <w:t xml:space="preserve">    (c) in a manner that is unlikely to attract attention or cause embarrassment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prescription</w:t>
      </w:r>
      <w:r>
        <w:rPr>
          <w:b/>
          <w:bCs/>
        </w:rPr>
        <w:t xml:space="preserve"> </w:t>
      </w:r>
      <w:r>
        <w:rPr>
          <w:b/>
          <w:bCs/>
        </w:rPr>
        <w:t xml:space="preserve">for that cough</w:t>
      </w:r>
      <w:r>
        <w:br/>
      </w:r>
      <w:r>
        <w:t xml:space="preserve">    (a) lymph node -- one of many bean-sized organs that filter bacteria and other toxins from circulating white-blood-cell filled lymph fluid</w:t>
      </w:r>
      <w:r>
        <w:br/>
      </w:r>
      <w:r>
        <w:t xml:space="preserve">    (b) medical instructions written by a doctor</w:t>
      </w:r>
      <w:r>
        <w:br/>
      </w:r>
      <w:r>
        <w:t xml:space="preserve">    (c) submissiveness -- often an attitude of someone who is so submissive or eager to serve and please that they seem to lack self-respect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deferentially</w:t>
      </w:r>
      <w:r>
        <w:br/>
      </w:r>
      <w:r>
        <w:t xml:space="preserve">    (a) in a specific order</w:t>
      </w:r>
      <w:r>
        <w:br/>
      </w:r>
      <w:r>
        <w:t xml:space="preserve">    (b) not done on purpose</w:t>
      </w:r>
      <w:r>
        <w:br/>
      </w:r>
      <w:r>
        <w:t xml:space="preserve">    (c) with polite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are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ominous</w:t>
      </w:r>
      <w:r>
        <w:rPr>
          <w:b/>
          <w:bCs/>
        </w:rPr>
        <w:t xml:space="preserve"> </w:t>
      </w:r>
      <w:r>
        <w:rPr>
          <w:b/>
          <w:bCs/>
        </w:rPr>
        <w:t xml:space="preserve">in their attitudes.</w:t>
      </w:r>
      <w:r>
        <w:br/>
      </w:r>
      <w:r>
        <w:t xml:space="preserve">    (a) threatening (suggestive of, or foreshadowing bad things to come)</w:t>
      </w:r>
      <w:r>
        <w:br/>
      </w:r>
      <w:r>
        <w:t xml:space="preserve">    (b) huge</w:t>
      </w:r>
      <w:r>
        <w:br/>
      </w:r>
      <w:r>
        <w:t xml:space="preserve">    (c) comforting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all, that would be a bad incident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</w:t>
      </w:r>
      <w:r>
        <w:rPr>
          <w:b/>
          <w:bCs/>
        </w:rPr>
        <w:t xml:space="preserve"> </w:t>
      </w:r>
      <w:r>
        <w:rPr>
          <w:b/>
          <w:bCs/>
        </w:rPr>
        <w:t xml:space="preserve">the Boss's all-South-wide to appearance ...and they all know it.</w:t>
      </w:r>
      <w:r>
        <w:br/>
      </w:r>
      <w:r>
        <w:t xml:space="preserve">    (a) to go or do before</w:t>
      </w:r>
      <w:r>
        <w:br/>
      </w:r>
      <w:r>
        <w:t xml:space="preserve">    (b) come to terms with</w:t>
      </w:r>
      <w:r>
        <w:br/>
      </w:r>
      <w:r>
        <w:t xml:space="preserve">    (c) notable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day I've kept hearing a sort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</w:t>
      </w:r>
      <w:r>
        <w:rPr>
          <w:b/>
          <w:bCs/>
        </w:rPr>
        <w:t xml:space="preserve"> </w:t>
      </w:r>
      <w:r>
        <w:rPr>
          <w:b/>
          <w:bCs/>
        </w:rPr>
        <w:t xml:space="preserve">that drifts through the air of this place. It says, 'Lost, lost, never to be found again.'</w:t>
      </w:r>
      <w:r>
        <w:br/>
      </w:r>
      <w:r>
        <w:t xml:space="preserve">    (a) an expression of grief</w:t>
      </w:r>
      <w:r>
        <w:br/>
      </w:r>
      <w:r>
        <w:t xml:space="preserve">    (b) make or cause to become</w:t>
      </w:r>
      <w:r>
        <w:br/>
      </w:r>
      <w:r>
        <w:t xml:space="preserve">    (c) gradually add or remove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condone</w:t>
      </w:r>
      <w:r>
        <w:rPr>
          <w:b/>
          <w:bCs/>
        </w:rPr>
        <w:t xml:space="preserve"> </w:t>
      </w:r>
      <w:r>
        <w:rPr>
          <w:b/>
          <w:bCs/>
        </w:rPr>
        <w:t xml:space="preserve">the operation</w:t>
      </w:r>
      <w:r>
        <w:br/>
      </w:r>
      <w:r>
        <w:t xml:space="preserve">    (a) move from more general to more specific</w:t>
      </w:r>
      <w:r>
        <w:br/>
      </w:r>
      <w:r>
        <w:t xml:space="preserve">    (b) not answer questions; or block progress</w:t>
      </w:r>
      <w:r>
        <w:br/>
      </w:r>
      <w:r>
        <w:t xml:space="preserve">    (c) approve of; or accept without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climbed back alone up the beanstalk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ogre</w:t>
      </w:r>
      <w:r>
        <w:rPr>
          <w:b/>
          <w:bCs/>
        </w:rPr>
        <w:t xml:space="preserve">'s country where I live, now, alone.</w:t>
      </w:r>
      <w:r>
        <w:br/>
      </w:r>
      <w:r>
        <w:t xml:space="preserve">    (a) an elected government representative who (with fellow representatives) has the power to create laws</w:t>
      </w:r>
      <w:r>
        <w:br/>
      </w:r>
      <w:r>
        <w:t xml:space="preserve">    (b) someone who persuades someone to want something (often sex or love) by tempting with something desired</w:t>
      </w:r>
      <w:r>
        <w:br/>
      </w:r>
      <w:r>
        <w:t xml:space="preserve">    (c) a frightening giant from fairy tales, especially one who eats people; or a cruel or terrifying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know that you're bound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</w:t>
      </w:r>
      <w:r>
        <w:rPr>
          <w:b/>
          <w:bCs/>
        </w:rPr>
        <w:t xml:space="preserve"> </w:t>
      </w:r>
      <w:r>
        <w:rPr>
          <w:b/>
          <w:bCs/>
        </w:rPr>
        <w:t xml:space="preserve">me - but before you do take into consideration - you left!</w:t>
      </w:r>
      <w:r>
        <w:br/>
      </w:r>
      <w:r>
        <w:t xml:space="preserve">    (a) to spread to other parts of the body</w:t>
      </w:r>
      <w:r>
        <w:br/>
      </w:r>
      <w:r>
        <w:t xml:space="preserve">    (b) move into position to work; or start</w:t>
      </w:r>
      <w:r>
        <w:br/>
      </w:r>
      <w:r>
        <w:t xml:space="preserve">    (c) criticize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looks to me like you have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swindled</w:t>
      </w:r>
      <w:r>
        <w:rPr>
          <w:b/>
          <w:bCs/>
        </w:rPr>
        <w:t xml:space="preserve">, baby, and when you're swindled under the Napoleonic code I'm swindled too.</w:t>
      </w:r>
      <w:r>
        <w:br/>
      </w:r>
      <w:r>
        <w:t xml:space="preserve">    (a) tricked or cheated someone -- usually to get money</w:t>
      </w:r>
      <w:r>
        <w:br/>
      </w:r>
      <w:r>
        <w:t xml:space="preserve">    (b) supported by providing money or other economic aid</w:t>
      </w:r>
      <w:r>
        <w:br/>
      </w:r>
      <w:r>
        <w:t xml:space="preserve">    (c) prepared food in a way that keeps it from spoiling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Blanche: I understand there's to be a little card party to which we ladies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 </w:t>
      </w:r>
      <w:r>
        <w:rPr>
          <w:b/>
          <w:bCs/>
        </w:rPr>
        <w:t xml:space="preserve">not invited.</w:t>
      </w:r>
      <w:r>
        <w:br/>
      </w:r>
      <w:r>
        <w:t xml:space="preserve">    (a) in a pleasing way</w:t>
      </w:r>
      <w:r>
        <w:br/>
      </w:r>
      <w:r>
        <w:t xml:space="preserve">    (b) in a friendly way</w:t>
      </w:r>
      <w:r>
        <w:br/>
      </w:r>
      <w:r>
        <w:t xml:space="preserve">    (c) in a skillful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Stanley: What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Ambler</w:t>
      </w:r>
      <w:r>
        <w:rPr>
          <w:b/>
          <w:bCs/>
        </w:rPr>
        <w:t xml:space="preserve"> </w:t>
      </w:r>
      <w:r>
        <w:rPr>
          <w:b/>
          <w:bCs/>
        </w:rPr>
        <w:t xml:space="preserve">&amp; Ambler?</w:t>
      </w:r>
      <w:r>
        <w:br/>
      </w:r>
      <w:r>
        <w:t xml:space="preserve">    (a) someone who walks leisurely</w:t>
      </w:r>
      <w:r>
        <w:br/>
      </w:r>
      <w:r>
        <w:t xml:space="preserve">    (b) people making fun of others</w:t>
      </w:r>
      <w:r>
        <w:br/>
      </w:r>
      <w:r>
        <w:t xml:space="preserve">    (c) someone who walks leisurely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raises her arms and stretches, as she moves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indolently</w:t>
      </w:r>
      <w:r>
        <w:rPr>
          <w:b/>
          <w:bCs/>
        </w:rPr>
        <w:t xml:space="preserve"> </w:t>
      </w:r>
      <w:r>
        <w:rPr>
          <w:b/>
          <w:bCs/>
        </w:rPr>
        <w:t xml:space="preserve">back to the chair.</w:t>
      </w:r>
      <w:r>
        <w:br/>
      </w:r>
      <w:r>
        <w:t xml:space="preserve">    (a) lazily</w:t>
      </w:r>
      <w:r>
        <w:br/>
      </w:r>
      <w:r>
        <w:t xml:space="preserve">    (b) really</w:t>
      </w:r>
      <w:r>
        <w:br/>
      </w:r>
      <w:r>
        <w:t xml:space="preserve">    (c) mainly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Blanche: I can't stand a naked light bulb, any more than I can a rude remark or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vulgar</w:t>
      </w:r>
      <w:r>
        <w:rPr>
          <w:b/>
          <w:bCs/>
        </w:rPr>
        <w:t xml:space="preserve"> </w:t>
      </w:r>
      <w:r>
        <w:rPr>
          <w:b/>
          <w:bCs/>
        </w:rPr>
        <w:t xml:space="preserve">action.</w:t>
      </w:r>
      <w:r>
        <w:br/>
      </w:r>
      <w:r>
        <w:t xml:space="preserve">    (a) the state of being unaware of one's mental activity</w:t>
      </w:r>
      <w:r>
        <w:br/>
      </w:r>
      <w:r>
        <w:t xml:space="preserve">    (b) of bad taste (crude, offensive, or unsophisticated)</w:t>
      </w:r>
      <w:r>
        <w:br/>
      </w:r>
      <w:r>
        <w:t xml:space="preserve">    (c) increasing reason or general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Blanche: I'm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adaptable</w:t>
      </w:r>
      <w:r>
        <w:rPr>
          <w:b/>
          <w:bCs/>
        </w:rPr>
        <w:t xml:space="preserve"> </w:t>
      </w:r>
      <w:r>
        <w:rPr>
          <w:b/>
          <w:bCs/>
        </w:rPr>
        <w:t xml:space="preserve">— to circumstances.</w:t>
      </w:r>
      <w:r>
        <w:br/>
      </w:r>
      <w:r>
        <w:t xml:space="preserve">    (a) able to be taken up or received into heaven</w:t>
      </w:r>
      <w:r>
        <w:br/>
      </w:r>
      <w:r>
        <w:t xml:space="preserve">    (b) the quality of not working or not operating</w:t>
      </w:r>
      <w:r>
        <w:br/>
      </w:r>
      <w:r>
        <w:t xml:space="preserve">    (c) able to change to fit a different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face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serene</w:t>
      </w:r>
      <w:r>
        <w:rPr>
          <w:b/>
          <w:bCs/>
        </w:rPr>
        <w:t xml:space="preserve"> </w:t>
      </w:r>
      <w:r>
        <w:rPr>
          <w:b/>
          <w:bCs/>
        </w:rPr>
        <w:t xml:space="preserve">in the early morning sunlight.</w:t>
      </w:r>
      <w:r>
        <w:br/>
      </w:r>
      <w:r>
        <w:t xml:space="preserve">    (a) not done on purpose</w:t>
      </w:r>
      <w:r>
        <w:br/>
      </w:r>
      <w:r>
        <w:t xml:space="preserve">    (b) calm and untroubled</w:t>
      </w:r>
      <w:r>
        <w:br/>
      </w:r>
      <w:r>
        <w:t xml:space="preserve">    (c) not straightforward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table is sloppy with remains of breakfast and the debris of the preceding night, and Stanley's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gaudy</w:t>
      </w:r>
      <w:r>
        <w:rPr>
          <w:b/>
          <w:bCs/>
        </w:rPr>
        <w:t xml:space="preserve"> </w:t>
      </w:r>
      <w:r>
        <w:rPr>
          <w:b/>
          <w:bCs/>
        </w:rPr>
        <w:t xml:space="preserve">pyjamas lie across the threshold of the bathroom.</w:t>
      </w:r>
      <w:r>
        <w:br/>
      </w:r>
      <w:r>
        <w:t xml:space="preserve">    (a) tastelessly showy</w:t>
      </w:r>
      <w:r>
        <w:br/>
      </w:r>
      <w:r>
        <w:t xml:space="preserve">    (b) able to challenge</w:t>
      </w:r>
      <w:r>
        <w:br/>
      </w:r>
      <w:r>
        <w:t xml:space="preserve">    (c) not demonstrating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'Varsouviana' is heard, its music rising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</w:t>
      </w:r>
      <w:r>
        <w:rPr>
          <w:b/>
          <w:bCs/>
        </w:rPr>
        <w:t xml:space="preserve"> </w:t>
      </w:r>
      <w:r>
        <w:rPr>
          <w:b/>
          <w:bCs/>
        </w:rPr>
        <w:t xml:space="preserve">rapidity as the bathroom door opens slightly.</w:t>
      </w:r>
      <w:r>
        <w:br/>
      </w:r>
      <w:r>
        <w:t xml:space="preserve">    (a) not thoughtful about the past</w:t>
      </w:r>
      <w:r>
        <w:br/>
      </w:r>
      <w:r>
        <w:t xml:space="preserve">    (b) not able to be disagreed with</w:t>
      </w:r>
      <w:r>
        <w:br/>
      </w:r>
      <w:r>
        <w:t xml:space="preserve">    (c) evil, harmful, or frightening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calling barely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audibly</w:t>
      </w:r>
      <w:r>
        <w:rPr>
          <w:b/>
          <w:bCs/>
        </w:rPr>
        <w:t xml:space="preserve">.</w:t>
      </w:r>
      <w:r>
        <w:br/>
      </w:r>
      <w:r>
        <w:t xml:space="preserve">    (a) in an offensively bold manner</w:t>
      </w:r>
      <w:r>
        <w:br/>
      </w:r>
      <w:r>
        <w:t xml:space="preserve">    (b) loud enough to be heard</w:t>
      </w:r>
      <w:r>
        <w:br/>
      </w:r>
      <w:r>
        <w:t xml:space="preserve">    (c) primarily or most importantly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2026-07-31T15:27:52Z</dcterms:created>
  <dcterms:modified xsi:type="dcterms:W3CDTF">2026-07-31T15:27:52Z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