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6258f0c0465db95938529ae219ffca18210762"/>
    <w:p>
      <w:pPr>
        <w:pStyle w:val="Heading1"/>
      </w:pPr>
      <w:r>
        <w:rPr>
          <w:b/>
          <w:bCs/>
        </w:rPr>
        <w:t xml:space="preserve">A Storm of Swords</w:t>
      </w:r>
      <w:r>
        <w:br/>
      </w:r>
      <w:r>
        <w:rPr>
          <w:i/>
          <w:iCs/>
        </w:rPr>
        <w:t xml:space="preserve">George R. R. Martin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Beneath her roughspun brown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breeches</w:t>
      </w:r>
      <w:r>
        <w:rPr>
          <w:b/>
          <w:bCs/>
        </w:rPr>
        <w:t xml:space="preserve"> </w:t>
      </w:r>
      <w:r>
        <w:rPr>
          <w:b/>
          <w:bCs/>
        </w:rPr>
        <w:t xml:space="preserve">were calves like cords of wood, and the long muscles of her arms stretched and tightened with each stroke of the oars.</w:t>
      </w:r>
      <w:r>
        <w:br/>
      </w:r>
      <w:r>
        <w:t xml:space="preserve">    (a) names</w:t>
      </w:r>
      <w:r>
        <w:br/>
      </w:r>
      <w:r>
        <w:t xml:space="preserve">    (b) pants</w:t>
      </w:r>
      <w:r>
        <w:br/>
      </w:r>
      <w:r>
        <w:t xml:space="preserve">    (c) views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understood what I was doing and knew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treasonous</w:t>
      </w:r>
      <w:r>
        <w:rPr>
          <w:b/>
          <w:bCs/>
        </w:rPr>
        <w:t xml:space="preserve">.</w:t>
      </w:r>
      <w:r>
        <w:br/>
      </w:r>
      <w:r>
        <w:t xml:space="preserve">    (a) involving betrayal</w:t>
      </w:r>
      <w:r>
        <w:br/>
      </w:r>
      <w:r>
        <w:t xml:space="preserve">    (b) good or beneficial</w:t>
      </w:r>
      <w:r>
        <w:br/>
      </w:r>
      <w:r>
        <w:t xml:space="preserve">    (c) impossible to find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promised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 </w:t>
      </w:r>
      <w:r>
        <w:rPr>
          <w:b/>
          <w:bCs/>
        </w:rPr>
        <w:t xml:space="preserve">as well.</w:t>
      </w:r>
      <w:r>
        <w:br/>
      </w:r>
      <w:r>
        <w:t xml:space="preserve">    (a) something made from parts</w:t>
      </w:r>
      <w:r>
        <w:br/>
      </w:r>
      <w:r>
        <w:t xml:space="preserve">    (b) the act of taking revenge</w:t>
      </w:r>
      <w:r>
        <w:br/>
      </w:r>
      <w:r>
        <w:t xml:space="preserve">    (c) something that stands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Winter is coming, warned the Stark words, and truly it had come for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 a vengeance</w:t>
      </w:r>
      <w:r>
        <w:rPr>
          <w:b/>
          <w:bCs/>
        </w:rPr>
        <w:t xml:space="preserve">.</w:t>
      </w:r>
      <w:r>
        <w:br/>
      </w:r>
      <w:r>
        <w:t xml:space="preserve">    (a) very important</w:t>
      </w:r>
      <w:r>
        <w:br/>
      </w:r>
      <w:r>
        <w:t xml:space="preserve">    (b) available cash</w:t>
      </w:r>
      <w:r>
        <w:br/>
      </w:r>
      <w:r>
        <w:t xml:space="preserve">    (c) with intensity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saw them walk the center aisle with every eye upon them and take their seats at the table just below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dais</w:t>
      </w:r>
      <w:r>
        <w:rPr>
          <w:b/>
          <w:bCs/>
        </w:rPr>
        <w:t xml:space="preserve"> </w:t>
      </w:r>
      <w:r>
        <w:rPr>
          <w:b/>
          <w:bCs/>
        </w:rPr>
        <w:t xml:space="preserve">where the king and queen were seated.</w:t>
      </w:r>
      <w:r>
        <w:br/>
      </w:r>
      <w:r>
        <w:t xml:space="preserve">    (a) raised platform</w:t>
      </w:r>
      <w:r>
        <w:br/>
      </w:r>
      <w:r>
        <w:t xml:space="preserve">    (b) dramatic change</w:t>
      </w:r>
      <w:r>
        <w:br/>
      </w:r>
      <w:r>
        <w:t xml:space="preserve">    (c) in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Usurper</w:t>
      </w:r>
      <w:r>
        <w:rPr>
          <w:b/>
          <w:bCs/>
        </w:rPr>
        <w:t xml:space="preserve"> </w:t>
      </w:r>
      <w:r>
        <w:rPr>
          <w:b/>
          <w:bCs/>
        </w:rPr>
        <w:t xml:space="preserve">took them down and hid them away.</w:t>
      </w:r>
      <w:r>
        <w:br/>
      </w:r>
      <w:r>
        <w:t xml:space="preserve">    (a) people who control, prevent, or make less intense</w:t>
      </w:r>
      <w:r>
        <w:br/>
      </w:r>
      <w:r>
        <w:t xml:space="preserve">    (b) one who seizes or takes control without authority</w:t>
      </w:r>
      <w:r>
        <w:br/>
      </w:r>
      <w:r>
        <w:t xml:space="preserve">    (c) someone who shows excessive flattery or affection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heralded</w:t>
      </w:r>
      <w:r>
        <w:rPr>
          <w:b/>
          <w:bCs/>
        </w:rPr>
        <w:t xml:space="preserve"> </w:t>
      </w:r>
      <w:r>
        <w:rPr>
          <w:b/>
          <w:bCs/>
        </w:rPr>
        <w:t xml:space="preserve">the approach of old Ser Tristimun's sea watch, and the sea watch was death to smugglers when Aerys Targaryen sat the Iron Throne.</w:t>
      </w:r>
      <w:r>
        <w:br/>
      </w:r>
      <w:r>
        <w:t xml:space="preserve">    (a) signaled (that something would happen)</w:t>
      </w:r>
      <w:r>
        <w:br/>
      </w:r>
      <w:r>
        <w:t xml:space="preserve">    (b) injured the ligaments of a joint by stretching them too far (ligaments are the tough, fibrous bands that connect bones across joints)</w:t>
      </w:r>
      <w:r>
        <w:br/>
      </w:r>
      <w:r>
        <w:t xml:space="preserve">    (c) corrupted or seduced from virtue, duty, or allegiance  OR  excessively drank, engaged in casual sex, and/or drug abuse while partying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Sansa ate no more than a bite of hers, 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heralds</w:t>
      </w:r>
      <w:r>
        <w:rPr>
          <w:b/>
          <w:bCs/>
        </w:rPr>
        <w:t xml:space="preserve"> </w:t>
      </w:r>
      <w:r>
        <w:rPr>
          <w:b/>
          <w:bCs/>
        </w:rPr>
        <w:t xml:space="preserve">were summoning the first of the seven singers.</w:t>
      </w:r>
      <w:r>
        <w:br/>
      </w:r>
      <w:r>
        <w:t xml:space="preserve">    (a) people who announce important news -- especially a king's representatives</w:t>
      </w:r>
      <w:r>
        <w:br/>
      </w:r>
      <w:r>
        <w:t xml:space="preserve">    (b) things that hold other things together, or wrap or cover or tie something</w:t>
      </w:r>
      <w:r>
        <w:br/>
      </w:r>
      <w:r>
        <w:t xml:space="preserve">    (c) international boundaries or wilderness areas at the edge of settled areas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won a tourney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melee</w:t>
      </w:r>
      <w:r>
        <w:rPr>
          <w:b/>
          <w:bCs/>
        </w:rPr>
        <w:t xml:space="preserve"> </w:t>
      </w:r>
      <w:r>
        <w:rPr>
          <w:b/>
          <w:bCs/>
        </w:rPr>
        <w:t xml:space="preserve">at thirteen, when I was yet a squire.</w:t>
      </w:r>
      <w:r>
        <w:br/>
      </w:r>
      <w:r>
        <w:t xml:space="preserve">    (a) result or predictable value</w:t>
      </w:r>
      <w:r>
        <w:br/>
      </w:r>
      <w:r>
        <w:t xml:space="preserve">    (b) disorganized mass of people</w:t>
      </w:r>
      <w:r>
        <w:br/>
      </w:r>
      <w:r>
        <w:t xml:space="preserve">    (c) the highest-ranking manager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Spare all those who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and hold them captive.</w:t>
      </w:r>
      <w:r>
        <w:br/>
      </w:r>
      <w:r>
        <w:t xml:space="preserve">    (a) produce or give</w:t>
      </w:r>
      <w:r>
        <w:br/>
      </w:r>
      <w:r>
        <w:t xml:space="preserve">    (b) think deeply or carefully about</w:t>
      </w:r>
      <w:r>
        <w:br/>
      </w:r>
      <w:r>
        <w:t xml:space="preserve">    (c) stop (something from happening)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Catelyn could tell that her son was furious, but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with as much courtesy as he could summon.</w:t>
      </w:r>
      <w:r>
        <w:br/>
      </w:r>
      <w:r>
        <w:t xml:space="preserve">    (a) embarrassed or self-conscious</w:t>
      </w:r>
      <w:r>
        <w:br/>
      </w:r>
      <w:r>
        <w:t xml:space="preserve">    (b) gave in, gave way, or gave up</w:t>
      </w:r>
      <w:r>
        <w:br/>
      </w:r>
      <w:r>
        <w:t xml:space="preserve">    (c) with rises and falls in pitch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Tyrion tried to speak of other things, but he met a wall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</w:t>
      </w:r>
      <w:r>
        <w:rPr>
          <w:b/>
          <w:bCs/>
        </w:rPr>
        <w:t xml:space="preserve"> </w:t>
      </w:r>
      <w:r>
        <w:rPr>
          <w:b/>
          <w:bCs/>
        </w:rPr>
        <w:t xml:space="preserve">courtesy as icy and unyielding as the Wall he'd once walked in the north.</w:t>
      </w:r>
      <w:r>
        <w:br/>
      </w:r>
      <w:r>
        <w:t xml:space="preserve">    (a) not easily identified</w:t>
      </w:r>
      <w:r>
        <w:br/>
      </w:r>
      <w:r>
        <w:t xml:space="preserve">    (b) unhappy and withdrawn</w:t>
      </w:r>
      <w:r>
        <w:br/>
      </w:r>
      <w:r>
        <w:t xml:space="preserve">    (c) exactness or accuracy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 it Mormont she was angry with, or this city with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</w:t>
      </w:r>
      <w:r>
        <w:rPr>
          <w:b/>
          <w:bCs/>
        </w:rPr>
        <w:t xml:space="preserve"> </w:t>
      </w:r>
      <w:r>
        <w:rPr>
          <w:b/>
          <w:bCs/>
        </w:rPr>
        <w:t xml:space="preserve">heat, its stinks and sweats and crumbling bricks?</w:t>
      </w:r>
      <w:r>
        <w:br/>
      </w:r>
      <w:r>
        <w:t xml:space="preserve">    (a) unpleasant</w:t>
      </w:r>
      <w:r>
        <w:br/>
      </w:r>
      <w:r>
        <w:t xml:space="preserve">    (b) translates</w:t>
      </w:r>
      <w:r>
        <w:br/>
      </w:r>
      <w:r>
        <w:t xml:space="preserve">    (c) sticks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 years later, when Lord Farman of Faircastle grew truculent, Lord Tywin sent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envoy</w:t>
      </w:r>
      <w:r>
        <w:rPr>
          <w:b/>
          <w:bCs/>
        </w:rPr>
        <w:t xml:space="preserve"> </w:t>
      </w:r>
      <w:r>
        <w:rPr>
          <w:b/>
          <w:bCs/>
        </w:rPr>
        <w:t xml:space="preserve">bearing a lute instead of a letter.</w:t>
      </w:r>
      <w:r>
        <w:br/>
      </w:r>
      <w:r>
        <w:t xml:space="preserve">    (a) one who precedes another in time</w:t>
      </w:r>
      <w:r>
        <w:br/>
      </w:r>
      <w:r>
        <w:t xml:space="preserve">    (b) someone who approves or supports</w:t>
      </w:r>
      <w:r>
        <w:br/>
      </w:r>
      <w:r>
        <w:t xml:space="preserve">    (c) representative sent on a mission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 not understand why Ser Jorah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mistrusted</w:t>
      </w:r>
      <w:r>
        <w:rPr>
          <w:b/>
          <w:bCs/>
        </w:rPr>
        <w:t xml:space="preserve"> </w:t>
      </w:r>
      <w:r>
        <w:rPr>
          <w:b/>
          <w:bCs/>
        </w:rPr>
        <w:t xml:space="preserve">the old man so.</w:t>
      </w:r>
      <w:r>
        <w:br/>
      </w:r>
      <w:r>
        <w:t xml:space="preserve">    (a) past-tense of the verb</w:t>
      </w:r>
      <w:r>
        <w:t xml:space="preserve"> </w:t>
      </w:r>
      <w:r>
        <w:rPr>
          <w:i/>
          <w:iCs/>
        </w:rPr>
        <w:t xml:space="preserve">lead</w:t>
      </w:r>
      <w:r>
        <w:br/>
      </w:r>
      <w:r>
        <w:t xml:space="preserve">    (b) didn't trust or have confidence in</w:t>
      </w:r>
      <w:r>
        <w:br/>
      </w:r>
      <w:r>
        <w:t xml:space="preserve">    (c) fruit cooked with sugar (like jam)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"Five days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jousting</w:t>
      </w:r>
      <w:r>
        <w:rPr>
          <w:b/>
          <w:bCs/>
        </w:rPr>
        <w:t xml:space="preserve"> </w:t>
      </w:r>
      <w:r>
        <w:rPr>
          <w:b/>
          <w:bCs/>
        </w:rPr>
        <w:t xml:space="preserve">were planned," she said.</w:t>
      </w:r>
      <w:r>
        <w:br/>
      </w:r>
      <w:r>
        <w:t xml:space="preserve">    (a) turning in the opposite position -- such as upside down, inside out, or (of two things) switching their position</w:t>
      </w:r>
      <w:r>
        <w:br/>
      </w:r>
      <w:r>
        <w:t xml:space="preserve">    (b) "spiritual renewing" a person in a Christian ceremony  OR  initiating or purifying by a challenging experience</w:t>
      </w:r>
      <w:r>
        <w:br/>
      </w:r>
      <w:r>
        <w:t xml:space="preserve">    (c) competing in a contest to knock each other off horses with blunted lances  OR  competing in any kind of contest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one had thought to bring a stool,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and Tyrion stood a foot and a half shorter than his bride.</w:t>
      </w:r>
      <w:r>
        <w:br/>
      </w:r>
      <w:r>
        <w:t xml:space="preserve">    (a)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  <w:r>
        <w:br/>
      </w:r>
      <w:r>
        <w:t xml:space="preserve">    (b) therefore (for that reason)</w:t>
      </w:r>
      <w:r>
        <w:br/>
      </w:r>
      <w:r>
        <w:t xml:space="preserve">    (c) in keeping with or in agreement with what was just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Mace Tyrell had been Joffrey's good-father,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briefly, and the Red Viper was …. well, a snake.</w:t>
      </w:r>
      <w:r>
        <w:br/>
      </w:r>
      <w:r>
        <w:t xml:space="preserve">    (a) aka analysis -- psychiatric treatment; or a theory of psychiatric treatment</w:t>
      </w:r>
      <w:r>
        <w:br/>
      </w:r>
      <w:r>
        <w:t xml:space="preserve">    (b) regardless of how</w:t>
      </w:r>
      <w:r>
        <w:br/>
      </w:r>
      <w:r>
        <w:t xml:space="preserve">    (c) people who are good at or spend much time studying, thinking, and reasoning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Feints</w:t>
      </w:r>
      <w:r>
        <w:rPr>
          <w:b/>
          <w:bCs/>
        </w:rPr>
        <w:t xml:space="preserve">.</w:t>
      </w:r>
      <w:r>
        <w:br/>
      </w:r>
      <w:r>
        <w:t xml:space="preserve">    (a) any distracting or deceptive maneuver; or the act of making the maneuver</w:t>
      </w:r>
      <w:r>
        <w:br/>
      </w:r>
      <w:r>
        <w:t xml:space="preserve">    (b) connects or fits together by being equivalent, proportionate, or matched</w:t>
      </w:r>
      <w:r>
        <w:br/>
      </w:r>
      <w:r>
        <w:t xml:space="preserve">    (c) (noun) text that is marked as important  OR  (verb) marks important text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Ser Addam marched him through the towering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doors and down the long carpet, he felt the eyes upon him.</w:t>
      </w:r>
      <w:r>
        <w:br/>
      </w:r>
      <w:r>
        <w:t xml:space="preserve">    (a) appropriate in size, amount, or degree</w:t>
      </w:r>
      <w:r>
        <w:br/>
      </w:r>
      <w:r>
        <w:t xml:space="preserve">    (b) examine in detail to better understand</w:t>
      </w:r>
      <w:r>
        <w:br/>
      </w:r>
      <w:r>
        <w:t xml:space="preserve">    (c) made of a type of high-quality metal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2026-07-31T19:31:59Z</dcterms:created>
  <dcterms:modified xsi:type="dcterms:W3CDTF">2026-07-31T19:31:59Z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