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d2e3ae41fb3a45b0b9adc4833d780a60d0e365"/>
    <w:p>
      <w:pPr>
        <w:pStyle w:val="Heading1"/>
      </w:pPr>
      <w:r>
        <w:rPr>
          <w:b/>
          <w:bCs/>
        </w:rPr>
        <w:t xml:space="preserve">A Stolen Life</w:t>
      </w:r>
      <w:r>
        <w:br/>
      </w:r>
      <w:r>
        <w:rPr>
          <w:i/>
          <w:iCs/>
        </w:rPr>
        <w:t xml:space="preserve">Jaycee Lee Dugard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each father is unique in his own way, they all have one thing in common—</w:t>
      </w:r>
      <w:r>
        <w:rPr>
          <w:b/>
          <w:bCs/>
          <w:u w:val="single"/>
        </w:rPr>
        <w:t xml:space="preserve">genuine</w:t>
      </w:r>
      <w:r>
        <w:rPr>
          <w:b/>
          <w:bCs/>
        </w:rPr>
        <w:t xml:space="preserve"> </w:t>
      </w:r>
      <w:r>
        <w:rPr>
          <w:b/>
          <w:bCs/>
        </w:rPr>
        <w:t xml:space="preserve">love for their children.</w:t>
      </w:r>
      <w:r>
        <w:br/>
      </w:r>
      <w:r>
        <w:t xml:space="preserve">    (a) real</w:t>
      </w:r>
      <w:r>
        <w:br/>
      </w:r>
      <w:r>
        <w:t xml:space="preserve">    (b) city</w:t>
      </w:r>
      <w:r>
        <w:br/>
      </w:r>
      <w:r>
        <w:t xml:space="preserve">    (c) lazy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I was first found 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adamant</w:t>
      </w:r>
      <w:r>
        <w:rPr>
          <w:b/>
          <w:bCs/>
        </w:rPr>
        <w:t xml:space="preserve"> </w:t>
      </w:r>
      <w:r>
        <w:rPr>
          <w:b/>
          <w:bCs/>
        </w:rPr>
        <w:t xml:space="preserve">that there would be no book, no one would ever know what happened.</w:t>
      </w:r>
      <w:r>
        <w:br/>
      </w:r>
      <w:r>
        <w:t xml:space="preserve">    (a) the characteristic of demonstrating something</w:t>
      </w:r>
      <w:r>
        <w:br/>
      </w:r>
      <w:r>
        <w:t xml:space="preserve">    (b) determined not to change a decision or belief</w:t>
      </w:r>
      <w:r>
        <w:br/>
      </w:r>
      <w:r>
        <w:t xml:space="preserve">    (c) the quality of not being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 probably have to give her up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adoption</w:t>
      </w:r>
      <w:r>
        <w:rPr>
          <w:b/>
          <w:bCs/>
        </w:rPr>
        <w:t xml:space="preserve">, how can I possibly raise a baby in this environment?</w:t>
      </w:r>
      <w:r>
        <w:br/>
      </w:r>
      <w:r>
        <w:t xml:space="preserve">    (a) something that helps clarify or demonstrate</w:t>
      </w:r>
      <w:r>
        <w:br/>
      </w:r>
      <w:r>
        <w:t xml:space="preserve">    (b) relating to where attention is concentrated</w:t>
      </w:r>
      <w:r>
        <w:br/>
      </w:r>
      <w:r>
        <w:t xml:space="preserve">    (c) the act of taking something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think I was always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inquisitive</w:t>
      </w:r>
      <w:r>
        <w:rPr>
          <w:b/>
          <w:bCs/>
        </w:rPr>
        <w:t xml:space="preserve"> </w:t>
      </w:r>
      <w:r>
        <w:rPr>
          <w:b/>
          <w:bCs/>
        </w:rPr>
        <w:t xml:space="preserve">person.</w:t>
      </w:r>
      <w:r>
        <w:br/>
      </w:r>
      <w:r>
        <w:t xml:space="preserve">    (a) interested in learning about things -- often asking many questions</w:t>
      </w:r>
      <w:r>
        <w:br/>
      </w:r>
      <w:r>
        <w:t xml:space="preserve">    (b) not having the characteristic of bouncing back light/heat/sound...</w:t>
      </w:r>
      <w:r>
        <w:br/>
      </w:r>
      <w:r>
        <w:t xml:space="preserve">    (c) the quality or degree of the involvement of other people or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I would have liked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</w:t>
      </w:r>
      <w:r>
        <w:rPr>
          <w:b/>
          <w:bCs/>
        </w:rPr>
        <w:t xml:space="preserve"> </w:t>
      </w:r>
      <w:r>
        <w:rPr>
          <w:b/>
          <w:bCs/>
        </w:rPr>
        <w:t xml:space="preserve">answers to my questions, I learned to not question too much because the answer I got would be lengthy and in the end make me forget the question in the first place.</w:t>
      </w:r>
      <w:r>
        <w:br/>
      </w:r>
      <w:r>
        <w:t xml:space="preserve">    (a) the state or degree of being very large</w:t>
      </w:r>
      <w:r>
        <w:br/>
      </w:r>
      <w:r>
        <w:t xml:space="preserve">    (b) clear, or straightforward</w:t>
      </w:r>
      <w:r>
        <w:br/>
      </w:r>
      <w:r>
        <w:t xml:space="preserve">    (c) meticulousness (care for small details)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first all the anger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directed</w:t>
      </w:r>
      <w:r>
        <w:rPr>
          <w:b/>
          <w:bCs/>
        </w:rPr>
        <w:t xml:space="preserve"> </w:t>
      </w:r>
      <w:r>
        <w:rPr>
          <w:b/>
          <w:bCs/>
        </w:rPr>
        <w:t xml:space="preserve">at both of them [Phillip and Nancy], but time makes things clear and blame is in the right place now.</w:t>
      </w:r>
      <w:r>
        <w:br/>
      </w:r>
      <w:r>
        <w:t xml:space="preserve">    (a) thought carefully</w:t>
      </w:r>
      <w:r>
        <w:br/>
      </w:r>
      <w:r>
        <w:t xml:space="preserve">    (b) helped make clear</w:t>
      </w:r>
      <w:r>
        <w:br/>
      </w:r>
      <w:r>
        <w:t xml:space="preserve">    (c) aimed, or intended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not sure why Phillip chose the name he did for my first daughter, which later in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delusional</w:t>
      </w:r>
      <w:r>
        <w:rPr>
          <w:b/>
          <w:bCs/>
        </w:rPr>
        <w:t xml:space="preserve"> </w:t>
      </w:r>
      <w:r>
        <w:rPr>
          <w:b/>
          <w:bCs/>
        </w:rPr>
        <w:t xml:space="preserve">thinking began to symbolize the powerful spirit forces that controlled his mind.</w:t>
      </w:r>
      <w:r>
        <w:br/>
      </w:r>
      <w:r>
        <w:t xml:space="preserve">    (a) tending to have excessively unfavorable opinions</w:t>
      </w:r>
      <w:r>
        <w:br/>
      </w:r>
      <w:r>
        <w:t xml:space="preserve">    (b) the state or degree of criticism or disagreement</w:t>
      </w:r>
      <w:r>
        <w:br/>
      </w:r>
      <w:r>
        <w:t xml:space="preserve">    (c) out of touch with reality (having false beliefs)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Free to roam the backyard but still prisoner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nonetheless</w:t>
      </w:r>
      <w:r>
        <w:rPr>
          <w:b/>
          <w:bCs/>
        </w:rPr>
        <w:t xml:space="preserve">.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therefore (for that reason)</w:t>
      </w:r>
      <w:r>
        <w:br/>
      </w:r>
      <w:r>
        <w:t xml:space="preserve">    (c) in spite of that (used to connect contrasting ideas)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Since they treat ADD with methamphetamines, he believes that's what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subconsciously</w:t>
      </w:r>
      <w:r>
        <w:rPr>
          <w:b/>
          <w:bCs/>
        </w:rPr>
        <w:t xml:space="preserve"> </w:t>
      </w:r>
      <w:r>
        <w:rPr>
          <w:b/>
          <w:bCs/>
        </w:rPr>
        <w:t xml:space="preserve">was trying to do all these years.</w:t>
      </w:r>
      <w:r>
        <w:br/>
      </w:r>
      <w:r>
        <w:t xml:space="preserve">    (a) of mental activity of which one is not aware, but which can influence feelings and behavior</w:t>
      </w:r>
      <w:r>
        <w:br/>
      </w:r>
      <w:r>
        <w:t xml:space="preserve">    (b) in a manner that explains or demonstrates an understanding of something in a particular way</w:t>
      </w:r>
      <w:r>
        <w:br/>
      </w:r>
      <w:r>
        <w:t xml:space="preserve">    (c) in a manner related to the smallest amount of a chemical substance that can exist by itself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 have learned is the difference between supportive therapy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enabling</w:t>
      </w:r>
      <w:r>
        <w:rPr>
          <w:b/>
          <w:bCs/>
        </w:rPr>
        <w:t xml:space="preserve"> </w:t>
      </w:r>
      <w:r>
        <w:rPr>
          <w:b/>
          <w:bCs/>
        </w:rPr>
        <w:t xml:space="preserve">therapy.</w:t>
      </w:r>
      <w:r>
        <w:br/>
      </w:r>
      <w:r>
        <w:t xml:space="preserve">    (a) moving downward</w:t>
      </w:r>
      <w:r>
        <w:br/>
      </w:r>
      <w:r>
        <w:t xml:space="preserve">    (b) making possible</w:t>
      </w:r>
      <w:r>
        <w:br/>
      </w:r>
      <w:r>
        <w:t xml:space="preserve">    (c) being a sign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instill</w:t>
      </w:r>
      <w:r>
        <w:rPr>
          <w:b/>
          <w:bCs/>
        </w:rPr>
        <w:t xml:space="preserve"> </w:t>
      </w:r>
      <w:r>
        <w:rPr>
          <w:b/>
          <w:bCs/>
        </w:rPr>
        <w:t xml:space="preserve">in my kids a love of reading and even encouraged them to write their own stories.</w:t>
      </w:r>
      <w:r>
        <w:br/>
      </w:r>
      <w:r>
        <w:t xml:space="preserve">    (a) influence or effect</w:t>
      </w:r>
      <w:r>
        <w:br/>
      </w:r>
      <w:r>
        <w:t xml:space="preserve">    (b) put into one's mind</w:t>
      </w:r>
      <w:r>
        <w:br/>
      </w:r>
      <w:r>
        <w:t xml:space="preserve">    (c) gain advantage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a promo for the news tonight the press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speculating</w:t>
      </w:r>
      <w:r>
        <w:rPr>
          <w:b/>
          <w:bCs/>
        </w:rPr>
        <w:t xml:space="preserve"> </w:t>
      </w:r>
      <w:r>
        <w:rPr>
          <w:b/>
          <w:bCs/>
        </w:rPr>
        <w:t xml:space="preserve">that the man that killed Polly Klass also took and killed me.</w:t>
      </w:r>
      <w:r>
        <w:br/>
      </w:r>
      <w:r>
        <w:t xml:space="preserve">    (a) aka analyzing -- analyzing based upon a theory of psychiatry</w:t>
      </w:r>
      <w:r>
        <w:br/>
      </w:r>
      <w:r>
        <w:t xml:space="preserve">    (b) making a decision or voicing an opinion by formal group vote</w:t>
      </w:r>
      <w:r>
        <w:br/>
      </w:r>
      <w:r>
        <w:t xml:space="preserve">    (c) guessing or theorizing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Affirmation</w:t>
      </w:r>
      <w:r>
        <w:rPr>
          <w:b/>
          <w:bCs/>
        </w:rPr>
        <w:t xml:space="preserve"> </w:t>
      </w:r>
      <w:r>
        <w:rPr>
          <w:b/>
          <w:bCs/>
        </w:rPr>
        <w:t xml:space="preserve">to counteract the negative feelings I have inside. I am a creative, positive, successful, and happy person...</w:t>
      </w:r>
      <w:r>
        <w:br/>
      </w:r>
      <w:r>
        <w:br/>
      </w:r>
      <w:r>
        <w:t xml:space="preserve">    (a) something quoted (to make a point)</w:t>
      </w:r>
      <w:r>
        <w:br/>
      </w:r>
      <w:r>
        <w:t xml:space="preserve">    (b) something firmly stated as true (for encouragement)</w:t>
      </w:r>
      <w:r>
        <w:br/>
      </w:r>
      <w:r>
        <w:t xml:space="preserve">    (c) particles emitted by nuclear decay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taken to the hospital and diagnosed with Parkinson's and low-grade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dementia</w:t>
      </w:r>
      <w:r>
        <w:rPr>
          <w:b/>
          <w:bCs/>
        </w:rPr>
        <w:t xml:space="preserve">.</w:t>
      </w:r>
      <w:r>
        <w:br/>
      </w:r>
      <w:r>
        <w:t xml:space="preserve">    (a) interacts, interests, or attracts</w:t>
      </w:r>
      <w:r>
        <w:br/>
      </w:r>
      <w:r>
        <w:t xml:space="preserve">    (b) deterioration of mental abilities</w:t>
      </w:r>
      <w:r>
        <w:br/>
      </w:r>
      <w:r>
        <w:t xml:space="preserve">    (c) because of a basic rule or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few months later, Phillip was suddenly informed that he has another new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parole officer</w:t>
      </w:r>
      <w:r>
        <w:rPr>
          <w:b/>
          <w:bCs/>
        </w:rPr>
        <w:t xml:space="preserve"> </w:t>
      </w:r>
      <w:r>
        <w:rPr>
          <w:b/>
          <w:bCs/>
        </w:rPr>
        <w:t xml:space="preserve">and needs to report in.</w:t>
      </w:r>
      <w:r>
        <w:br/>
      </w:r>
      <w:r>
        <w:t xml:space="preserve">    (a) characterized by withdrawal, an inability to form close relationships, and taking pleasure in few activities</w:t>
      </w:r>
      <w:r>
        <w:br/>
      </w:r>
      <w:r>
        <w:t xml:space="preserve">    (b) a large area of protected parks or rural land that form a belt surrounding (or in an area of) a town or city</w:t>
      </w:r>
      <w:r>
        <w:br/>
      </w:r>
      <w:r>
        <w:t xml:space="preserve">    (c) person responsible for seeing that special conditions are met by a person who was released from prison early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wasn't the main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 </w:t>
      </w:r>
      <w:r>
        <w:rPr>
          <w:b/>
          <w:bCs/>
        </w:rPr>
        <w:t xml:space="preserve">of the group or singled out in an odd way.</w:t>
      </w:r>
      <w:r>
        <w:br/>
      </w:r>
      <w:r>
        <w:t xml:space="preserve">    (a) the ability to take on or adopt</w:t>
      </w:r>
      <w:r>
        <w:br/>
      </w:r>
      <w:r>
        <w:t xml:space="preserve">    (b) calculating or judging too high</w:t>
      </w:r>
      <w:r>
        <w:br/>
      </w:r>
      <w:r>
        <w:t xml:space="preserve">    (c) where attention is concentrated or directed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Reunification was unique in the fact that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focused</w:t>
      </w:r>
      <w:r>
        <w:rPr>
          <w:b/>
          <w:bCs/>
        </w:rPr>
        <w:t xml:space="preserve"> </w:t>
      </w:r>
      <w:r>
        <w:rPr>
          <w:b/>
          <w:bCs/>
        </w:rPr>
        <w:t xml:space="preserve">on getting my feet on the ground, and during the reunification work we focused on reconnecting me to different facets of my family and dealt with the everyday practical things that I had not been accustomed to such as getting the kids their shots and overall checkups, which we never had the opportunity to do before.</w:t>
      </w:r>
      <w:r>
        <w:br/>
      </w:r>
      <w:r>
        <w:t xml:space="preserve">    (a) began speaking with someone about something</w:t>
      </w:r>
      <w:r>
        <w:br/>
      </w:r>
      <w:r>
        <w:t xml:space="preserve">    (b) thought carefully and made a judgment about</w:t>
      </w:r>
      <w:r>
        <w:br/>
      </w:r>
      <w:r>
        <w:t xml:space="preserve">    (c) concentrated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hope is to provide counseling and housing for families and victims of abductions and exploitations during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crucial</w:t>
      </w:r>
      <w:r>
        <w:rPr>
          <w:b/>
          <w:bCs/>
        </w:rPr>
        <w:t xml:space="preserve"> </w:t>
      </w:r>
      <w:r>
        <w:rPr>
          <w:b/>
          <w:bCs/>
        </w:rPr>
        <w:t xml:space="preserve">early days of reconnection.</w:t>
      </w:r>
      <w:r>
        <w:br/>
      </w:r>
      <w:r>
        <w:t xml:space="preserve">    (a) more than is needed</w:t>
      </w:r>
      <w:r>
        <w:br/>
      </w:r>
      <w:r>
        <w:t xml:space="preserve">    (b) very important</w:t>
      </w:r>
      <w:r>
        <w:br/>
      </w:r>
      <w:r>
        <w:t xml:space="preserve">    (c) natural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experienced basketball games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theme parks</w:t>
      </w:r>
      <w:r>
        <w:rPr>
          <w:b/>
          <w:bCs/>
        </w:rPr>
        <w:t xml:space="preserve">, reconnected with family members, and met some amazing people.</w:t>
      </w:r>
      <w:r>
        <w:br/>
      </w:r>
      <w:r>
        <w:t xml:space="preserve">    (a) people characterized by withdrawal, an inability to form close relationships, and taking pleasure in few activities</w:t>
      </w:r>
      <w:r>
        <w:br/>
      </w:r>
      <w:r>
        <w:t xml:space="preserve">    (b) amusement parks each of which have one or more basic underlying ideas -- such as the "Magic Kingdom" of Disneyworld</w:t>
      </w:r>
      <w:r>
        <w:br/>
      </w:r>
      <w:r>
        <w:t xml:space="preserve">    (c) removals and examination of tissues or liquids from the living body to determine the existence or cause of diseases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Yes, Nancy and Phillip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ultimately</w:t>
      </w:r>
      <w:r>
        <w:rPr>
          <w:b/>
          <w:bCs/>
        </w:rPr>
        <w:t xml:space="preserve"> </w:t>
      </w:r>
      <w:r>
        <w:rPr>
          <w:b/>
          <w:bCs/>
        </w:rPr>
        <w:t xml:space="preserve">to blame, no question, but what made my heart soar was to hear that someone didn't pass the buck like Phillip always did.</w:t>
      </w:r>
      <w:r>
        <w:br/>
      </w:r>
      <w:r>
        <w:t xml:space="preserve">    (a) finally; or in the end</w:t>
      </w:r>
      <w:r>
        <w:br/>
      </w:r>
      <w:r>
        <w:t xml:space="preserve">    (b) in a self-aware manner</w:t>
      </w:r>
      <w:r>
        <w:br/>
      </w:r>
      <w:r>
        <w:t xml:space="preserve">    (c) as another possibility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2026-07-31T19:21:59Z</dcterms:created>
  <dcterms:modified xsi:type="dcterms:W3CDTF">2026-07-31T19:21:59Z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