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5cab335307c227a989ea0f28926564c0d46e51"/>
    <w:p>
      <w:pPr>
        <w:pStyle w:val="Heading1"/>
      </w:pPr>
      <w:r>
        <w:rPr>
          <w:b/>
          <w:bCs/>
        </w:rPr>
        <w:t xml:space="preserve">A Step from Heaven</w:t>
      </w:r>
      <w:r>
        <w:br/>
      </w:r>
      <w:r>
        <w:rPr>
          <w:i/>
          <w:iCs/>
        </w:rPr>
        <w:t xml:space="preserve">An Na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do not want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grovel</w:t>
      </w:r>
      <w:r>
        <w:rPr>
          <w:b/>
          <w:bCs/>
        </w:rPr>
        <w:t xml:space="preserve"> </w:t>
      </w:r>
      <w:r>
        <w:rPr>
          <w:b/>
          <w:bCs/>
        </w:rPr>
        <w:t xml:space="preserve">anymore like some bitch.</w:t>
      </w:r>
      <w:r>
        <w:br/>
      </w:r>
      <w:r>
        <w:t xml:space="preserve">    (a) show submission or fear</w:t>
      </w:r>
      <w:r>
        <w:br/>
      </w:r>
      <w:r>
        <w:t xml:space="preserve">    (b) gradually add or remove</w:t>
      </w:r>
      <w:r>
        <w:br/>
      </w:r>
      <w:r>
        <w:t xml:space="preserve">    (c) not possible to satisfy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I worked two jobs and we did not have to pay rent, we could save enough money for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down payment</w:t>
      </w:r>
      <w:r>
        <w:rPr>
          <w:b/>
          <w:bCs/>
        </w:rPr>
        <w:t xml:space="preserve"> </w:t>
      </w:r>
      <w:r>
        <w:rPr>
          <w:b/>
          <w:bCs/>
        </w:rPr>
        <w:t xml:space="preserve">in no time.</w:t>
      </w:r>
      <w:r>
        <w:br/>
      </w:r>
      <w:r>
        <w:t xml:space="preserve">    (a) the main building (or buildings) of government</w:t>
      </w:r>
      <w:r>
        <w:br/>
      </w:r>
      <w:r>
        <w:t xml:space="preserve">    (b) a partial payment made at the time of purchase</w:t>
      </w:r>
      <w:r>
        <w:br/>
      </w:r>
      <w:r>
        <w:t xml:space="preserve">    (c) two successive lines of poetry; usually rhymed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Joon's eyes squint against the pain, but more than that,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humiliation</w:t>
      </w:r>
      <w:r>
        <w:rPr>
          <w:b/>
          <w:bCs/>
        </w:rPr>
        <w:t xml:space="preserve"> </w:t>
      </w:r>
      <w:r>
        <w:rPr>
          <w:b/>
          <w:bCs/>
        </w:rPr>
        <w:t xml:space="preserve">of being punished in public, in front of his friend.</w:t>
      </w:r>
      <w:r>
        <w:br/>
      </w:r>
      <w:r>
        <w:t xml:space="preserve">    (a) extremely embarrass (decrease dignity, self-respect, or pride -- especially in front of others)</w:t>
      </w:r>
      <w:r>
        <w:br/>
      </w:r>
      <w:r>
        <w:t xml:space="preserve">    (b) "spiritually renew" in a Christian ceremony  OR  initiate or purify by a challenging experience</w:t>
      </w:r>
      <w:r>
        <w:br/>
      </w:r>
      <w:r>
        <w:t xml:space="preserve">    (c) a sexually transmitted disease that, if treated early, can be completely cured with antibiotics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glower</w:t>
      </w:r>
      <w:r>
        <w:rPr>
          <w:b/>
          <w:bCs/>
        </w:rPr>
        <w:t xml:space="preserve">.</w:t>
      </w:r>
      <w:r>
        <w:br/>
      </w:r>
      <w:r>
        <w:t xml:space="preserve">    (a) stop fighting</w:t>
      </w:r>
      <w:r>
        <w:br/>
      </w:r>
      <w:r>
        <w:t xml:space="preserve">    (b) make possible</w:t>
      </w:r>
      <w:r>
        <w:br/>
      </w:r>
      <w:r>
        <w:t xml:space="preserve">    (c) stare angrily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know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technique</w:t>
      </w:r>
      <w:r>
        <w:rPr>
          <w:b/>
          <w:bCs/>
        </w:rPr>
        <w:t xml:space="preserve">, how to look blank and as if you are listening when really you are trying to fly away from your body.</w:t>
      </w:r>
      <w:r>
        <w:br/>
      </w:r>
      <w:r>
        <w:t xml:space="preserve">    (a) not easily set on fire</w:t>
      </w:r>
      <w:r>
        <w:br/>
      </w:r>
      <w:r>
        <w:t xml:space="preserve">    (b) way of doing something</w:t>
      </w:r>
      <w:r>
        <w:br/>
      </w:r>
      <w:r>
        <w:t xml:space="preserve">    (c) surrounding conditions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silently read the words on the plaque, Department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Immigration</w:t>
      </w:r>
      <w:r>
        <w:rPr>
          <w:b/>
          <w:bCs/>
        </w:rPr>
        <w:t xml:space="preserve"> </w:t>
      </w:r>
      <w:r>
        <w:rPr>
          <w:b/>
          <w:bCs/>
        </w:rPr>
        <w:t xml:space="preserve">and Naturalization Services.</w:t>
      </w:r>
      <w:r>
        <w:br/>
      </w:r>
      <w:r>
        <w:t xml:space="preserve">    (a) "spiritually renew" in a Christian ceremony  OR  initiate or purify by a challenging experience</w:t>
      </w:r>
      <w:r>
        <w:br/>
      </w:r>
      <w:r>
        <w:t xml:space="preserve">    (b) the act of coming to live in a new country; or indication that something is related to that act</w:t>
      </w:r>
      <w:r>
        <w:br/>
      </w:r>
      <w:r>
        <w:t xml:space="preserve">    (c) a sexually transmitted disease that, if treated early, can be completely cured with antibiotics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notice the moonlight on the chain-link fence, the way it turns even the ugliest pattern into a delicate,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luminous</w:t>
      </w:r>
      <w:r>
        <w:rPr>
          <w:b/>
          <w:bCs/>
        </w:rPr>
        <w:t xml:space="preserve"> </w:t>
      </w:r>
      <w:r>
        <w:rPr>
          <w:b/>
          <w:bCs/>
        </w:rPr>
        <w:t xml:space="preserve">web.</w:t>
      </w:r>
      <w:r>
        <w:br/>
      </w:r>
      <w:r>
        <w:t xml:space="preserve">    (a) able to be persuaded to do something by tempting with pleasure or something desired</w:t>
      </w:r>
      <w:r>
        <w:br/>
      </w:r>
      <w:r>
        <w:t xml:space="preserve">    (b) relating to one-sided information that is purposefully spread to influence opinions</w:t>
      </w:r>
      <w:r>
        <w:br/>
      </w:r>
      <w:r>
        <w:t xml:space="preserve">    (c) glowing or shining</w:t>
      </w:r>
      <w:r>
        <w:br/>
      </w:r>
      <w:r>
        <w:br/>
      </w:r>
      <w:r>
        <w:t xml:space="preserve">(also used metaphorically to describe beauty or intelligence)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take a step back, my warm bed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beckoning</w:t>
      </w:r>
      <w:r>
        <w:rPr>
          <w:b/>
          <w:bCs/>
        </w:rPr>
        <w:t xml:space="preserve">, when I think of something to say.</w:t>
      </w:r>
      <w:r>
        <w:br/>
      </w:r>
      <w:r>
        <w:t xml:space="preserve">    (a) providing evidence of something -- especially oral evidence in court</w:t>
      </w:r>
      <w:r>
        <w:br/>
      </w:r>
      <w:r>
        <w:t xml:space="preserve">    (b) convincing (someone) that an idea previously believed is not correct</w:t>
      </w:r>
      <w:r>
        <w:br/>
      </w:r>
      <w:r>
        <w:t xml:space="preserve">    (c) calling (figuratively, by being desirable)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an hour Mr. Shin uses Korean and English examples to talk about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</w:t>
      </w:r>
      <w:r>
        <w:rPr>
          <w:b/>
          <w:bCs/>
        </w:rPr>
        <w:t xml:space="preserve"> </w:t>
      </w:r>
      <w:r>
        <w:rPr>
          <w:b/>
          <w:bCs/>
        </w:rPr>
        <w:t xml:space="preserve">of God.</w:t>
      </w:r>
      <w:r>
        <w:br/>
      </w:r>
      <w:r>
        <w:t xml:space="preserve">    (a) the taking on or adoption of power or responsibility</w:t>
      </w:r>
      <w:r>
        <w:br/>
      </w:r>
      <w:r>
        <w:t xml:space="preserve">    (b) sympathy for another's suffering and wanting to help</w:t>
      </w:r>
      <w:r>
        <w:br/>
      </w:r>
      <w:r>
        <w:t xml:space="preserve">    (c) the process of controlling (how something turns out)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Your wife has become a most valued member of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congregation</w:t>
      </w:r>
      <w:r>
        <w:rPr>
          <w:b/>
          <w:bCs/>
        </w:rPr>
        <w:t xml:space="preserve">.</w:t>
      </w:r>
      <w:r>
        <w:br/>
      </w:r>
      <w:r>
        <w:t xml:space="preserve">    (a) people who worship together in the same building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the act, process, or instance of telling a 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More and more like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demure</w:t>
      </w:r>
      <w:r>
        <w:rPr>
          <w:b/>
          <w:bCs/>
        </w:rPr>
        <w:t xml:space="preserve"> </w:t>
      </w:r>
      <w:r>
        <w:rPr>
          <w:b/>
          <w:bCs/>
        </w:rPr>
        <w:t xml:space="preserve">young lady.</w:t>
      </w:r>
      <w:r>
        <w:br/>
      </w:r>
      <w:r>
        <w:t xml:space="preserve">    (a) tendency to be direct in a disagreeable, insensitive manner</w:t>
      </w:r>
      <w:r>
        <w:br/>
      </w:r>
      <w:r>
        <w:t xml:space="preserve">    (b) modest, quiet, and shy; or pretending such in a playful way</w:t>
      </w:r>
      <w:r>
        <w:br/>
      </w:r>
      <w:r>
        <w:t xml:space="preserve">    (c) the quality of believing oneself morally superior to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Thank you for your words, he says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abruptly</w:t>
      </w:r>
      <w:r>
        <w:rPr>
          <w:b/>
          <w:bCs/>
        </w:rPr>
        <w:t xml:space="preserve"> </w:t>
      </w:r>
      <w:r>
        <w:rPr>
          <w:b/>
          <w:bCs/>
        </w:rPr>
        <w:t xml:space="preserve">and leads Uhmma away to the back row of chairs.</w:t>
      </w:r>
      <w:r>
        <w:br/>
      </w:r>
      <w:r>
        <w:t xml:space="preserve">    (a) in a manner that is rude or unfriendly because of using too few words or moving too quickly</w:t>
      </w:r>
      <w:r>
        <w:br/>
      </w:r>
      <w:r>
        <w:t xml:space="preserve">    (b) adequately (in a manner that provides enough -- often without being more than is needed)</w:t>
      </w:r>
      <w:r>
        <w:br/>
      </w:r>
      <w:r>
        <w:t xml:space="preserve">    (c) in a manner that relates to questions that cannot be answered with the scientific method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By the time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principal</w:t>
      </w:r>
      <w:r>
        <w:rPr>
          <w:b/>
          <w:bCs/>
        </w:rPr>
        <w:t xml:space="preserve"> </w:t>
      </w:r>
      <w:r>
        <w:rPr>
          <w:b/>
          <w:bCs/>
        </w:rPr>
        <w:t xml:space="preserve">steps up to the podium to begin the awards ceremony, my entire face has flamed red from my lies.</w:t>
      </w:r>
      <w:r>
        <w:br/>
      </w:r>
      <w:r>
        <w:t xml:space="preserve">    (a) most important; or person that is most important</w:t>
      </w:r>
      <w:r>
        <w:br/>
      </w:r>
      <w:r>
        <w:t xml:space="preserve">    (b) the state or degree of criticism or disagreement</w:t>
      </w:r>
      <w:r>
        <w:br/>
      </w:r>
      <w:r>
        <w:t xml:space="preserve">    (c) serving to help explain or demonstrate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shakes her head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laments</w:t>
      </w:r>
      <w:r>
        <w:rPr>
          <w:b/>
          <w:bCs/>
        </w:rPr>
        <w:t xml:space="preserve">, To think of all those people there to honor you, and your own parents could not take a night off from their jobs.</w:t>
      </w:r>
      <w:r>
        <w:br/>
      </w:r>
      <w:r>
        <w:t xml:space="preserve">    (a) expresses grief or regret</w:t>
      </w:r>
      <w:r>
        <w:br/>
      </w:r>
      <w:r>
        <w:t xml:space="preserve">    (b) gradually adds or removes</w:t>
      </w:r>
      <w:r>
        <w:br/>
      </w:r>
      <w:r>
        <w:t xml:space="preserve">    (c) changes through evolution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Joon faces me fully, giving me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incredulous</w:t>
      </w:r>
      <w:r>
        <w:rPr>
          <w:b/>
          <w:bCs/>
        </w:rPr>
        <w:t xml:space="preserve"> </w:t>
      </w:r>
      <w:r>
        <w:rPr>
          <w:b/>
          <w:bCs/>
        </w:rPr>
        <w:t xml:space="preserve">look.</w:t>
      </w:r>
      <w:r>
        <w:br/>
      </w:r>
      <w:r>
        <w:t xml:space="preserve">    (a) clear, easily noticed, and/or identifiable as different or separate</w:t>
      </w:r>
      <w:r>
        <w:br/>
      </w:r>
      <w:r>
        <w:t xml:space="preserve">    (b) not capable of being better understood through detailed examination</w:t>
      </w:r>
      <w:r>
        <w:br/>
      </w:r>
      <w:r>
        <w:t xml:space="preserve">    (c) unbelieving; or having difficulty accepting something so unexpected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light from his desk lamp makes the black bristles of his hair look even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sparse</w:t>
      </w:r>
      <w:r>
        <w:rPr>
          <w:b/>
          <w:bCs/>
        </w:rPr>
        <w:t xml:space="preserve">, like a landscape of trees in winter.</w:t>
      </w:r>
      <w:r>
        <w:br/>
      </w:r>
      <w:r>
        <w:t xml:space="preserve">    (a) not dense; or few in number and spread out</w:t>
      </w:r>
      <w:r>
        <w:br/>
      </w:r>
      <w:r>
        <w:t xml:space="preserve">    (b) mental activity of which one is self-aware</w:t>
      </w:r>
      <w:r>
        <w:br/>
      </w:r>
      <w:r>
        <w:t xml:space="preserve">    (c) able to be learned, discovered, or decided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Almost instantly a white cloud of starch rises up and turns the water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opaque</w:t>
      </w:r>
      <w:r>
        <w:rPr>
          <w:b/>
          <w:bCs/>
        </w:rPr>
        <w:t xml:space="preserve">.</w:t>
      </w:r>
      <w:r>
        <w:br/>
      </w:r>
      <w:r>
        <w:t xml:space="preserve">    (a) not sensible or careful</w:t>
      </w:r>
      <w:r>
        <w:br/>
      </w:r>
      <w:r>
        <w:t xml:space="preserve">    (b) cloudy so it is no longer clear</w:t>
      </w:r>
      <w:r>
        <w:br/>
      </w:r>
      <w:r>
        <w:t xml:space="preserve">    (c) optimistic or agreeable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Only hard wooden floors and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intricate</w:t>
      </w:r>
      <w:r>
        <w:rPr>
          <w:b/>
          <w:bCs/>
        </w:rPr>
        <w:t xml:space="preserve">, diamond-shaped design in the middle of the ceiling.</w:t>
      </w:r>
      <w:r>
        <w:br/>
      </w:r>
      <w:r>
        <w:t xml:space="preserve">    (a) the degree to which something can be solved or settled</w:t>
      </w:r>
      <w:r>
        <w:br/>
      </w:r>
      <w:r>
        <w:t xml:space="preserve">    (b) complicated -- having many complexly arranged elements</w:t>
      </w:r>
      <w:r>
        <w:br/>
      </w:r>
      <w:r>
        <w:t xml:space="preserve">    (c) not capable of being suffered through (or put up with)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walk with Uhmma now, her hand grasped firmly in mine, I can feel the strength that was there in our childhood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ebbing</w:t>
      </w:r>
      <w:r>
        <w:rPr>
          <w:b/>
          <w:bCs/>
        </w:rPr>
        <w:t xml:space="preserve"> </w:t>
      </w:r>
      <w:r>
        <w:rPr>
          <w:b/>
          <w:bCs/>
        </w:rPr>
        <w:t xml:space="preserve">away.</w:t>
      </w:r>
      <w:r>
        <w:br/>
      </w:r>
      <w:r>
        <w:t xml:space="preserve">    (a) making uncomfortable (weighing heavily on the senses or spirit)</w:t>
      </w:r>
      <w:r>
        <w:br/>
      </w:r>
      <w:r>
        <w:t xml:space="preserve">    (b) supporting a beam, bracket, or other structure on only one side</w:t>
      </w:r>
      <w:r>
        <w:br/>
      </w:r>
      <w:r>
        <w:t xml:space="preserve">    (c) declining -- typically gradually as with the height of the tide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Tiny flecks of skin,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parched</w:t>
      </w:r>
      <w:r>
        <w:rPr>
          <w:b/>
          <w:bCs/>
        </w:rPr>
        <w:t xml:space="preserve"> </w:t>
      </w:r>
      <w:r>
        <w:rPr>
          <w:b/>
          <w:bCs/>
        </w:rPr>
        <w:t xml:space="preserve">from dry-cleaning clothes, ironing shirts, "heavy on the starch," stand up searching for the moisture that was robbed day after day for eleven years.</w:t>
      </w:r>
      <w:r>
        <w:br/>
      </w:r>
      <w:r>
        <w:t xml:space="preserve">    (a) dried out by heat or excessive exposure to sunlight; or very thirsty</w:t>
      </w:r>
      <w:r>
        <w:br/>
      </w:r>
      <w:r>
        <w:t xml:space="preserve">    (b) convinced (someone) that an idea previously believed was not correct</w:t>
      </w:r>
      <w:r>
        <w:br/>
      </w:r>
      <w:r>
        <w:t xml:space="preserve">    (c) not with energy redirected from a negative impulse to a positive one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2026-07-31T19:42:16Z</dcterms:created>
  <dcterms:modified xsi:type="dcterms:W3CDTF">2026-07-31T19:42:16Z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