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f78df0f7ff73df2b4d0139fd08bea7f6709e174"/>
    <w:p>
      <w:pPr>
        <w:pStyle w:val="Heading1"/>
      </w:pPr>
      <w:r>
        <w:rPr>
          <w:b/>
          <w:bCs/>
        </w:rPr>
        <w:t xml:space="preserve">A Spool of Blue Thread</w:t>
      </w:r>
      <w:r>
        <w:br/>
      </w:r>
      <w:r>
        <w:rPr>
          <w:i/>
          <w:iCs/>
        </w:rPr>
        <w:t xml:space="preserve">Anne Tayler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Denny proved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competent</w:t>
      </w:r>
      <w:r>
        <w:rPr>
          <w:b/>
          <w:bCs/>
        </w:rPr>
        <w:t xml:space="preserve">, but not so good with the customers.</w:t>
      </w:r>
      <w:r>
        <w:br/>
      </w:r>
      <w:r>
        <w:t xml:space="preserve">    (a) sincerity (realness)</w:t>
      </w:r>
      <w:r>
        <w:br/>
      </w:r>
      <w:r>
        <w:t xml:space="preserve">    (b) sensible and careful</w:t>
      </w:r>
      <w:r>
        <w:br/>
      </w:r>
      <w:r>
        <w:t xml:space="preserve">    (c) sufficiently capable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All along she had thought of it, but now she grew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insistent</w:t>
      </w:r>
      <w:r>
        <w:rPr>
          <w:b/>
          <w:bCs/>
        </w:rPr>
        <w:t xml:space="preserve">.</w:t>
      </w:r>
      <w:r>
        <w:br/>
      </w:r>
      <w:r>
        <w:t xml:space="preserve">    (a) able to be taken on as one's own</w:t>
      </w:r>
      <w:r>
        <w:br/>
      </w:r>
      <w:r>
        <w:t xml:space="preserve">    (b) persistent or continuing or firm</w:t>
      </w:r>
      <w:r>
        <w:br/>
      </w:r>
      <w:r>
        <w:t xml:space="preserve">    (c) indicating approval or 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she lay down and smoothed her covers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ostentatiously</w:t>
      </w:r>
      <w:r>
        <w:rPr>
          <w:b/>
          <w:bCs/>
        </w:rPr>
        <w:t xml:space="preserve"> </w:t>
      </w:r>
      <w:r>
        <w:rPr>
          <w:b/>
          <w:bCs/>
        </w:rPr>
        <w:t xml:space="preserve">closed her eyes, so Red got into bed himself and switched the lamp off.</w:t>
      </w:r>
      <w:r>
        <w:br/>
      </w:r>
      <w:r>
        <w:t xml:space="preserve">    (a) in a manner intended to attract notice and impress others</w:t>
      </w:r>
      <w:r>
        <w:br/>
      </w:r>
      <w:r>
        <w:t xml:space="preserve">    (b) in a manner that is supposed (rather than known to be so)</w:t>
      </w:r>
      <w:r>
        <w:br/>
      </w:r>
      <w:r>
        <w:t xml:space="preserve">    (c) not in a manner that is able to be promised or guaranteed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believed devoutly in people's capacity for change, sometimes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exasperation</w:t>
      </w:r>
      <w:r>
        <w:rPr>
          <w:b/>
          <w:bCs/>
        </w:rPr>
        <w:t xml:space="preserve"> </w:t>
      </w:r>
      <w:r>
        <w:rPr>
          <w:b/>
          <w:bCs/>
        </w:rPr>
        <w:t xml:space="preserve">of everyone else in the family.</w:t>
      </w:r>
      <w:r>
        <w:br/>
      </w:r>
      <w:r>
        <w:t xml:space="preserve">    (a) great annoyance</w:t>
      </w:r>
      <w:r>
        <w:br/>
      </w:r>
      <w:r>
        <w:t xml:space="preserve">    (b) in disagreement</w:t>
      </w:r>
      <w:r>
        <w:br/>
      </w:r>
      <w:r>
        <w:t xml:space="preserve">    (c) relative amount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was a fact so little known that his own daughter-in-law had to ask his name when she was briefly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contemplating</w:t>
      </w:r>
      <w:r>
        <w:rPr>
          <w:b/>
          <w:bCs/>
        </w:rPr>
        <w:t xml:space="preserve"> </w:t>
      </w:r>
      <w:r>
        <w:rPr>
          <w:b/>
          <w:bCs/>
        </w:rPr>
        <w:t xml:space="preserve">making her firstborn a III if he turned out to be a boy.</w:t>
      </w:r>
      <w:r>
        <w:br/>
      </w:r>
      <w:r>
        <w:t xml:space="preserve">    (a) wrongly translates</w:t>
      </w:r>
      <w:r>
        <w:br/>
      </w:r>
      <w:r>
        <w:t xml:space="preserve">    (b) restarted (a fire)</w:t>
      </w:r>
      <w:r>
        <w:br/>
      </w:r>
      <w:r>
        <w:t xml:space="preserve">    (c) consider or ponder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implied</w:t>
      </w:r>
      <w:r>
        <w:rPr>
          <w:b/>
          <w:bCs/>
        </w:rPr>
        <w:t xml:space="preserve"> </w:t>
      </w:r>
      <w:r>
        <w:rPr>
          <w:b/>
          <w:bCs/>
        </w:rPr>
        <w:t xml:space="preserve">illustrious forebears, perhaps on the mother's side.</w:t>
      </w:r>
      <w:r>
        <w:br/>
      </w:r>
      <w:r>
        <w:t xml:space="preserve">    (a) was attractive or desirable</w:t>
      </w:r>
      <w:r>
        <w:br/>
      </w:r>
      <w:r>
        <w:t xml:space="preserve">    (b) not wanting to do something</w:t>
      </w:r>
      <w:r>
        <w:br/>
      </w:r>
      <w:r>
        <w:t xml:space="preserve">    (c) suggested (said indirectly)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answer seemed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vary</w:t>
      </w:r>
      <w:r>
        <w:rPr>
          <w:b/>
          <w:bCs/>
        </w:rPr>
        <w:t xml:space="preserve">.</w:t>
      </w:r>
      <w:r>
        <w:br/>
      </w:r>
      <w:r>
        <w:t xml:space="preserve">    (a) show or represent</w:t>
      </w:r>
      <w:r>
        <w:br/>
      </w:r>
      <w:r>
        <w:t xml:space="preserve">    (b) influence opinion</w:t>
      </w:r>
      <w:r>
        <w:br/>
      </w:r>
      <w:r>
        <w:t xml:space="preserve">    (c) differ; or change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Junior was probably gloating: all those shiny-haired,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nonchalantly</w:t>
      </w:r>
      <w:r>
        <w:rPr>
          <w:b/>
          <w:bCs/>
        </w:rPr>
        <w:t xml:space="preserve"> </w:t>
      </w:r>
      <w:r>
        <w:rPr>
          <w:b/>
          <w:bCs/>
        </w:rPr>
        <w:t xml:space="preserve">graceful boys and girls on his porch, when their folks had never invited him and Linnie to their porches, not on a single occasion.</w:t>
      </w:r>
      <w:r>
        <w:br/>
      </w:r>
      <w:r>
        <w:t xml:space="preserve">    (a) calmly (appearing unconcerned)</w:t>
      </w:r>
      <w:r>
        <w:br/>
      </w:r>
      <w:r>
        <w:t xml:space="preserve">    (b) in a good or beneficial manner</w:t>
      </w:r>
      <w:r>
        <w:br/>
      </w:r>
      <w:r>
        <w:t xml:space="preserve">    (c) in a manner that does not stop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Most people just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tactfully</w:t>
      </w:r>
      <w:r>
        <w:rPr>
          <w:b/>
          <w:bCs/>
        </w:rPr>
        <w:t xml:space="preserve"> </w:t>
      </w:r>
      <w:r>
        <w:rPr>
          <w:b/>
          <w:bCs/>
        </w:rPr>
        <w:t xml:space="preserve">discarded them, but Marge Ellis brought a whole handful to the Whitshanks' front door, where Red accepted them with a confused look on his face.</w:t>
      </w:r>
      <w:r>
        <w:br/>
      </w:r>
      <w:r>
        <w:t xml:space="preserve">    (a) in a pessimistic or disagreeable manner</w:t>
      </w:r>
      <w:r>
        <w:br/>
      </w:r>
      <w:r>
        <w:t xml:space="preserve">    (b) in a manner that makes others feel good</w:t>
      </w:r>
      <w:r>
        <w:br/>
      </w:r>
      <w:r>
        <w:t xml:space="preserve">    (c) enthusiastically or with great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"It's served us so well," she said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wistfully</w:t>
      </w:r>
      <w:r>
        <w:rPr>
          <w:b/>
          <w:bCs/>
        </w:rPr>
        <w:t xml:space="preserve">.</w:t>
      </w:r>
      <w:r>
        <w:br/>
      </w:r>
      <w:r>
        <w:t xml:space="preserve">    (a) following as a result of something</w:t>
      </w:r>
      <w:r>
        <w:br/>
      </w:r>
      <w:r>
        <w:t xml:space="preserve">    (b) with longing or unfulfilled desire</w:t>
      </w:r>
      <w:r>
        <w:br/>
      </w:r>
      <w:r>
        <w:t xml:space="preserve">    (c) in a manner that involves betrayal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"Yes, of course," Nora said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serenely</w:t>
      </w:r>
      <w:r>
        <w:rPr>
          <w:b/>
          <w:bCs/>
        </w:rPr>
        <w:t xml:space="preserve">.</w:t>
      </w:r>
      <w:r>
        <w:br/>
      </w:r>
      <w:r>
        <w:t xml:space="preserve">    (a) enthusiastically or with great interest</w:t>
      </w:r>
      <w:r>
        <w:br/>
      </w:r>
      <w:r>
        <w:t xml:space="preserve">    (b) in a manner that is calm and untroubled</w:t>
      </w:r>
      <w:r>
        <w:br/>
      </w:r>
      <w:r>
        <w:t xml:space="preserve">    (c) in a pessimistic or disagreeable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returned her hug briefly and then bent to pet Brenda, who had struggled to her feet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shambled</w:t>
      </w:r>
      <w:r>
        <w:rPr>
          <w:b/>
          <w:bCs/>
        </w:rPr>
        <w:t xml:space="preserve"> </w:t>
      </w:r>
      <w:r>
        <w:rPr>
          <w:b/>
          <w:bCs/>
        </w:rPr>
        <w:t xml:space="preserve">over to nuzzle him.</w:t>
      </w:r>
      <w:r>
        <w:br/>
      </w:r>
      <w:r>
        <w:t xml:space="preserve">    (a) walked in an awkward, shuffling way</w:t>
      </w:r>
      <w:r>
        <w:br/>
      </w:r>
      <w:r>
        <w:t xml:space="preserve">    (b) blended three or more musical notes</w:t>
      </w:r>
      <w:r>
        <w:br/>
      </w:r>
      <w:r>
        <w:t xml:space="preserve">    (c) not learned, discovered, or decided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other girls had had their hearts set on pre-med students, but evidently one look 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unassuming</w:t>
      </w:r>
      <w:r>
        <w:rPr>
          <w:b/>
          <w:bCs/>
        </w:rPr>
        <w:t xml:space="preserve"> </w:t>
      </w:r>
      <w:r>
        <w:rPr>
          <w:b/>
          <w:bCs/>
        </w:rPr>
        <w:t xml:space="preserve">Hugh, with his sawdust-colored beard and his tool belt slung low around his hips, had made Jeannie feel instantly at home.</w:t>
      </w:r>
      <w:r>
        <w:br/>
      </w:r>
      <w:r>
        <w:t xml:space="preserve">    (a) sloped</w:t>
      </w:r>
      <w:r>
        <w:br/>
      </w:r>
      <w:r>
        <w:t xml:space="preserve">    (b) hidden</w:t>
      </w:r>
      <w:r>
        <w:br/>
      </w:r>
      <w:r>
        <w:t xml:space="preserve">    (c) humble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Evidently Denny was having one of his unexpectedly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confiding</w:t>
      </w:r>
      <w:r>
        <w:rPr>
          <w:b/>
          <w:bCs/>
        </w:rPr>
        <w:t xml:space="preserve"> </w:t>
      </w:r>
      <w:r>
        <w:rPr>
          <w:b/>
          <w:bCs/>
        </w:rPr>
        <w:t xml:space="preserve">moments.</w:t>
      </w:r>
      <w:r>
        <w:br/>
      </w:r>
      <w:r>
        <w:t xml:space="preserve">    (a) showing, demonstrating, determining, or causing acceptance</w:t>
      </w:r>
      <w:r>
        <w:br/>
      </w:r>
      <w:r>
        <w:t xml:space="preserve">    (b) viewing in a certain way so as to form a belief or opinion</w:t>
      </w:r>
      <w:r>
        <w:br/>
      </w:r>
      <w:r>
        <w:t xml:space="preserve">    (c) placing trust (in someone) by talking about private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saw the way salesclerks treated him lately, how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condescendingly</w:t>
      </w:r>
      <w:r>
        <w:rPr>
          <w:b/>
          <w:bCs/>
        </w:rPr>
        <w:t xml:space="preserve">, speaking to him too loudly and using words of fewer syllables.</w:t>
      </w:r>
      <w:r>
        <w:br/>
      </w:r>
      <w:r>
        <w:t xml:space="preserve">    (a) in a manner treating others as inferior</w:t>
      </w:r>
      <w:r>
        <w:br/>
      </w:r>
      <w:r>
        <w:t xml:space="preserve">    (b) enthusiastically or with great interest</w:t>
      </w:r>
      <w:r>
        <w:br/>
      </w:r>
      <w:r>
        <w:t xml:space="preserve">    (c) in a pessimistic or disagreeable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agreement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contingent</w:t>
      </w:r>
      <w:r>
        <w:rPr>
          <w:b/>
          <w:bCs/>
        </w:rPr>
        <w:t xml:space="preserve"> </w:t>
      </w:r>
      <w:r>
        <w:rPr>
          <w:b/>
          <w:bCs/>
        </w:rPr>
        <w:t xml:space="preserve">upon his mother's promise that she will never, ever, for any reason, reveal her identity to her son unless and until she assumes permanent responsibility for him; nor will I reveal it myself.</w:t>
      </w:r>
      <w:r>
        <w:br/>
      </w:r>
      <w:r>
        <w:t xml:space="preserve">    (a) clear, easily noticed, and/or identifiable as different or separate</w:t>
      </w:r>
      <w:r>
        <w:br/>
      </w:r>
      <w:r>
        <w:t xml:space="preserve">    (b) not capable of being better understood through detailed examination</w:t>
      </w:r>
      <w:r>
        <w:br/>
      </w:r>
      <w:r>
        <w:t xml:space="preserve">    (c) dependent upon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Bouton Road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contingent</w:t>
      </w:r>
      <w:r>
        <w:rPr>
          <w:b/>
          <w:bCs/>
        </w:rPr>
        <w:t xml:space="preserve"> </w:t>
      </w:r>
      <w:r>
        <w:rPr>
          <w:b/>
          <w:bCs/>
        </w:rPr>
        <w:t xml:space="preserve">was eating supper at her house, now that their pots and dishes were packed, and she had just set a pork roast in front of Amanda's Hugh for carving.</w:t>
      </w:r>
      <w:r>
        <w:br/>
      </w:r>
      <w:r>
        <w:t xml:space="preserve">    (a) group</w:t>
      </w:r>
      <w:r>
        <w:br/>
      </w:r>
      <w:r>
        <w:t xml:space="preserve">    (b) the time during which something continues</w:t>
      </w:r>
      <w:r>
        <w:br/>
      </w:r>
      <w:r>
        <w:t xml:space="preserve">    (c) a particular understanding or explanation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wore a charcoal knit dress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demure</w:t>
      </w:r>
      <w:r>
        <w:rPr>
          <w:b/>
          <w:bCs/>
        </w:rPr>
        <w:t xml:space="preserve"> </w:t>
      </w:r>
      <w:r>
        <w:rPr>
          <w:b/>
          <w:bCs/>
        </w:rPr>
        <w:t xml:space="preserve">white collar, and black tights and black suede pumps.</w:t>
      </w:r>
      <w:r>
        <w:br/>
      </w:r>
      <w:r>
        <w:t xml:space="preserve">    (a) modest, quiet, and shy; or pretending such in a playful way</w:t>
      </w:r>
      <w:r>
        <w:br/>
      </w:r>
      <w:r>
        <w:t xml:space="preserve">    (b) tendency to be direct in a disagreeable, insensitive manner</w:t>
      </w:r>
      <w:r>
        <w:br/>
      </w:r>
      <w:r>
        <w:t xml:space="preserve">    (c) the quality of believing oneself morally superior to others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Apparently, in the process of rising for the prayer, Jeannie had contrived to cast a backward glance 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congregation</w:t>
      </w:r>
      <w:r>
        <w:rPr>
          <w:b/>
          <w:bCs/>
        </w:rPr>
        <w:t xml:space="preserve">.</w:t>
      </w:r>
      <w:r>
        <w:br/>
      </w:r>
      <w:r>
        <w:t xml:space="preserve">    (a) the act, process, or instance of telling a story</w:t>
      </w:r>
      <w:r>
        <w:br/>
      </w:r>
      <w:r>
        <w:t xml:space="preserve">    (b) people who worship together in the same building</w:t>
      </w:r>
      <w:r>
        <w:br/>
      </w:r>
      <w:r>
        <w:t xml:space="preserve">    (c) a general feeling of not being as good as others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They're bound to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ordinances</w:t>
      </w:r>
      <w:r>
        <w:rPr>
          <w:b/>
          <w:bCs/>
        </w:rPr>
        <w:t xml:space="preserve"> </w:t>
      </w:r>
      <w:r>
        <w:rPr>
          <w:b/>
          <w:bCs/>
        </w:rPr>
        <w:t xml:space="preserve">dealing with this kind of thing.</w:t>
      </w:r>
      <w:r>
        <w:br/>
      </w:r>
      <w:r>
        <w:t xml:space="preserve">    (a) a rule or law -- typically enacted by city government</w:t>
      </w:r>
      <w:r>
        <w:br/>
      </w:r>
      <w:r>
        <w:t xml:space="preserve">    (b) acts or processes of stopped something from happening</w:t>
      </w:r>
      <w:r>
        <w:br/>
      </w:r>
      <w:r>
        <w:t xml:space="preserve">    (c) bands of inelastic tissue connecting a muscle to bone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2026-07-31T20:02:07Z</dcterms:created>
  <dcterms:modified xsi:type="dcterms:W3CDTF">2026-07-31T20:02:07Z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