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360ec94cf996814382a070c2b059a850cf0d6b"/>
    <w:p>
      <w:pPr>
        <w:pStyle w:val="Heading1"/>
      </w:pPr>
      <w:r>
        <w:rPr>
          <w:b/>
          <w:bCs/>
        </w:rPr>
        <w:t xml:space="preserve">A Soldier of the Great War</w:t>
      </w:r>
      <w:r>
        <w:br/>
      </w:r>
      <w:r>
        <w:rPr>
          <w:i/>
          <w:iCs/>
        </w:rPr>
        <w:t xml:space="preserve">Mark Helprin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the Nineties on, we had begun to look to Africa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very important</w:t>
      </w:r>
      <w:r>
        <w:br/>
      </w:r>
      <w:r>
        <w:t xml:space="preserve">    (b) with intensity</w:t>
      </w:r>
      <w:r>
        <w:br/>
      </w:r>
      <w:r>
        <w:t xml:space="preserve">    (c) available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known that our happiness would end, but we had not thought that it would be totally destroyed, as if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.</w:t>
      </w:r>
      <w:r>
        <w:br/>
      </w:r>
      <w:r>
        <w:t xml:space="preserve">    (a) something made from parts</w:t>
      </w:r>
      <w:r>
        <w:br/>
      </w:r>
      <w:r>
        <w:t xml:space="preserve">    (b) the act of taking revenge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difference between your flesh and the animate power within, which can feel, understand, and love, in that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ascending</w:t>
      </w:r>
      <w:r>
        <w:rPr>
          <w:b/>
          <w:bCs/>
        </w:rPr>
        <w:t xml:space="preserve"> </w:t>
      </w:r>
      <w:r>
        <w:rPr>
          <w:b/>
          <w:bCs/>
        </w:rPr>
        <w:t xml:space="preserve">order, will be clear to you in ten thousand ways, ten thousand times over.</w:t>
      </w:r>
      <w:r>
        <w:br/>
      </w:r>
      <w:r>
        <w:t xml:space="preserve">    (a) bouncing back</w:t>
      </w:r>
      <w:r>
        <w:br/>
      </w:r>
      <w:r>
        <w:t xml:space="preserve">    (b) concentrating</w:t>
      </w:r>
      <w:r>
        <w:br/>
      </w:r>
      <w:r>
        <w:t xml:space="preserve">    (c) moving from least important to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Orange sparks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ascended</w:t>
      </w:r>
      <w:r>
        <w:rPr>
          <w:b/>
          <w:bCs/>
        </w:rPr>
        <w:t xml:space="preserve"> </w:t>
      </w:r>
      <w:r>
        <w:rPr>
          <w:b/>
          <w:bCs/>
        </w:rPr>
        <w:t xml:space="preserve">from wave-like sheets of flame</w:t>
      </w:r>
      <w:r>
        <w:br/>
      </w:r>
      <w:r>
        <w:t xml:space="preserve">    (a) not roughly calculated</w:t>
      </w:r>
      <w:r>
        <w:br/>
      </w:r>
      <w:r>
        <w:t xml:space="preserve">    (b) moved upward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Rafi tried to explain to the stunned railwaymen, in pantomime, that he was Jewish and didn't eat ham (the first part of the pantomime was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that he was circumcised) Alessandro grabbed him by the shoulder.</w:t>
      </w:r>
      <w:r>
        <w:br/>
      </w:r>
      <w:r>
        <w:t xml:space="preserve">    (a) mirror back (an image)</w:t>
      </w:r>
      <w:r>
        <w:br/>
      </w:r>
      <w:r>
        <w:t xml:space="preserve">    (b) communicate or express</w:t>
      </w:r>
      <w:r>
        <w:br/>
      </w:r>
      <w:r>
        <w:t xml:space="preserve">    (c) create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Alessandro was taken to Stella Maris, a short distance from Rome, in half a dozen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conveyances</w:t>
      </w:r>
      <w:r>
        <w:rPr>
          <w:b/>
          <w:bCs/>
        </w:rPr>
        <w:t xml:space="preserve">.</w:t>
      </w:r>
      <w:r>
        <w:br/>
      </w:r>
      <w:r>
        <w:t xml:space="preserve">    (a) influences opinion</w:t>
      </w:r>
      <w:r>
        <w:br/>
      </w:r>
      <w:r>
        <w:t xml:space="preserve">    (b) takes on or adopts</w:t>
      </w:r>
      <w:r>
        <w:br/>
      </w:r>
      <w:r>
        <w:t xml:space="preserve">    (c) means of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father plans to retain one old order scribe such as myself to record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, take letters, and accompany him to court.</w:t>
      </w:r>
      <w:r>
        <w:br/>
      </w:r>
      <w:r>
        <w:t xml:space="preserve">    (a) formal notes (from a meeting)</w:t>
      </w:r>
      <w:r>
        <w:br/>
      </w:r>
      <w:r>
        <w:t xml:space="preserve">    (b) things not easily set on fire</w:t>
      </w:r>
      <w:r>
        <w:br/>
      </w:r>
      <w:r>
        <w:t xml:space="preserve">    (c) results or predictable values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 things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 </w:t>
      </w:r>
      <w:r>
        <w:rPr>
          <w:b/>
          <w:bCs/>
        </w:rPr>
        <w:t xml:space="preserve">different sometime earlier, the Giulianis might now be together on the beach.</w:t>
      </w:r>
      <w:r>
        <w:br/>
      </w:r>
      <w:r>
        <w:t xml:space="preserve">    (a) in a manner that is capable of being noticed</w:t>
      </w:r>
      <w:r>
        <w:br/>
      </w:r>
      <w:r>
        <w:t xml:space="preserve">    (b) slightly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orders would for a time have glowed white,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luminously</w:t>
      </w:r>
      <w:r>
        <w:rPr>
          <w:b/>
          <w:bCs/>
        </w:rPr>
        <w:t xml:space="preserve"> </w:t>
      </w:r>
      <w:r>
        <w:rPr>
          <w:b/>
          <w:bCs/>
        </w:rPr>
        <w:t xml:space="preserve">reformed the world.</w:t>
      </w:r>
      <w:r>
        <w:br/>
      </w:r>
      <w:r>
        <w:t xml:space="preserve">    (a) with an orientation that is straight up and down (90 degrees relative to the floor)</w:t>
      </w:r>
      <w:r>
        <w:br/>
      </w:r>
      <w:r>
        <w:t xml:space="preserve">    (b) glowing or shining</w:t>
      </w:r>
      <w:r>
        <w:br/>
      </w:r>
      <w:r>
        <w:br/>
      </w:r>
      <w:r>
        <w:t xml:space="preserve">(also used metaphorically to describe beauty or intelligence)</w:t>
      </w:r>
      <w:r>
        <w:br/>
      </w:r>
      <w:r>
        <w:t xml:space="preserve">    (c) basically (in all important respects; or relating to the basic nature of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air at two thousand meters was so thin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that it seemed to be only a gloss of the light.</w:t>
      </w:r>
      <w:r>
        <w:br/>
      </w:r>
      <w:r>
        <w:t xml:space="preserve">    (a) calm and undisturbed</w:t>
      </w:r>
      <w:r>
        <w:br/>
      </w:r>
      <w:r>
        <w:t xml:space="preserve">    (b) sensible and careful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 these things been in Rome they would have been surrounded by other such things,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bled into chaotic illusion.</w:t>
      </w:r>
      <w:r>
        <w:br/>
      </w:r>
      <w:r>
        <w:t xml:space="preserve">    (a) piles of wood or other burnable materials</w:t>
      </w:r>
      <w:r>
        <w:br/>
      </w:r>
      <w:r>
        <w:t xml:space="preserve">    (b) characteristics (of something or someone)</w:t>
      </w:r>
      <w:r>
        <w:br/>
      </w:r>
      <w:r>
        <w:t xml:space="preserve">    (c) dreamlike states of altered consciousness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Men with families were pulled from the ranks along with equally mystified adolescents and put to death for acts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attributed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 whom they had never seen.</w:t>
      </w:r>
      <w:r>
        <w:br/>
      </w:r>
      <w:r>
        <w:t xml:space="preserve">    (a) not changed directly from a solid to a vapor</w:t>
      </w:r>
      <w:r>
        <w:br/>
      </w:r>
      <w:r>
        <w:t xml:space="preserve">    (b) credited (pointed to as the cause of something)</w:t>
      </w:r>
      <w:r>
        <w:br/>
      </w:r>
      <w:r>
        <w:t xml:space="preserve">    (c) not made different; or shown to be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Soon, they were underway in the wind, gulls maneuvered around them,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whitecaps</w:t>
      </w:r>
      <w:r>
        <w:rPr>
          <w:b/>
          <w:bCs/>
        </w:rPr>
        <w:t xml:space="preserve"> </w:t>
      </w:r>
      <w:r>
        <w:rPr>
          <w:b/>
          <w:bCs/>
        </w:rPr>
        <w:t xml:space="preserve">appeared in the water.</w:t>
      </w:r>
      <w:r>
        <w:br/>
      </w:r>
      <w:r>
        <w:t xml:space="preserve">    (a) acts of interacting or getting interested again</w:t>
      </w:r>
      <w:r>
        <w:br/>
      </w:r>
      <w:r>
        <w:t xml:space="preserve">    (b) wind-blown waves with white foam at their crest</w:t>
      </w:r>
      <w:r>
        <w:br/>
      </w:r>
      <w:r>
        <w:t xml:space="preserve">    (c) general feelings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at the gate and one on the ramparts.</w:t>
      </w:r>
      <w:r>
        <w:br/>
      </w:r>
      <w:r>
        <w:t xml:space="preserve">    (a) person who stands guard</w:t>
      </w:r>
      <w:r>
        <w:br/>
      </w:r>
      <w:r>
        <w:t xml:space="preserve">    (b) social event or ceremony</w:t>
      </w:r>
      <w:r>
        <w:br/>
      </w:r>
      <w:r>
        <w:t xml:space="preserve">    (c) a positively charged 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passage from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br/>
      </w:r>
      <w:r>
        <w:t xml:space="preserve">    (a) adjusts a lens to make an image clear</w:t>
      </w:r>
      <w:r>
        <w:br/>
      </w:r>
      <w:r>
        <w:t xml:space="preserve">    (b) hopelessness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should live as I had, and then, eventually, I was resigned to it, as I had to be, for he never came back.</w:t>
      </w:r>
      <w:r>
        <w:br/>
      </w:r>
      <w:r>
        <w:t xml:space="preserve">    (a) stuck out</w:t>
      </w:r>
      <w:r>
        <w:br/>
      </w:r>
      <w:r>
        <w:t xml:space="preserve">    (b) lost hope</w:t>
      </w:r>
      <w:r>
        <w:br/>
      </w:r>
      <w:r>
        <w:t xml:space="preserve">    (c) disagreed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field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aesthetics</w:t>
      </w:r>
      <w:r>
        <w:rPr>
          <w:b/>
          <w:bCs/>
        </w:rPr>
        <w:t xml:space="preserve"> </w:t>
      </w:r>
      <w:r>
        <w:rPr>
          <w:b/>
          <w:bCs/>
        </w:rPr>
        <w:t xml:space="preserve">of painting.</w:t>
      </w:r>
      <w:r>
        <w:br/>
      </w:r>
      <w:r>
        <w:t xml:space="preserve">    (a) powerful attacks; or sudden and enormous amount of things that must be handled</w:t>
      </w:r>
      <w:r>
        <w:br/>
      </w:r>
      <w:r>
        <w:t xml:space="preserve">    (b) defensive players who line up closest to the sideline to defend against passes</w:t>
      </w:r>
      <w:r>
        <w:br/>
      </w:r>
      <w:r>
        <w:t xml:space="preserve">    (c) the study of what is beautiful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?</w:t>
      </w:r>
      <w:r>
        <w:br/>
      </w:r>
      <w:r>
        <w:t xml:space="preserve">    (a) not bouncing back light/heat/sound...</w:t>
      </w:r>
      <w:r>
        <w:br/>
      </w:r>
      <w:r>
        <w:t xml:space="preserve">    (b) able to be restored to good condition</w:t>
      </w:r>
      <w:r>
        <w:br/>
      </w:r>
      <w:r>
        <w:t xml:space="preserve">    (c) excessively eager to flatter or serve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such things your education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and mine non-existent.</w:t>
      </w:r>
      <w:r>
        <w:br/>
      </w:r>
      <w:r>
        <w:t xml:space="preserve">    (a) capable of thought, self-reflection, and will</w:t>
      </w:r>
      <w:r>
        <w:br/>
      </w:r>
      <w:r>
        <w:t xml:space="preserve">    (b) suitable (fitting)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set up a government within the government-by moving the decimal points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appropriations</w:t>
      </w:r>
      <w:r>
        <w:rPr>
          <w:b/>
          <w:bCs/>
        </w:rPr>
        <w:t xml:space="preserve"> </w:t>
      </w:r>
      <w:r>
        <w:rPr>
          <w:b/>
          <w:bCs/>
        </w:rPr>
        <w:t xml:space="preserve">and salaries, sending his speechless enemies to tiny towns in Calabria, and rewarding sycophants with sinecures.</w:t>
      </w:r>
      <w:r>
        <w:br/>
      </w:r>
      <w:r>
        <w:t xml:space="preserve">    (a) budgeted amounts</w:t>
      </w:r>
      <w:r>
        <w:br/>
      </w:r>
      <w:r>
        <w:t xml:space="preserve">    (b) calculations</w:t>
      </w:r>
      <w:r>
        <w:br/>
      </w:r>
      <w:r>
        <w:t xml:space="preserve">    (c) spreadsheets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2026-07-31T17:22:10Z</dcterms:created>
  <dcterms:modified xsi:type="dcterms:W3CDTF">2026-07-31T17:22:10Z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