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a4bd3b802f82326e7f5e4eff9e94c992bb2220"/>
    <w:p>
      <w:pPr>
        <w:pStyle w:val="Heading1"/>
      </w:pPr>
      <w:r>
        <w:rPr>
          <w:b/>
          <w:bCs/>
        </w:rPr>
        <w:t xml:space="preserve">A Shade of Vampire</w:t>
      </w:r>
      <w:r>
        <w:br/>
      </w:r>
      <w:r>
        <w:rPr>
          <w:i/>
          <w:iCs/>
        </w:rPr>
        <w:t xml:space="preserve">Bella Forrest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I experienced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anxiety</w:t>
      </w:r>
      <w:r>
        <w:rPr>
          <w:b/>
          <w:bCs/>
        </w:rPr>
        <w:t xml:space="preserve"> </w:t>
      </w:r>
      <w:r>
        <w:rPr>
          <w:b/>
          <w:bCs/>
        </w:rPr>
        <w:t xml:space="preserve">with crowds.</w:t>
      </w:r>
      <w:r>
        <w:br/>
      </w:r>
      <w:r>
        <w:t xml:space="preserve">    (a) nervousness or worry</w:t>
      </w:r>
      <w:r>
        <w:br/>
      </w:r>
      <w:r>
        <w:t xml:space="preserve">    (b) basic rule or belief</w:t>
      </w:r>
      <w:r>
        <w:br/>
      </w:r>
      <w:r>
        <w:t xml:space="preserve">    (c) narrow water passage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eyes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back on the field, most likely narrowing in on Ben, as if I didn't exist.</w:t>
      </w:r>
      <w:r>
        <w:br/>
      </w:r>
      <w:r>
        <w:t xml:space="preserve">    (a) looked, or concentrated</w:t>
      </w:r>
      <w:r>
        <w:br/>
      </w:r>
      <w:r>
        <w:t xml:space="preserve">    (b) began speaking with someone about something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vision coming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, I cast my eyes about.</w:t>
      </w:r>
      <w:r>
        <w:br/>
      </w:r>
      <w:r>
        <w:t xml:space="preserve">    (a) a condition where the body cannot properly regulate blood sugar levels because it produces little or no insulin</w:t>
      </w:r>
      <w:r>
        <w:br/>
      </w:r>
      <w:r>
        <w:t xml:space="preserve">    (b) software that stops uninvited software from spreading between computers and causing damage to data and software</w:t>
      </w:r>
      <w:r>
        <w:br/>
      </w:r>
      <w:r>
        <w:t xml:space="preserve">    (c) a state where something has come into view or can be seen clearly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Leaning over the railing and looking down at the ground below, I felt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behind me.</w:t>
      </w:r>
      <w:r>
        <w:br/>
      </w:r>
      <w:r>
        <w:t xml:space="preserve">    (a) create dramatic change</w:t>
      </w:r>
      <w:r>
        <w:br/>
      </w:r>
      <w:r>
        <w:t xml:space="preserve">    (b) mirror back (an image)</w:t>
      </w:r>
      <w:r>
        <w:br/>
      </w:r>
      <w:r>
        <w:t xml:space="preserve">    (c) get near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Corrine most likely saw that she wasn't going to get anywhere with her line of questioning, so she tried a different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.</w:t>
      </w:r>
      <w:r>
        <w:br/>
      </w:r>
      <w:r>
        <w:t xml:space="preserve">    (a) way of doing something</w:t>
      </w:r>
      <w:r>
        <w:br/>
      </w:r>
      <w:r>
        <w:t xml:space="preserve">    (b) to stick out, attract more attention than desired, or impose on others</w:t>
      </w:r>
      <w:r>
        <w:br/>
      </w:r>
      <w:r>
        <w:t xml:space="preserve">    (c) change the direction of something or the purpose for which it is 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just needed to break the silence in hopes of hiding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erratic</w:t>
      </w:r>
      <w:r>
        <w:rPr>
          <w:b/>
          <w:bCs/>
        </w:rPr>
        <w:t xml:space="preserve"> </w:t>
      </w:r>
      <w:r>
        <w:rPr>
          <w:b/>
          <w:bCs/>
        </w:rPr>
        <w:t xml:space="preserve">heartbeat.</w:t>
      </w:r>
      <w:r>
        <w:br/>
      </w:r>
      <w:r>
        <w:t xml:space="preserve">    (a) irregular or unpredictable</w:t>
      </w:r>
      <w:r>
        <w:br/>
      </w:r>
      <w:r>
        <w:t xml:space="preserve">    (b) harsh and unfair treatment</w:t>
      </w:r>
      <w:r>
        <w:br/>
      </w:r>
      <w:r>
        <w:t xml:space="preserve">    (c) the best or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eyed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warily</w:t>
      </w:r>
      <w:r>
        <w:rPr>
          <w:b/>
          <w:bCs/>
        </w:rPr>
        <w:t xml:space="preserve">, as if I was a heavy burden she had to bear.</w:t>
      </w:r>
      <w:r>
        <w:br/>
      </w:r>
      <w:r>
        <w:t xml:space="preserve">    (a) with difficulty moving or managing</w:t>
      </w:r>
      <w:r>
        <w:br/>
      </w:r>
      <w:r>
        <w:t xml:space="preserve">    (b) in a manner that involves betrayal</w:t>
      </w:r>
      <w:r>
        <w:br/>
      </w:r>
      <w:r>
        <w:t xml:space="preserve">    (c) in a nervous or distrustful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seemed too scared of the guard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chastising</w:t>
      </w:r>
      <w:r>
        <w:rPr>
          <w:b/>
          <w:bCs/>
        </w:rPr>
        <w:t xml:space="preserve"> </w:t>
      </w:r>
      <w:r>
        <w:rPr>
          <w:b/>
          <w:bCs/>
        </w:rPr>
        <w:t xml:space="preserve">us if we continued speaking, so she remained tight-lipped after that.</w:t>
      </w:r>
      <w:r>
        <w:br/>
      </w:r>
      <w:r>
        <w:t xml:space="preserve">    (a) predicting or revealing</w:t>
      </w:r>
      <w:r>
        <w:br/>
      </w:r>
      <w:r>
        <w:t xml:space="preserve">    (b) attractive or desirable</w:t>
      </w:r>
      <w:r>
        <w:br/>
      </w:r>
      <w:r>
        <w:t xml:space="preserve">    (c) scolding or criticizing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Contemptuous that I should wake when I'd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explicitly</w:t>
      </w:r>
      <w:r>
        <w:rPr>
          <w:b/>
          <w:bCs/>
        </w:rPr>
        <w:t xml:space="preserve"> </w:t>
      </w:r>
      <w:r>
        <w:rPr>
          <w:b/>
          <w:bCs/>
        </w:rPr>
        <w:t xml:space="preserve">asked for an eternal escape, I shouted a command as prince of The Shade.</w:t>
      </w:r>
      <w:r>
        <w:br/>
      </w:r>
      <w:r>
        <w:t xml:space="preserve">    (a) in an understated manner</w:t>
      </w:r>
      <w:r>
        <w:br/>
      </w:r>
      <w:r>
        <w:t xml:space="preserve">    (b) in a manner that changes</w:t>
      </w:r>
      <w:r>
        <w:br/>
      </w:r>
      <w:r>
        <w:t xml:space="preserve">    (c) clearly and specifically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reminder of the day my father took to heart the coven's foolish notion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himself as King of The Shade.</w:t>
      </w:r>
      <w:r>
        <w:br/>
      </w:r>
      <w:r>
        <w:t xml:space="preserve">    (a) interact again or interest again</w:t>
      </w:r>
      <w:r>
        <w:br/>
      </w:r>
      <w:r>
        <w:t xml:space="preserve">    (b) genetic change through evolution</w:t>
      </w:r>
      <w:r>
        <w:br/>
      </w:r>
      <w:r>
        <w:t xml:space="preserve">    (c) create, start, or set in a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 never felt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vulnerable</w:t>
      </w:r>
      <w:r>
        <w:rPr>
          <w:b/>
          <w:bCs/>
        </w:rPr>
        <w:t xml:space="preserve"> </w:t>
      </w:r>
      <w:r>
        <w:rPr>
          <w:b/>
          <w:bCs/>
        </w:rPr>
        <w:t xml:space="preserve">than I did the moment Derek Novak's electric-blue eyes settled on me.</w:t>
      </w:r>
      <w:r>
        <w:br/>
      </w:r>
      <w:r>
        <w:t xml:space="preserve">    (a) easily hurt or in need of help; or easily influenced or subject to temptation</w:t>
      </w:r>
      <w:r>
        <w:br/>
      </w:r>
      <w:r>
        <w:t xml:space="preserve">    (b) suffering from too few red blood cells</w:t>
      </w:r>
      <w:r>
        <w:br/>
      </w:r>
      <w:r>
        <w:br/>
      </w:r>
      <w:r>
        <w:t xml:space="preserve">or (less commonly):  lacking vitality</w:t>
      </w:r>
      <w:r>
        <w:br/>
      </w:r>
      <w:r>
        <w:t xml:space="preserve">    (c) having the characteristic of or relating to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wasn't sure if he was aware of how strong he was, but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exuded</w:t>
      </w:r>
      <w:r>
        <w:rPr>
          <w:b/>
          <w:bCs/>
        </w:rPr>
        <w:t xml:space="preserve"> </w:t>
      </w:r>
      <w:r>
        <w:rPr>
          <w:b/>
          <w:bCs/>
        </w:rPr>
        <w:t xml:space="preserve">a power that I didn't sense even with Lucas.</w:t>
      </w:r>
      <w:r>
        <w:br/>
      </w:r>
      <w:r>
        <w:t xml:space="preserve">    (a) portrayed or created something in a particular way  OR  interpreted, translated, or extracted from</w:t>
      </w:r>
      <w:r>
        <w:br/>
      </w:r>
      <w:r>
        <w:t xml:space="preserve">    (b) to emit or give off -- either:  a clear intangible such as confidence; or a gradual flow of liquid</w:t>
      </w:r>
      <w:r>
        <w:br/>
      </w:r>
      <w:r>
        <w:t xml:space="preserve">    (c) changed the direction of a light wave (or other wave) by passing an opaque edge or narrow opening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almost see the wheels in his head turning, and every bit of his demeanor showed how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conflicted</w:t>
      </w:r>
      <w:r>
        <w:rPr>
          <w:b/>
          <w:bCs/>
        </w:rPr>
        <w:t xml:space="preserve"> </w:t>
      </w:r>
      <w:r>
        <w:rPr>
          <w:b/>
          <w:bCs/>
        </w:rPr>
        <w:t xml:space="preserve">he was about what he wanted to do.</w:t>
      </w:r>
      <w:r>
        <w:br/>
      </w:r>
      <w:r>
        <w:t xml:space="preserve">    (a) examined in detail to better understand</w:t>
      </w:r>
      <w:r>
        <w:br/>
      </w:r>
      <w:r>
        <w:t xml:space="preserve">    (b) tension from opposing ideas or feelings</w:t>
      </w:r>
      <w:r>
        <w:br/>
      </w:r>
      <w:r>
        <w:t xml:space="preserve">    (c) moved into position to work; or started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Vivienne, on the other hand, had a sager aura about her and I couldn't help but feel some sort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reverence</w:t>
      </w:r>
      <w:r>
        <w:rPr>
          <w:b/>
          <w:bCs/>
        </w:rPr>
        <w:t xml:space="preserve"> </w:t>
      </w:r>
      <w:r>
        <w:rPr>
          <w:b/>
          <w:bCs/>
        </w:rPr>
        <w:t xml:space="preserve">toward her.</w:t>
      </w:r>
      <w:r>
        <w:br/>
      </w:r>
      <w:r>
        <w:t xml:space="preserve">    (a) separate two things to prevent passage of something such as heat, cold, noise, or electricity</w:t>
      </w:r>
      <w:r>
        <w:br/>
      </w:r>
      <w:r>
        <w:t xml:space="preserve">    (b) interfere (in another's affairs or business); or handle (something that shouldn't be handled)</w:t>
      </w:r>
      <w:r>
        <w:br/>
      </w:r>
      <w:r>
        <w:t xml:space="preserve">    (c) feelings of deep respect and admiration -- sometimes with a mixture of wonder and awe or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Vivienne seemed to sense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agitation</w:t>
      </w:r>
      <w:r>
        <w:rPr>
          <w:b/>
          <w:bCs/>
        </w:rPr>
        <w:t xml:space="preserve">.</w:t>
      </w:r>
      <w:r>
        <w:br/>
      </w:r>
      <w:r>
        <w:t xml:space="preserve">    (a) the act of stirring up (emotionally or physically); or a state of emotional unrest</w:t>
      </w:r>
      <w:r>
        <w:br/>
      </w:r>
      <w:r>
        <w:t xml:space="preserve">    (b) officially telling someone about something; or something that contains the message</w:t>
      </w:r>
      <w:r>
        <w:br/>
      </w:r>
      <w:r>
        <w:t xml:space="preserve">    (c) formula (a mathematical expression that describe a relationship between variables)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Welcome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Pavilion</w:t>
      </w:r>
      <w:r>
        <w:rPr>
          <w:b/>
          <w:bCs/>
        </w:rPr>
        <w:t xml:space="preserve">, Derek.</w:t>
      </w:r>
      <w:r>
        <w:br/>
      </w:r>
      <w:r>
        <w:t xml:space="preserve">    (a) make something more attractive or interesting by adding to it</w:t>
      </w:r>
      <w:r>
        <w:br/>
      </w:r>
      <w:r>
        <w:t xml:space="preserve">    (b) a small group of people who plot in secret and exercise power</w:t>
      </w:r>
      <w:r>
        <w:br/>
      </w:r>
      <w:r>
        <w:t xml:space="preserve">    (c) a large structure separate from a main structure or temporary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as I went along.</w:t>
      </w:r>
      <w:r>
        <w:br/>
      </w:r>
      <w:r>
        <w:t xml:space="preserve">    (a) copied</w:t>
      </w:r>
      <w:r>
        <w:br/>
      </w:r>
      <w:r>
        <w:t xml:space="preserve">    (b) traded</w:t>
      </w:r>
      <w:r>
        <w:br/>
      </w:r>
      <w:r>
        <w:t xml:space="preserve">    (c) showed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should you get any bright ideas about telling Derek about this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rendezvous</w:t>
      </w:r>
      <w:r>
        <w:rPr>
          <w:b/>
          <w:bCs/>
        </w:rPr>
        <w:t xml:space="preserve"> </w:t>
      </w:r>
      <w:r>
        <w:rPr>
          <w:b/>
          <w:bCs/>
        </w:rPr>
        <w:t xml:space="preserve">of ours, consider this a warning.</w:t>
      </w:r>
      <w:r>
        <w:br/>
      </w:r>
      <w:r>
        <w:t xml:space="preserve">    (a) determine or identify the nature of a problem or an illness</w:t>
      </w:r>
      <w:r>
        <w:br/>
      </w:r>
      <w:r>
        <w:t xml:space="preserve">    (b) to meet at a specific time and place; or the meeting itself</w:t>
      </w:r>
      <w:r>
        <w:br/>
      </w:r>
      <w:r>
        <w:t xml:space="preserve">    (c) something constructed to control the flow of sound or fluid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almost felt insulted that anyone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imply</w:t>
      </w:r>
      <w:r>
        <w:rPr>
          <w:b/>
          <w:bCs/>
        </w:rPr>
        <w:t xml:space="preserve"> </w:t>
      </w:r>
      <w:r>
        <w:rPr>
          <w:b/>
          <w:bCs/>
        </w:rPr>
        <w:t xml:space="preserve">that he could do this.</w:t>
      </w:r>
      <w:r>
        <w:br/>
      </w:r>
      <w:r>
        <w:t xml:space="preserve">    (a) include consideration of</w:t>
      </w:r>
      <w:r>
        <w:br/>
      </w:r>
      <w:r>
        <w:t xml:space="preserve">    (b) struggle or disagreement</w:t>
      </w:r>
      <w:r>
        <w:br/>
      </w:r>
      <w:r>
        <w:t xml:space="preserve">    (c) suggest (say indirectly)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still nights when Derek would come back home after feeding on another gift from Vivienne or from some other vampire paying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homage</w:t>
      </w:r>
      <w:r>
        <w:rPr>
          <w:b/>
          <w:bCs/>
        </w:rPr>
        <w:t xml:space="preserve">.</w:t>
      </w:r>
      <w:r>
        <w:br/>
      </w:r>
      <w:r>
        <w:t xml:space="preserve">    (a) easily set on fire</w:t>
      </w:r>
      <w:r>
        <w:br/>
      </w:r>
      <w:r>
        <w:t xml:space="preserve">    (b) untied or released</w:t>
      </w:r>
      <w:r>
        <w:br/>
      </w:r>
      <w:r>
        <w:t xml:space="preserve">    (c) respect or loyalty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2026-07-31T20:04:56Z</dcterms:created>
  <dcterms:modified xsi:type="dcterms:W3CDTF">2026-07-31T20:04:56Z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