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1b39a5d6adc5439f0a9aedaf723e0229c3ba73"/>
    <w:p>
      <w:pPr>
        <w:pStyle w:val="Heading1"/>
      </w:pPr>
      <w:r>
        <w:rPr>
          <w:b/>
          <w:bCs/>
        </w:rPr>
        <w:t xml:space="preserve">A Separate Peace</w:t>
      </w:r>
      <w:r>
        <w:br/>
      </w:r>
      <w:r>
        <w:rPr>
          <w:i/>
          <w:iCs/>
        </w:rPr>
        <w:t xml:space="preserve">John Knowles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dozen boys were loafing there on the grass after dinner, and a kitchen rattle from the wing of one of the buildings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their talk.</w:t>
      </w:r>
      <w:r>
        <w:br/>
      </w:r>
      <w:r>
        <w:t xml:space="preserve">    (a) put a sudden end to</w:t>
      </w:r>
      <w:r>
        <w:br/>
      </w:r>
      <w:r>
        <w:t xml:space="preserve">    (b) was present with at the same time</w:t>
      </w:r>
      <w:r>
        <w:br/>
      </w:r>
      <w:r>
        <w:t xml:space="preserve">    (c) made it hard to hear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because he wanted to be forgiven for missing the meal—that didn't interest him at all, he might have rather enjoyed the punishment if it was done in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 </w:t>
      </w:r>
      <w:r>
        <w:rPr>
          <w:b/>
          <w:bCs/>
        </w:rPr>
        <w:t xml:space="preserve">and unknown way.</w:t>
      </w:r>
      <w:r>
        <w:br/>
      </w:r>
      <w:r>
        <w:t xml:space="preserve">    (a) interesting</w:t>
      </w:r>
      <w:r>
        <w:br/>
      </w:r>
      <w:r>
        <w:t xml:space="preserve">    (b) new and original</w:t>
      </w:r>
      <w:r>
        <w:br/>
      </w:r>
      <w:r>
        <w:t xml:space="preserve">    (c) big and dramatic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his expression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, and he said in his resonant voice, "I wore this, you see, because it goes with the shirt and it all ties in together—I didn't mean that to be a pun, I don't think they're very funny, especially in polite company, do you?"</w:t>
      </w:r>
      <w:r>
        <w:br/>
      </w:r>
      <w:r>
        <w:t xml:space="preserve">    (a) calm</w:t>
      </w:r>
      <w:r>
        <w:br/>
      </w:r>
      <w:r>
        <w:t xml:space="preserve">    (b) humorous</w:t>
      </w:r>
      <w:r>
        <w:br/>
      </w:r>
      <w:r>
        <w:t xml:space="preserve">    (c) sympathetic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Brinker Hadley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Shortest War Poem Ever Written</w:t>
      </w:r>
      <w:r>
        <w:br/>
      </w:r>
      <w:r>
        <w:t xml:space="preserve">    (a) write</w:t>
      </w:r>
      <w:r>
        <w:br/>
      </w:r>
      <w:r>
        <w:t xml:space="preserve">    (b) read</w:t>
      </w:r>
      <w:r>
        <w:br/>
      </w:r>
      <w:r>
        <w:t xml:space="preserve">    (c) think calmly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analyzed my character, and he insisted on knowing what I disliked most about him ("You're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conventional</w:t>
      </w:r>
      <w:r>
        <w:rPr>
          <w:b/>
          <w:bCs/>
        </w:rPr>
        <w:t xml:space="preserve">," I said).</w:t>
      </w:r>
      <w:r>
        <w:br/>
      </w:r>
      <w:r>
        <w:t xml:space="preserve">    (a) rude (impolite)</w:t>
      </w:r>
      <w:r>
        <w:br/>
      </w:r>
      <w:r>
        <w:t xml:space="preserve">    (b) normal or typical</w:t>
      </w:r>
      <w:r>
        <w:br/>
      </w:r>
      <w:r>
        <w:t xml:space="preserve">    (c) full of disrespect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was head of the class on Graduation Day and made a speech and won the Ne Plus Ultra Scholastic Achievement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Citation</w:t>
      </w:r>
      <w:r>
        <w:rPr>
          <w:b/>
          <w:bCs/>
        </w:rPr>
        <w:t xml:space="preserve">, then we would both have come out on top, we would be even, that was all.</w:t>
      </w:r>
      <w:r>
        <w:br/>
      </w:r>
      <w:r>
        <w:t xml:space="preserve">    (a) public statement of praise</w:t>
      </w:r>
      <w:r>
        <w:br/>
      </w:r>
      <w:r>
        <w:t xml:space="preserve">    (b) prize with a cash award</w:t>
      </w:r>
      <w:r>
        <w:br/>
      </w:r>
      <w:r>
        <w:t xml:space="preserve">    (c) gold medal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elaborated without encouragement,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citing</w:t>
      </w:r>
      <w:r>
        <w:rPr>
          <w:b/>
          <w:bCs/>
        </w:rPr>
        <w:t xml:space="preserve"> </w:t>
      </w:r>
      <w:r>
        <w:rPr>
          <w:b/>
          <w:bCs/>
        </w:rPr>
        <w:t xml:space="preserve">the advantages of Devon's physical hardening program and of a high school diploma when he did in good time reach basic training.</w:t>
      </w:r>
      <w:r>
        <w:br/>
      </w:r>
      <w:r>
        <w:t xml:space="preserve">    (a) dismissing</w:t>
      </w:r>
      <w:r>
        <w:br/>
      </w:r>
      <w:r>
        <w:t xml:space="preserve">    (b) questioning</w:t>
      </w:r>
      <w:r>
        <w:br/>
      </w:r>
      <w:r>
        <w:t xml:space="preserve">    (c) mentioning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didn't look at me, and barely changed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tone</w:t>
      </w:r>
      <w:r>
        <w:rPr>
          <w:b/>
          <w:bCs/>
        </w:rPr>
        <w:t xml:space="preserve"> </w:t>
      </w:r>
      <w:r>
        <w:rPr>
          <w:b/>
          <w:bCs/>
        </w:rPr>
        <w:t xml:space="preserve">of voice. "Sports are finished for him, after an accident like that."</w:t>
      </w:r>
      <w:r>
        <w:br/>
      </w:r>
      <w:r>
        <w:t xml:space="preserve">    (a) quality of voice expressing a feeling</w:t>
      </w:r>
      <w:r>
        <w:br/>
      </w:r>
      <w:r>
        <w:t xml:space="preserve">    (b) volume of voice expressing a feeling</w:t>
      </w:r>
      <w:r>
        <w:br/>
      </w:r>
      <w:r>
        <w:t xml:space="preserve">    (c) rhythm of voice expressing a feeling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air there was only an edge of coolness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imply</w:t>
      </w:r>
      <w:r>
        <w:rPr>
          <w:b/>
          <w:bCs/>
        </w:rPr>
        <w:t xml:space="preserve"> </w:t>
      </w:r>
      <w:r>
        <w:rPr>
          <w:b/>
          <w:bCs/>
        </w:rPr>
        <w:t xml:space="preserve">the coming winter.</w:t>
      </w:r>
      <w:r>
        <w:br/>
      </w:r>
      <w:r>
        <w:t xml:space="preserve">    (a) suggest or indicate</w:t>
      </w:r>
      <w:r>
        <w:br/>
      </w:r>
      <w:r>
        <w:t xml:space="preserve">    (b) challenge or question</w:t>
      </w:r>
      <w:r>
        <w:br/>
      </w:r>
      <w:r>
        <w:t xml:space="preserve">    (c) provide comfort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 plodded toward him through the snow I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differentiate</w:t>
      </w:r>
      <w:r>
        <w:rPr>
          <w:b/>
          <w:bCs/>
        </w:rPr>
        <w:t xml:space="preserve"> </w:t>
      </w:r>
      <w:r>
        <w:rPr>
          <w:b/>
          <w:bCs/>
        </w:rPr>
        <w:t xml:space="preserve">items of clothing—a dull green deer-stalker's cap, brown ear muffs, a thick gray woolen scarf—</w:t>
      </w:r>
      <w:r>
        <w:br/>
      </w:r>
      <w:r>
        <w:t xml:space="preserve">    (a) discard or drop</w:t>
      </w:r>
      <w:r>
        <w:br/>
      </w:r>
      <w:r>
        <w:t xml:space="preserve">    (b) recognize difference</w:t>
      </w:r>
      <w:r>
        <w:br/>
      </w:r>
      <w:r>
        <w:t xml:space="preserve">    (c) add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elaborated</w:t>
      </w:r>
      <w:r>
        <w:rPr>
          <w:b/>
          <w:bCs/>
        </w:rPr>
        <w:t xml:space="preserve"> </w:t>
      </w:r>
      <w:r>
        <w:rPr>
          <w:b/>
          <w:bCs/>
        </w:rPr>
        <w:t xml:space="preserve">without encouragement, citing the advantages of Devon's physical hardening program and of a high school diploma when he did in good time reach basic training.</w:t>
      </w:r>
      <w:r>
        <w:br/>
      </w:r>
      <w:r>
        <w:t xml:space="preserve">    (a) complained</w:t>
      </w:r>
      <w:r>
        <w:br/>
      </w:r>
      <w:r>
        <w:t xml:space="preserve">    (b) exaggerated</w:t>
      </w:r>
      <w:r>
        <w:br/>
      </w:r>
      <w:r>
        <w:t xml:space="preserve">    (c) added detail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Brinker turned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elaborately</w:t>
      </w:r>
      <w:r>
        <w:rPr>
          <w:b/>
          <w:bCs/>
        </w:rPr>
        <w:t xml:space="preserve"> </w:t>
      </w:r>
      <w:r>
        <w:rPr>
          <w:b/>
          <w:bCs/>
        </w:rPr>
        <w:t xml:space="preserve">toward him.</w:t>
      </w:r>
      <w:r>
        <w:br/>
      </w:r>
      <w:r>
        <w:t xml:space="preserve">    (a) in an awkward manner</w:t>
      </w:r>
      <w:r>
        <w:br/>
      </w:r>
      <w:r>
        <w:t xml:space="preserve">    (b) in a good-natured manner</w:t>
      </w:r>
      <w:r>
        <w:br/>
      </w:r>
      <w:r>
        <w:t xml:space="preserve">    (c) in an exaggerated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...I was so clumsy and fumbling and embarrassed that my behavior throughout lunch amounted to one long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apology which, when she offered me a second dessert, I saw she had accepted.</w:t>
      </w:r>
      <w:r>
        <w:br/>
      </w:r>
      <w:r>
        <w:t xml:space="preserve">    (a) exciting</w:t>
      </w:r>
      <w:r>
        <w:br/>
      </w:r>
      <w:r>
        <w:t xml:space="preserve">    (b) charitable</w:t>
      </w:r>
      <w:r>
        <w:br/>
      </w:r>
      <w:r>
        <w:t xml:space="preserve">    (c) detailed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so committed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refuting</w:t>
      </w:r>
      <w:r>
        <w:rPr>
          <w:b/>
          <w:bCs/>
        </w:rPr>
        <w:t xml:space="preserve"> </w:t>
      </w:r>
      <w:r>
        <w:rPr>
          <w:b/>
          <w:bCs/>
        </w:rPr>
        <w:t xml:space="preserve">him that I had half-denied the charge before I understood it;</w:t>
      </w:r>
      <w:r>
        <w:br/>
      </w:r>
      <w:r>
        <w:t xml:space="preserve">    (a) arguing against</w:t>
      </w:r>
      <w:r>
        <w:br/>
      </w:r>
      <w:r>
        <w:t xml:space="preserve">    (b) understanding</w:t>
      </w:r>
      <w:r>
        <w:br/>
      </w:r>
      <w:r>
        <w:t xml:space="preserve">    (c) supporting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no rule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explicitly</w:t>
      </w:r>
      <w:r>
        <w:rPr>
          <w:b/>
          <w:bCs/>
        </w:rPr>
        <w:t xml:space="preserve"> </w:t>
      </w:r>
      <w:r>
        <w:rPr>
          <w:b/>
          <w:bCs/>
        </w:rPr>
        <w:t xml:space="preserve">forbidding exercise at such an hour, but it was not expected; ordinarily therefore Mr. Ludsbury would have disapproved.</w:t>
      </w:r>
      <w:r>
        <w:br/>
      </w:r>
      <w:r>
        <w:t xml:space="preserve">    (a) rudely</w:t>
      </w:r>
      <w:r>
        <w:br/>
      </w:r>
      <w:r>
        <w:t xml:space="preserve">    (b) specifically</w:t>
      </w:r>
      <w:r>
        <w:br/>
      </w:r>
      <w:r>
        <w:t xml:space="preserve">    (c) politely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—Leper had the kind of fragile fair skin given to high, unhealthy coloring. He was all color, painted at random, but none of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highlighted</w:t>
      </w:r>
      <w:r>
        <w:rPr>
          <w:b/>
          <w:bCs/>
        </w:rPr>
        <w:t xml:space="preserve"> </w:t>
      </w:r>
      <w:r>
        <w:rPr>
          <w:b/>
          <w:bCs/>
        </w:rPr>
        <w:t xml:space="preserve">his grief.</w:t>
      </w:r>
      <w:r>
        <w:br/>
      </w:r>
      <w:r>
        <w:t xml:space="preserve">    (a) emphasized</w:t>
      </w:r>
      <w:r>
        <w:br/>
      </w:r>
      <w:r>
        <w:t xml:space="preserve">    (b) removed</w:t>
      </w:r>
      <w:r>
        <w:br/>
      </w:r>
      <w:r>
        <w:t xml:space="preserve">    (c) lightened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thing to be was careful and self-</w:t>
      </w:r>
      <w:r>
        <w:rPr>
          <w:b/>
          <w:bCs/>
          <w:u w:val="single"/>
        </w:rPr>
        <w:t xml:space="preserve">preserving</w:t>
      </w:r>
      <w:r>
        <w:rPr>
          <w:b/>
          <w:bCs/>
        </w:rPr>
        <w:t xml:space="preserve">.</w:t>
      </w:r>
      <w:r>
        <w:br/>
      </w:r>
      <w:r>
        <w:t xml:space="preserve">    (a) bragging</w:t>
      </w:r>
      <w:r>
        <w:br/>
      </w:r>
      <w:r>
        <w:t xml:space="preserve">    (b) curious</w:t>
      </w:r>
      <w:r>
        <w:br/>
      </w:r>
      <w:r>
        <w:t xml:space="preserve">    (c) protecting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Assembly Hall was used for large lectures, debates, plays, and concerts; it had the worst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acoustics</w:t>
      </w:r>
      <w:r>
        <w:rPr>
          <w:b/>
          <w:bCs/>
        </w:rPr>
        <w:t xml:space="preserve"> </w:t>
      </w:r>
      <w:r>
        <w:rPr>
          <w:b/>
          <w:bCs/>
        </w:rPr>
        <w:t xml:space="preserve">in the school.</w:t>
      </w:r>
      <w:r>
        <w:br/>
      </w:r>
      <w:r>
        <w:t xml:space="preserve">    (a) lighting quality</w:t>
      </w:r>
      <w:r>
        <w:br/>
      </w:r>
      <w:r>
        <w:t xml:space="preserve">    (b) sound quality</w:t>
      </w:r>
      <w:r>
        <w:br/>
      </w:r>
      <w:r>
        <w:t xml:space="preserve">    (c) seat quality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tell that because the obstinate, competitive look left his face as his mind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first time.</w:t>
      </w:r>
      <w:r>
        <w:br/>
      </w:r>
      <w:r>
        <w:t xml:space="preserve">    (a) promised to marry</w:t>
      </w:r>
      <w:r>
        <w:br/>
      </w:r>
      <w:r>
        <w:t xml:space="preserve">    (b) involved</w:t>
      </w:r>
      <w:r>
        <w:br/>
      </w:r>
      <w:r>
        <w:t xml:space="preserve">    (c) studying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escape a confusing sense of having lived through all of this before—Phineas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Infirmary</w:t>
      </w:r>
      <w:r>
        <w:rPr>
          <w:b/>
          <w:bCs/>
        </w:rPr>
        <w:t xml:space="preserve">, and myself responsible.</w:t>
      </w:r>
      <w:r>
        <w:br/>
      </w:r>
      <w:r>
        <w:t xml:space="preserve">    (a) dean's office</w:t>
      </w:r>
      <w:r>
        <w:br/>
      </w:r>
      <w:r>
        <w:t xml:space="preserve">    (b) medical library</w:t>
      </w:r>
      <w:r>
        <w:br/>
      </w:r>
      <w:r>
        <w:t xml:space="preserve">    (c) health clinic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2026-07-31T18:16:44Z</dcterms:created>
  <dcterms:modified xsi:type="dcterms:W3CDTF">2026-07-31T18:16:44Z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