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f1daa7c08ffe199fbff93169e451f3bc908055"/>
    <w:p>
      <w:pPr>
        <w:pStyle w:val="Heading1"/>
      </w:pPr>
      <w:r>
        <w:rPr>
          <w:b/>
          <w:bCs/>
        </w:rPr>
        <w:t xml:space="preserve">A Rose for Emily</w:t>
      </w:r>
      <w:r>
        <w:br/>
      </w:r>
      <w:r>
        <w:rPr>
          <w:i/>
          <w:iCs/>
        </w:rPr>
        <w:t xml:space="preserve">William Faulkner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Apparently</w:t>
      </w:r>
      <w:r>
        <w:rPr>
          <w:b/>
          <w:bCs/>
        </w:rPr>
        <w:t xml:space="preserve">, she was upset.</w:t>
      </w:r>
      <w:r>
        <w:br/>
      </w:r>
      <w:r>
        <w:t xml:space="preserve">    (a) at that moment</w:t>
      </w:r>
      <w:r>
        <w:br/>
      </w:r>
      <w:r>
        <w:t xml:space="preserve">    (b) it appears that</w:t>
      </w:r>
      <w:r>
        <w:br/>
      </w:r>
      <w:r>
        <w:t xml:space="preserve">    (c) as a parent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injunction requires that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</w:t>
      </w:r>
      <w:r>
        <w:rPr>
          <w:b/>
          <w:bCs/>
        </w:rPr>
        <w:t xml:space="preserve"> </w:t>
      </w:r>
      <w:r>
        <w:rPr>
          <w:b/>
          <w:bCs/>
        </w:rPr>
        <w:t xml:space="preserve">all activity on the site.</w:t>
      </w:r>
      <w:r>
        <w:br/>
      </w:r>
      <w:r>
        <w:t xml:space="preserve">    (a) stop</w:t>
      </w:r>
      <w:r>
        <w:br/>
      </w:r>
      <w:r>
        <w:t xml:space="preserve">    (b) permit</w:t>
      </w:r>
      <w:r>
        <w:br/>
      </w:r>
      <w:r>
        <w:t xml:space="preserve">    (c)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heard about your mother. Please accept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condolences</w:t>
      </w:r>
      <w:r>
        <w:rPr>
          <w:b/>
          <w:bCs/>
        </w:rPr>
        <w:t xml:space="preserve">.</w:t>
      </w:r>
      <w:r>
        <w:br/>
      </w:r>
      <w:r>
        <w:t xml:space="preserve">    (a) flowers</w:t>
      </w:r>
      <w:r>
        <w:br/>
      </w:r>
      <w:r>
        <w:t xml:space="preserve">    (b) letter</w:t>
      </w:r>
      <w:r>
        <w:br/>
      </w:r>
      <w:r>
        <w:t xml:space="preserve">    (c) sympathy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want to leave early, you have to ask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foreman</w:t>
      </w:r>
      <w:r>
        <w:rPr>
          <w:b/>
          <w:bCs/>
        </w:rPr>
        <w:t xml:space="preserve">.</w:t>
      </w:r>
      <w:r>
        <w:br/>
      </w:r>
      <w:r>
        <w:t xml:space="preserve">    (a) owner</w:t>
      </w:r>
      <w:r>
        <w:br/>
      </w:r>
      <w:r>
        <w:t xml:space="preserve">    (b) supervisor</w:t>
      </w:r>
      <w:r>
        <w:br/>
      </w:r>
      <w:r>
        <w:t xml:space="preserve">    (c) customer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monogram</w:t>
      </w:r>
      <w:r>
        <w:rPr>
          <w:b/>
          <w:bCs/>
        </w:rPr>
        <w:t xml:space="preserve"> </w:t>
      </w:r>
      <w:r>
        <w:rPr>
          <w:b/>
          <w:bCs/>
        </w:rPr>
        <w:t xml:space="preserve">embroidered on each of his dress shirts.</w:t>
      </w:r>
      <w:r>
        <w:br/>
      </w:r>
      <w:r>
        <w:t xml:space="preserve">    (a) decorative stripe</w:t>
      </w:r>
      <w:r>
        <w:br/>
      </w:r>
      <w:r>
        <w:t xml:space="preserve">    (b) fabric label</w:t>
      </w:r>
      <w:r>
        <w:br/>
      </w:r>
      <w:r>
        <w:t xml:space="preserve">    (c) design with initials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couldn't see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mote</w:t>
      </w:r>
      <w:r>
        <w:rPr>
          <w:b/>
          <w:bCs/>
        </w:rPr>
        <w:t xml:space="preserve"> </w:t>
      </w:r>
      <w:r>
        <w:rPr>
          <w:b/>
          <w:bCs/>
        </w:rPr>
        <w:t xml:space="preserve">of doubt in his confident expression.</w:t>
      </w:r>
      <w:r>
        <w:br/>
      </w:r>
      <w:r>
        <w:t xml:space="preserve">    (a) significant amount</w:t>
      </w:r>
      <w:r>
        <w:br/>
      </w:r>
      <w:r>
        <w:t xml:space="preserve">    (b) overwhelming amount</w:t>
      </w:r>
      <w:r>
        <w:br/>
      </w:r>
      <w:r>
        <w:t xml:space="preserve">    (c) tiny bit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explained that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obese</w:t>
      </w:r>
      <w:r>
        <w:rPr>
          <w:b/>
          <w:bCs/>
        </w:rPr>
        <w:t xml:space="preserve"> </w:t>
      </w:r>
      <w:r>
        <w:rPr>
          <w:b/>
          <w:bCs/>
        </w:rPr>
        <w:t xml:space="preserve">can lead to health problems like heart disease and diabetes.</w:t>
      </w:r>
      <w:r>
        <w:br/>
      </w:r>
      <w:r>
        <w:t xml:space="preserve">    (a) significantly overweight</w:t>
      </w:r>
      <w:r>
        <w:br/>
      </w:r>
      <w:r>
        <w:t xml:space="preserve">    (b) so muscular it limits movement</w:t>
      </w:r>
      <w:r>
        <w:br/>
      </w:r>
      <w:r>
        <w:t xml:space="preserve">    (c) significantly underweight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a family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obligation</w:t>
      </w:r>
      <w:r>
        <w:rPr>
          <w:b/>
          <w:bCs/>
        </w:rPr>
        <w:t xml:space="preserve"> </w:t>
      </w:r>
      <w:r>
        <w:rPr>
          <w:b/>
          <w:bCs/>
        </w:rPr>
        <w:t xml:space="preserve">Saturday afternoon.</w:t>
      </w:r>
      <w:r>
        <w:br/>
      </w:r>
      <w:r>
        <w:t xml:space="preserve">    (a) emergency</w:t>
      </w:r>
      <w:r>
        <w:br/>
      </w:r>
      <w:r>
        <w:t xml:space="preserve">    (b) duty</w:t>
      </w:r>
      <w:r>
        <w:br/>
      </w:r>
      <w:r>
        <w:t xml:space="preserve">    (c) meeting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deeply flushed</w:t>
      </w:r>
      <w:r>
        <w:br/>
      </w:r>
      <w:r>
        <w:t xml:space="preserve">    (b) unhealthily pale</w:t>
      </w:r>
      <w:r>
        <w:br/>
      </w:r>
      <w:r>
        <w:t xml:space="preserve">    (c) heavily wrinkled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Repeating the false rumor would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perpetuate</w:t>
      </w:r>
      <w:r>
        <w:rPr>
          <w:b/>
          <w:bCs/>
        </w:rPr>
        <w:t xml:space="preserve"> </w:t>
      </w:r>
      <w:r>
        <w:rPr>
          <w:b/>
          <w:bCs/>
        </w:rPr>
        <w:t xml:space="preserve">the misunderstanding.</w:t>
      </w:r>
      <w:r>
        <w:br/>
      </w:r>
      <w:r>
        <w:t xml:space="preserve">    (a) cause to continue</w:t>
      </w:r>
      <w:r>
        <w:br/>
      </w:r>
      <w:r>
        <w:t xml:space="preserve">    (b) bring to an end</w:t>
      </w:r>
      <w:r>
        <w:br/>
      </w:r>
      <w:r>
        <w:t xml:space="preserve">    (c) prove to be true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want to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traditional</w:t>
      </w:r>
      <w:r>
        <w:rPr>
          <w:b/>
          <w:bCs/>
        </w:rPr>
        <w:t xml:space="preserve"> </w:t>
      </w:r>
      <w:r>
        <w:rPr>
          <w:b/>
          <w:bCs/>
        </w:rPr>
        <w:t xml:space="preserve">wedding ceremony compete with bridesmaids and a white dress.</w:t>
      </w:r>
      <w:r>
        <w:br/>
      </w:r>
      <w:r>
        <w:t xml:space="preserve">    (a) in the modern style</w:t>
      </w:r>
      <w:r>
        <w:br/>
      </w:r>
      <w:r>
        <w:t xml:space="preserve">    (b) in the grand style</w:t>
      </w:r>
      <w:r>
        <w:br/>
      </w:r>
      <w:r>
        <w:t xml:space="preserve">    (c) in the long-established style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pursued her research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vigor</w:t>
      </w:r>
      <w:r>
        <w:rPr>
          <w:b/>
          <w:bCs/>
        </w:rPr>
        <w:t xml:space="preserve">, determined to make a breakthrough discovery.</w:t>
      </w:r>
      <w:r>
        <w:br/>
      </w:r>
      <w:r>
        <w:t xml:space="preserve">    (a) outside help</w:t>
      </w:r>
      <w:r>
        <w:br/>
      </w:r>
      <w:r>
        <w:t xml:space="preserve">    (b) persistent patience</w:t>
      </w:r>
      <w:r>
        <w:br/>
      </w:r>
      <w:r>
        <w:t xml:space="preserve">    (c) energy and strength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2026-07-31T18:43:49Z</dcterms:created>
  <dcterms:modified xsi:type="dcterms:W3CDTF">2026-07-31T18:43:49Z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