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fd314a7e5c69436849359bfa5b5235df58096e7"/>
    <w:p>
      <w:pPr>
        <w:pStyle w:val="Heading1"/>
      </w:pPr>
      <w:r>
        <w:rPr>
          <w:b/>
          <w:bCs/>
        </w:rPr>
        <w:t xml:space="preserve">A Room of One's Own</w:t>
      </w:r>
      <w:r>
        <w:br/>
      </w:r>
      <w:r>
        <w:rPr>
          <w:i/>
          <w:iCs/>
        </w:rPr>
        <w:t xml:space="preserve">Virginia Woolf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Does the sentence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contradict</w:t>
      </w:r>
      <w:r>
        <w:rPr>
          <w:b/>
          <w:bCs/>
        </w:rPr>
        <w:t xml:space="preserve"> </w:t>
      </w:r>
      <w:r>
        <w:rPr>
          <w:b/>
          <w:bCs/>
        </w:rPr>
        <w:t xml:space="preserve">what is said in the previous paragraph?</w:t>
      </w:r>
      <w:r>
        <w:br/>
      </w:r>
      <w:r>
        <w:t xml:space="preserve">    (a) disagree with</w:t>
      </w:r>
      <w:r>
        <w:br/>
      </w:r>
      <w:r>
        <w:t xml:space="preserve">    (b) expand upon</w:t>
      </w:r>
      <w:r>
        <w:br/>
      </w:r>
      <w:r>
        <w:t xml:space="preserve">    (c) reinforce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may be our last chance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devise</w:t>
      </w:r>
      <w:r>
        <w:rPr>
          <w:b/>
          <w:bCs/>
        </w:rPr>
        <w:t xml:space="preserve"> </w:t>
      </w:r>
      <w:r>
        <w:rPr>
          <w:b/>
          <w:bCs/>
        </w:rPr>
        <w:t xml:space="preserve">a compromise that will save the peace.</w:t>
      </w:r>
      <w:r>
        <w:br/>
      </w:r>
      <w:r>
        <w:t xml:space="preserve">    (a) consider</w:t>
      </w:r>
      <w:r>
        <w:br/>
      </w:r>
      <w:r>
        <w:t xml:space="preserve">    (b) save</w:t>
      </w:r>
      <w:r>
        <w:br/>
      </w:r>
      <w:r>
        <w:t xml:space="preserve">    (c) create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gave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dubious</w:t>
      </w:r>
      <w:r>
        <w:rPr>
          <w:b/>
          <w:bCs/>
        </w:rPr>
        <w:t xml:space="preserve"> </w:t>
      </w:r>
      <w:r>
        <w:rPr>
          <w:b/>
          <w:bCs/>
        </w:rPr>
        <w:t xml:space="preserve">look when he claimed to have met the president.</w:t>
      </w:r>
      <w:r>
        <w:br/>
      </w:r>
      <w:r>
        <w:t xml:space="preserve">    (a) joyful</w:t>
      </w:r>
      <w:r>
        <w:br/>
      </w:r>
      <w:r>
        <w:t xml:space="preserve">    (b) doubtful</w:t>
      </w:r>
      <w:r>
        <w:br/>
      </w:r>
      <w:r>
        <w:t xml:space="preserve">    (c) polite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couldn't hear what they were saying or see their faces, but by their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gesticulations</w:t>
      </w:r>
      <w:r>
        <w:rPr>
          <w:b/>
          <w:bCs/>
        </w:rPr>
        <w:t xml:space="preserve">, I'm sure they were angry at each other.</w:t>
      </w:r>
      <w:r>
        <w:br/>
      </w:r>
      <w:r>
        <w:t xml:space="preserve">    (a) facial expressions</w:t>
      </w:r>
      <w:r>
        <w:br/>
      </w:r>
      <w:r>
        <w:t xml:space="preserve">    (b) gestures</w:t>
      </w:r>
      <w:r>
        <w:br/>
      </w:r>
      <w:r>
        <w:t xml:space="preserve">    (c) tones of voice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a long-standing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grievance</w:t>
      </w:r>
      <w:r>
        <w:rPr>
          <w:b/>
          <w:bCs/>
        </w:rPr>
        <w:t xml:space="preserve">.</w:t>
      </w:r>
      <w:r>
        <w:br/>
      </w:r>
      <w:r>
        <w:t xml:space="preserve">    (a) complaint</w:t>
      </w:r>
      <w:r>
        <w:br/>
      </w:r>
      <w:r>
        <w:t xml:space="preserve">    (b) agreement</w:t>
      </w:r>
      <w:r>
        <w:br/>
      </w:r>
      <w:r>
        <w:t xml:space="preserve">    (c) connection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brace I have to wear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hindering</w:t>
      </w:r>
      <w:r>
        <w:rPr>
          <w:b/>
          <w:bCs/>
        </w:rPr>
        <w:t xml:space="preserve"> </w:t>
      </w:r>
      <w:r>
        <w:rPr>
          <w:b/>
          <w:bCs/>
        </w:rPr>
        <w:t xml:space="preserve">my movements</w:t>
      </w:r>
      <w:r>
        <w:br/>
      </w:r>
      <w:r>
        <w:t xml:space="preserve">    (a) drawing attention to</w:t>
      </w:r>
      <w:r>
        <w:br/>
      </w:r>
      <w:r>
        <w:t xml:space="preserve">    (b) helping or assisting</w:t>
      </w:r>
      <w:r>
        <w:br/>
      </w:r>
      <w:r>
        <w:t xml:space="preserve">    (c) making difficult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cheaper headphones sounded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inferior</w:t>
      </w:r>
      <w:r>
        <w:rPr>
          <w:b/>
          <w:bCs/>
        </w:rPr>
        <w:t xml:space="preserve"> </w:t>
      </w:r>
      <w:r>
        <w:rPr>
          <w:b/>
          <w:bCs/>
        </w:rPr>
        <w:t xml:space="preserve">to the ones she usually used.</w:t>
      </w:r>
      <w:r>
        <w:br/>
      </w:r>
      <w:r>
        <w:t xml:space="preserve">    (a) higher in quality</w:t>
      </w:r>
      <w:r>
        <w:br/>
      </w:r>
      <w:r>
        <w:t xml:space="preserve">    (b) lower in quality</w:t>
      </w:r>
      <w:r>
        <w:br/>
      </w:r>
      <w:r>
        <w:t xml:space="preserve">    (c) equal in value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Innumerable</w:t>
      </w:r>
      <w:r>
        <w:rPr>
          <w:b/>
          <w:bCs/>
        </w:rPr>
        <w:t xml:space="preserve"> </w:t>
      </w:r>
      <w:r>
        <w:rPr>
          <w:b/>
          <w:bCs/>
        </w:rPr>
        <w:t xml:space="preserve">stars seemed to fill the clear night sky.</w:t>
      </w:r>
      <w:r>
        <w:br/>
      </w:r>
      <w:r>
        <w:t xml:space="preserve">    (a) easy to count</w:t>
      </w:r>
      <w:r>
        <w:br/>
      </w:r>
      <w:r>
        <w:t xml:space="preserve">    (b) barely noticeable</w:t>
      </w:r>
      <w:r>
        <w:br/>
      </w:r>
      <w:r>
        <w:t xml:space="preserve">    (c) too many to count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Many graduates have high college debt.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Moreover</w:t>
      </w:r>
      <w:r>
        <w:rPr>
          <w:b/>
          <w:bCs/>
        </w:rPr>
        <w:t xml:space="preserve">, too many of them haven't found good-paying jobs.</w:t>
      </w:r>
      <w:r>
        <w:br/>
      </w:r>
      <w:r>
        <w:t xml:space="preserve">    (a) in contrast to that</w:t>
      </w:r>
      <w:r>
        <w:br/>
      </w:r>
      <w:r>
        <w:t xml:space="preserve">    (b) in addition to that</w:t>
      </w:r>
      <w:r>
        <w:br/>
      </w:r>
      <w:r>
        <w:t xml:space="preserve">    (c) as a result of that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left instructions for us, but they are so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obscure</w:t>
      </w:r>
      <w:r>
        <w:rPr>
          <w:b/>
          <w:bCs/>
        </w:rPr>
        <w:t xml:space="preserve"> </w:t>
      </w:r>
      <w:r>
        <w:rPr>
          <w:b/>
          <w:bCs/>
        </w:rPr>
        <w:t xml:space="preserve">we can't agree on what they are.</w:t>
      </w:r>
      <w:r>
        <w:br/>
      </w:r>
      <w:r>
        <w:t xml:space="preserve">    (a) unrelated to the subject at hand</w:t>
      </w:r>
      <w:r>
        <w:br/>
      </w:r>
      <w:r>
        <w:t xml:space="preserve">    (b) controversial</w:t>
      </w:r>
      <w:r>
        <w:br/>
      </w:r>
      <w:r>
        <w:t xml:space="preserve">    (c) not clearly expressed or understood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 Internet search proved she had plagiarized from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obscure</w:t>
      </w:r>
      <w:r>
        <w:rPr>
          <w:b/>
          <w:bCs/>
        </w:rPr>
        <w:t xml:space="preserve"> </w:t>
      </w:r>
      <w:r>
        <w:rPr>
          <w:b/>
          <w:bCs/>
        </w:rPr>
        <w:t xml:space="preserve">poem written in 1920.</w:t>
      </w:r>
      <w:r>
        <w:br/>
      </w:r>
      <w:r>
        <w:t xml:space="preserve">    (a) well-known decades ago</w:t>
      </w:r>
      <w:r>
        <w:br/>
      </w:r>
      <w:r>
        <w:t xml:space="preserve">    (b) not known to many people</w:t>
      </w:r>
      <w:r>
        <w:br/>
      </w:r>
      <w:r>
        <w:t xml:space="preserve">    (c) kept secret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 old phone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obsolete</w:t>
      </w:r>
      <w:r>
        <w:rPr>
          <w:b/>
          <w:bCs/>
        </w:rPr>
        <w:t xml:space="preserve">.</w:t>
      </w:r>
      <w:r>
        <w:br/>
      </w:r>
      <w:r>
        <w:t xml:space="preserve">    (a) broken</w:t>
      </w:r>
      <w:r>
        <w:br/>
      </w:r>
      <w:r>
        <w:t xml:space="preserve">    (b) classic</w:t>
      </w:r>
      <w:r>
        <w:br/>
      </w:r>
      <w:r>
        <w:t xml:space="preserve">    (c) outdated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has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perpetual</w:t>
      </w:r>
      <w:r>
        <w:rPr>
          <w:b/>
          <w:bCs/>
        </w:rPr>
        <w:t xml:space="preserve"> </w:t>
      </w:r>
      <w:r>
        <w:rPr>
          <w:b/>
          <w:bCs/>
        </w:rPr>
        <w:t xml:space="preserve">fear of forgetting important deadlines.</w:t>
      </w:r>
      <w:r>
        <w:br/>
      </w:r>
      <w:r>
        <w:t xml:space="preserve">    (a) constant</w:t>
      </w:r>
      <w:r>
        <w:br/>
      </w:r>
      <w:r>
        <w:t xml:space="preserve">    (b) joyful</w:t>
      </w:r>
      <w:r>
        <w:br/>
      </w:r>
      <w:r>
        <w:t xml:space="preserve">    (c) secret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English, most adjectives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precede</w:t>
      </w:r>
      <w:r>
        <w:rPr>
          <w:b/>
          <w:bCs/>
        </w:rPr>
        <w:t xml:space="preserve"> </w:t>
      </w:r>
      <w:r>
        <w:rPr>
          <w:b/>
          <w:bCs/>
        </w:rPr>
        <w:t xml:space="preserve">the noun they modify.</w:t>
      </w:r>
      <w:r>
        <w:br/>
      </w:r>
      <w:r>
        <w:t xml:space="preserve">    (a) describe</w:t>
      </w:r>
      <w:r>
        <w:br/>
      </w:r>
      <w:r>
        <w:t xml:space="preserve">    (b) go before</w:t>
      </w:r>
      <w:r>
        <w:br/>
      </w:r>
      <w:r>
        <w:t xml:space="preserve">    (c) follow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Kurds are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predominantly</w:t>
      </w:r>
      <w:r>
        <w:rPr>
          <w:b/>
          <w:bCs/>
        </w:rPr>
        <w:t xml:space="preserve"> </w:t>
      </w:r>
      <w:r>
        <w:rPr>
          <w:b/>
          <w:bCs/>
        </w:rPr>
        <w:t xml:space="preserve">Sunni Muslim.</w:t>
      </w:r>
      <w:r>
        <w:br/>
      </w:r>
      <w:r>
        <w:t xml:space="preserve">    (a) seldom</w:t>
      </w:r>
      <w:r>
        <w:br/>
      </w:r>
      <w:r>
        <w:t xml:space="preserve">    (b) always</w:t>
      </w:r>
      <w:r>
        <w:br/>
      </w:r>
      <w:r>
        <w:t xml:space="preserve">    (c) most commonly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queen traveled with a large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retinue</w:t>
      </w:r>
      <w:r>
        <w:rPr>
          <w:b/>
          <w:bCs/>
        </w:rPr>
        <w:t xml:space="preserve"> </w:t>
      </w:r>
      <w:r>
        <w:rPr>
          <w:b/>
          <w:bCs/>
        </w:rPr>
        <w:t xml:space="preserve">of servants and guards to ensure her safety and comfort.</w:t>
      </w:r>
      <w:r>
        <w:br/>
      </w:r>
      <w:r>
        <w:t xml:space="preserve">    (a) group</w:t>
      </w:r>
      <w:r>
        <w:br/>
      </w:r>
      <w:r>
        <w:t xml:space="preserve">    (b) plane</w:t>
      </w:r>
      <w:r>
        <w:br/>
      </w:r>
      <w:r>
        <w:t xml:space="preserve">    (c) car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Through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satire</w:t>
      </w:r>
      <w:r>
        <w:rPr>
          <w:b/>
          <w:bCs/>
        </w:rPr>
        <w:t xml:space="preserve">, the cartoon exposed how ridiculous the new policy looked in practice.</w:t>
      </w:r>
      <w:r>
        <w:br/>
      </w:r>
      <w:r>
        <w:t xml:space="preserve">    (a) factual reporting</w:t>
      </w:r>
      <w:r>
        <w:br/>
      </w:r>
      <w:r>
        <w:t xml:space="preserve">    (b) literal description</w:t>
      </w:r>
      <w:r>
        <w:br/>
      </w:r>
      <w:r>
        <w:t xml:space="preserve">    (c) humorous criticism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were so confident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Lord of the Rings</w:t>
      </w:r>
      <w:r>
        <w:rPr>
          <w:b/>
          <w:bCs/>
        </w:rPr>
        <w:t xml:space="preserve"> </w:t>
      </w:r>
      <w:r>
        <w:rPr>
          <w:b/>
          <w:bCs/>
        </w:rPr>
        <w:t xml:space="preserve">would be successful, they filmed some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sequels</w:t>
      </w:r>
      <w:r>
        <w:rPr>
          <w:b/>
          <w:bCs/>
        </w:rPr>
        <w:t xml:space="preserve"> </w:t>
      </w:r>
      <w:r>
        <w:rPr>
          <w:b/>
          <w:bCs/>
        </w:rPr>
        <w:t xml:space="preserve">with the first film.</w:t>
      </w:r>
      <w:r>
        <w:br/>
      </w:r>
      <w:r>
        <w:t xml:space="preserve">    (a) movies that continued the story</w:t>
      </w:r>
      <w:r>
        <w:br/>
      </w:r>
      <w:r>
        <w:t xml:space="preserve">    (b) interviews of actors expected to become famous</w:t>
      </w:r>
      <w:r>
        <w:br/>
      </w:r>
      <w:r>
        <w:t xml:space="preserve">    (c) expensive promotional scenes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have heard only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trivial</w:t>
      </w:r>
      <w:r>
        <w:rPr>
          <w:b/>
          <w:bCs/>
        </w:rPr>
        <w:t xml:space="preserve"> </w:t>
      </w:r>
      <w:r>
        <w:rPr>
          <w:b/>
          <w:bCs/>
        </w:rPr>
        <w:t xml:space="preserve">objections.</w:t>
      </w:r>
      <w:r>
        <w:br/>
      </w:r>
      <w:r>
        <w:t xml:space="preserve">    (a) unimportant</w:t>
      </w:r>
      <w:r>
        <w:br/>
      </w:r>
      <w:r>
        <w:t xml:space="preserve">    (b) convincing</w:t>
      </w:r>
      <w:r>
        <w:br/>
      </w:r>
      <w:r>
        <w:t xml:space="preserve">    (c) exaggerated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Many were surprised that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venerable</w:t>
      </w:r>
      <w:r>
        <w:rPr>
          <w:b/>
          <w:bCs/>
        </w:rPr>
        <w:t xml:space="preserve"> </w:t>
      </w:r>
      <w:r>
        <w:rPr>
          <w:b/>
          <w:bCs/>
        </w:rPr>
        <w:t xml:space="preserve">institution like Bear Stearns could so rapidly go out of business.</w:t>
      </w:r>
      <w:r>
        <w:br/>
      </w:r>
      <w:r>
        <w:t xml:space="preserve">    (a) long respected</w:t>
      </w:r>
      <w:r>
        <w:br/>
      </w:r>
      <w:r>
        <w:t xml:space="preserve">    (b) large and successful</w:t>
      </w:r>
      <w:r>
        <w:br/>
      </w:r>
      <w:r>
        <w:t xml:space="preserve">    (c) popular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2026-07-31T15:27:05Z</dcterms:created>
  <dcterms:modified xsi:type="dcterms:W3CDTF">2026-07-31T15:27:05Z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