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a2a71effe5b1d8483ffbf51624c333dfd3711d"/>
    <w:p>
      <w:pPr>
        <w:pStyle w:val="Heading1"/>
      </w:pPr>
      <w:r>
        <w:rPr>
          <w:b/>
          <w:bCs/>
        </w:rPr>
        <w:t xml:space="preserve">A Room With A View</w:t>
      </w:r>
      <w:r>
        <w:br/>
      </w:r>
      <w:r>
        <w:rPr>
          <w:i/>
          <w:iCs/>
        </w:rPr>
        <w:t xml:space="preserve">E. M. Forster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Surges in debt are a recurring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</w:t>
      </w:r>
      <w:r>
        <w:rPr>
          <w:b/>
          <w:bCs/>
        </w:rPr>
        <w:t xml:space="preserve"> </w:t>
      </w:r>
      <w:r>
        <w:rPr>
          <w:b/>
          <w:bCs/>
        </w:rPr>
        <w:t xml:space="preserve">to U.S. banking crises.</w:t>
      </w:r>
      <w:r>
        <w:br/>
      </w:r>
      <w:r>
        <w:t xml:space="preserve">    (a) something that precedes something else</w:t>
      </w:r>
      <w:r>
        <w:br/>
      </w:r>
      <w:r>
        <w:t xml:space="preserve">    (b) (adjective) designed to stop something  OR  (noun)  something that stops something else</w:t>
      </w:r>
      <w:r>
        <w:br/>
      </w:r>
      <w:r>
        <w:t xml:space="preserve">    (c) related to a branch of psychology concerned with the links between biology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distraction</w:t>
      </w:r>
      <w:r>
        <w:br/>
      </w:r>
      <w:r>
        <w:t xml:space="preserve">    (c) lack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sensual experience</w:t>
      </w:r>
      <w:r>
        <w:br/>
      </w:r>
      <w:r>
        <w:t xml:space="preserve">    (b) self-denial</w:t>
      </w:r>
      <w:r>
        <w:br/>
      </w:r>
      <w:r>
        <w:t xml:space="preserve">    (c) spiritual mysticism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a virgin</w:t>
      </w:r>
      <w:r>
        <w:br/>
      </w:r>
      <w:r>
        <w:t xml:space="preserve">    (b) unfaithful to anyone</w:t>
      </w:r>
      <w:r>
        <w:br/>
      </w:r>
      <w:r>
        <w:t xml:space="preserve">    (c) disillusioned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friendly</w:t>
      </w:r>
      <w:r>
        <w:br/>
      </w:r>
      <w:r>
        <w:t xml:space="preserve">    (b) unfamiliar</w:t>
      </w:r>
      <w:r>
        <w:br/>
      </w:r>
      <w:r>
        <w:t xml:space="preserve">    (c)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Children should get 5 doses of DTaP vaccine (</w:t>
      </w:r>
      <w:r>
        <w:rPr>
          <w:b/>
          <w:bCs/>
          <w:u w:val="single"/>
        </w:rPr>
        <w:t xml:space="preserve">Diphtheria</w:t>
      </w:r>
      <w:r>
        <w:rPr>
          <w:b/>
          <w:bCs/>
        </w:rPr>
        <w:t xml:space="preserve">, tetanus, and pertussis) between the ages of 2 months and six years.</w:t>
      </w:r>
      <w:r>
        <w:br/>
      </w:r>
      <w:r>
        <w:t xml:space="preserve">    (a) the state or degree of being able to be stopped from happening</w:t>
      </w:r>
      <w:r>
        <w:br/>
      </w:r>
      <w:r>
        <w:t xml:space="preserve">    (b) acute contagious infection that causes difficulty in breathing</w:t>
      </w:r>
      <w:r>
        <w:br/>
      </w:r>
      <w:r>
        <w:t xml:space="preserve">    (c) expresses personal artistic ideas or feelings while performing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joke during the serious meeting upset the group.</w:t>
      </w:r>
      <w:r>
        <w:br/>
      </w:r>
      <w:r>
        <w:t xml:space="preserve">    (a) carefully researched</w:t>
      </w:r>
      <w:r>
        <w:br/>
      </w:r>
      <w:r>
        <w:t xml:space="preserve">    (b) deeply respectful</w:t>
      </w:r>
      <w:r>
        <w:br/>
      </w:r>
      <w:r>
        <w:t xml:space="preserve">    (c) not properly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is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because it could have happened to any of us.</w:t>
      </w:r>
      <w:r>
        <w:br/>
      </w:r>
      <w:r>
        <w:t xml:space="preserve">    (a) realistic</w:t>
      </w:r>
      <w:r>
        <w:br/>
      </w:r>
      <w:r>
        <w:t xml:space="preserve">    (b) instructive</w:t>
      </w:r>
      <w:r>
        <w:br/>
      </w:r>
      <w:r>
        <w:t xml:space="preserve">    (c)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illogical</w:t>
      </w:r>
      <w:r>
        <w:rPr>
          <w:b/>
          <w:bCs/>
        </w:rPr>
        <w:t xml:space="preserve"> </w:t>
      </w:r>
      <w:r>
        <w:rPr>
          <w:b/>
          <w:bCs/>
        </w:rPr>
        <w:t xml:space="preserve">to drive an hour to save five minutes.</w:t>
      </w:r>
      <w:r>
        <w:br/>
      </w:r>
      <w:r>
        <w:t xml:space="preserve">    (a) highly emotional</w:t>
      </w:r>
      <w:r>
        <w:br/>
      </w:r>
      <w:r>
        <w:t xml:space="preserve">    (b) without good logic</w:t>
      </w:r>
      <w:r>
        <w:br/>
      </w:r>
      <w:r>
        <w:t xml:space="preserve">    (c) perfectly reasoned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thoughtfully kind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angry tone</w:t>
      </w:r>
      <w:r>
        <w:br/>
      </w:r>
      <w:r>
        <w:t xml:space="preserve">    (b) cheerful spirit</w:t>
      </w:r>
      <w:r>
        <w:br/>
      </w:r>
      <w:r>
        <w:t xml:space="preserve">    (c) moving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meeting of the year.</w:t>
      </w:r>
      <w:r>
        <w:br/>
      </w:r>
      <w:r>
        <w:t xml:space="preserve">    (a) longest</w:t>
      </w:r>
      <w:r>
        <w:br/>
      </w:r>
      <w:r>
        <w:t xml:space="preserve">    (b) important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introduction</w:t>
      </w:r>
      <w:r>
        <w:br/>
      </w:r>
      <w:r>
        <w:t xml:space="preserve">    (b) greeting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loud and crowded</w:t>
      </w:r>
      <w:r>
        <w:br/>
      </w:r>
      <w:r>
        <w:t xml:space="preserve">    (b) filthy and unpleasant</w:t>
      </w:r>
      <w:r>
        <w:br/>
      </w:r>
      <w:r>
        <w:t xml:space="preserve">    (c) clean and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cruelty</w:t>
      </w:r>
      <w:r>
        <w:br/>
      </w:r>
      <w:r>
        <w:t xml:space="preserve">    (b) confusion</w:t>
      </w:r>
      <w:r>
        <w:br/>
      </w:r>
      <w:r>
        <w:t xml:space="preserve">    (c) slum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tactile</w:t>
      </w:r>
      <w:r>
        <w:rPr>
          <w:b/>
          <w:bCs/>
        </w:rPr>
        <w:t xml:space="preserve"> </w:t>
      </w:r>
      <w:r>
        <w:rPr>
          <w:b/>
          <w:bCs/>
        </w:rPr>
        <w:t xml:space="preserve">reflex to being burned is controlled by the nervous system and is faster than conscious thought.</w:t>
      </w:r>
      <w:r>
        <w:br/>
      </w:r>
      <w:r>
        <w:t xml:space="preserve">    (a) relating to the sense of touch</w:t>
      </w:r>
      <w:r>
        <w:br/>
      </w:r>
      <w:r>
        <w:t xml:space="preserve">    (b) relating to the sense of sight</w:t>
      </w:r>
      <w:r>
        <w:br/>
      </w:r>
      <w:r>
        <w:t xml:space="preserve">    (c) relating to the sense of smell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transfigured</w:t>
      </w:r>
      <w:r>
        <w:rPr>
          <w:b/>
          <w:bCs/>
        </w:rPr>
        <w:t xml:space="preserve"> </w:t>
      </w:r>
      <w:r>
        <w:rPr>
          <w:b/>
          <w:bCs/>
        </w:rPr>
        <w:t xml:space="preserve">by a spiritual awakening.</w:t>
      </w:r>
      <w:r>
        <w:br/>
      </w:r>
      <w:r>
        <w:t xml:space="preserve">    (a) barely affected</w:t>
      </w:r>
      <w:r>
        <w:br/>
      </w:r>
      <w:r>
        <w:t xml:space="preserve">    (b) deeply confused</w:t>
      </w:r>
      <w:r>
        <w:br/>
      </w:r>
      <w:r>
        <w:t xml:space="preserve">    (c) completely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of this emergency organization is to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transitory</w:t>
      </w:r>
      <w:r>
        <w:rPr>
          <w:b/>
          <w:bCs/>
        </w:rPr>
        <w:t xml:space="preserve"> </w:t>
      </w:r>
      <w:r>
        <w:rPr>
          <w:b/>
          <w:bCs/>
        </w:rPr>
        <w:t xml:space="preserve">problem from turning into one that is permanent.</w:t>
      </w:r>
      <w:r>
        <w:br/>
      </w:r>
      <w:r>
        <w:t xml:space="preserve">    (a) minor</w:t>
      </w:r>
      <w:r>
        <w:br/>
      </w:r>
      <w:r>
        <w:t xml:space="preserve">    (b) common</w:t>
      </w:r>
      <w:r>
        <w:br/>
      </w:r>
      <w:r>
        <w:t xml:space="preserve">    (c)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engaging and lively</w:t>
      </w:r>
      <w:r>
        <w:br/>
      </w:r>
      <w:r>
        <w:t xml:space="preserve">    (b) smart and well-spoken</w:t>
      </w:r>
      <w:r>
        <w:br/>
      </w:r>
      <w:r>
        <w:t xml:space="preserve">    (c) kind and attractive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2026-07-31T15:27:27Z</dcterms:created>
  <dcterms:modified xsi:type="dcterms:W3CDTF">2026-07-31T15:27:27Z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